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Jason Bradbury ventures into retro cinema with 'Ctrl AI Delete'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Jason Bradbury Ventures into Retro Cinema with 'Ctrl AI Delete'</w:t>
      </w:r>
      <w:r/>
    </w:p>
    <w:p>
      <w:r/>
      <w:r>
        <w:t>Skegness, UK - Jason Bradbury, renowned for his role as a presenter on 'The Gadget Show', is poised to make waves in the film industry with his latest project, a feature film titled 'Ctrl AI Delete'. The movie will delve into a retro gaming universe, a subject close to the heart of Bradbury, who has immersed himself in the gaming world since childhood. Now, as he announces the production of his new film, fans of both his work and retro gaming are eager to see how nostalgia blends with modern filmmaking.</w:t>
      </w:r>
      <w:r/>
    </w:p>
    <w:p>
      <w:r/>
      <w:r>
        <w:t>Bradbury's film, set in the seaside town of Skegness, affectionately known as Skeggie, promises a comedic narrative focusing on a group of retro gamers. These gamers find themselves at the centre of an unexpected crisis when a global AI launch, intended to advance society, spectacularly fails. The AI’s malfunction triggers a worldwide technological collapse, affecting everything from finance to transportation. Against this chaotic backdrop, the retro gaming enthusiasts, armed with vintage technology, become humanity's improbable saviours.</w:t>
      </w:r>
      <w:r/>
    </w:p>
    <w:p>
      <w:r/>
      <w:r>
        <w:t>The film draws inspiration from various sources, blending elements of classic cinema with modern-day storytelling. Bradbury describes the film’s vibe as akin to 'Shaun of the Dead' meeting 'Hackers', with nods to 'Escape from New York' and 'Phoenix Nights'. The mix sets the stage for a nostalgic yet contemporary comedy as the characters navigate through a landscape where retro technology takes centre stage.</w:t>
      </w:r>
      <w:r/>
    </w:p>
    <w:p>
      <w:r/>
      <w:r>
        <w:t>In an interview conducted by the Retro Dodo team, Bradbury discussed the creative process behind 'Ctrl AI Delete'. He elaborated on how the narrative leverages locations and equipment symbolic of the retro gaming era. A significant portion of the filming is taking place at Retro Blast, a gaming arcade in Newquay, known for its nostalgic atmosphere and classic game offerings. It is a fitting location, aligning perfectly with the film’s thematic focus.</w:t>
      </w:r>
      <w:r/>
    </w:p>
    <w:p>
      <w:r/>
      <w:r>
        <w:t>Further showcasing his sentimental ties to retro tech, the production will feature iconic gaming consoles and accessories. The Expo setting of the film serves as a rich canvas allowing for free rein in showcasing gaming artefacts from the past. Bradbury's geek roots run deep, he has previously collaborated with Retro Dodo and contributed to their projects, further underpinning his passion for nostalgic technology.</w:t>
      </w:r>
      <w:r/>
    </w:p>
    <w:p>
      <w:r/>
      <w:r>
        <w:t>Bradbury's call for public involvement comes through his Kickstarter campaign launched on 27th September. The campaign aims to gather the necessary funds to fully realise the creative vision of 'Ctrl AI Delete', with a preliminary teaser already in circulation, showcasing what promises to be an exciting cinematic journey.</w:t>
      </w:r>
      <w:r/>
    </w:p>
    <w:p>
      <w:r/>
      <w:r>
        <w:t>Fans and backers of Bradbury's project can explore the Kickstarter campaign to have their say in bringing this innovative project to life. With filming underway and public support growing, 'Ctrl AI Delete' is anticipated to deliver a quirky romp through a world where retro technology holds the key to the future. As the enchanting narrative unfolds, audiences will likely eagerly anticipate the nostalgia-infused outing once it hits the screens, tentatively slated for next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https://www.timeextension.com/features/interview-jason-bradbury-talks-crtl-ai-delete-a-comedic-take-on-the-ai-apocalypse</w:t>
        </w:r>
      </w:hyperlink>
      <w:r>
        <w:t xml:space="preserve"> - Corroborates Jason Bradbury's involvement in the film 'Ctrl AI Delete' and his background in retro technology and gaming.</w:t>
      </w:r>
      <w:r/>
    </w:p>
    <w:p>
      <w:pPr>
        <w:pStyle w:val="ListNumber"/>
        <w:spacing w:line="240" w:lineRule="auto"/>
        <w:ind w:left="720"/>
      </w:pPr>
      <w:r/>
      <w:hyperlink r:id="rId11">
        <w:r>
          <w:rPr>
            <w:color w:val="0000EE"/>
            <w:u w:val="single"/>
          </w:rPr>
          <w:t>https://www.ctrlaidelete.net</w:t>
        </w:r>
      </w:hyperlink>
      <w:r>
        <w:t xml:space="preserve"> - Provides details on the plot of 'Ctrl AI Delete', including the rogue AI and the role of retro gamers, as well as the film's nostalgic and comedic elements.</w:t>
      </w:r>
      <w:r/>
    </w:p>
    <w:p>
      <w:pPr>
        <w:pStyle w:val="ListNumber"/>
        <w:spacing w:line="240" w:lineRule="auto"/>
        <w:ind w:left="720"/>
      </w:pPr>
      <w:r/>
      <w:hyperlink r:id="rId11">
        <w:r>
          <w:rPr>
            <w:color w:val="0000EE"/>
            <w:u w:val="single"/>
          </w:rPr>
          <w:t>https://www.ctrlaidelete.net</w:t>
        </w:r>
      </w:hyperlink>
      <w:r>
        <w:t xml:space="preserve"> - Describes the film's inspiration from classic movies like 'Escape from New York' and 'Phoenix Nights', and its blend of retro and modern elements.</w:t>
      </w:r>
      <w:r/>
    </w:p>
    <w:p>
      <w:pPr>
        <w:pStyle w:val="ListNumber"/>
        <w:spacing w:line="240" w:lineRule="auto"/>
        <w:ind w:left="720"/>
      </w:pPr>
      <w:r/>
      <w:hyperlink r:id="rId12">
        <w:r>
          <w:rPr>
            <w:color w:val="0000EE"/>
            <w:u w:val="single"/>
          </w:rPr>
          <w:t>https://www.kickstarter.com/projects/ctrlaidelete/ctrl-ai-delete/description?category_id=292&amp;total_hits=637200</w:t>
        </w:r>
      </w:hyperlink>
      <w:r>
        <w:t xml:space="preserve"> - Supports the information about the Kickstarter campaign launched by Jason Bradbury to fund 'Ctrl AI Delete'.</w:t>
      </w:r>
      <w:r/>
    </w:p>
    <w:p>
      <w:pPr>
        <w:pStyle w:val="ListNumber"/>
        <w:spacing w:line="240" w:lineRule="auto"/>
        <w:ind w:left="720"/>
      </w:pPr>
      <w:r/>
      <w:hyperlink r:id="rId10">
        <w:r>
          <w:rPr>
            <w:color w:val="0000EE"/>
            <w:u w:val="single"/>
          </w:rPr>
          <w:t>https://www.timeextension.com/features/interview-jason-bradbury-talks-crtl-ai-delete-a-comedic-take-on-the-ai-apocalypse</w:t>
        </w:r>
      </w:hyperlink>
      <w:r>
        <w:t xml:space="preserve"> - Details Jason Bradbury's passion for retro gaming and technology, and his previous work on 'The Gadget Show'.</w:t>
      </w:r>
      <w:r/>
    </w:p>
    <w:p>
      <w:pPr>
        <w:pStyle w:val="ListNumber"/>
        <w:spacing w:line="240" w:lineRule="auto"/>
        <w:ind w:left="720"/>
      </w:pPr>
      <w:r/>
      <w:hyperlink r:id="rId11">
        <w:r>
          <w:rPr>
            <w:color w:val="0000EE"/>
            <w:u w:val="single"/>
          </w:rPr>
          <w:t>https://www.ctrlaidelete.net</w:t>
        </w:r>
      </w:hyperlink>
      <w:r>
        <w:t xml:space="preserve"> - Mentions the filming locations, including a retro gaming expo, and the use of vintage gaming consoles and accessories.</w:t>
      </w:r>
      <w:r/>
    </w:p>
    <w:p>
      <w:pPr>
        <w:pStyle w:val="ListNumber"/>
        <w:spacing w:line="240" w:lineRule="auto"/>
        <w:ind w:left="720"/>
      </w:pPr>
      <w:r/>
      <w:hyperlink r:id="rId13">
        <w:r>
          <w:rPr>
            <w:color w:val="0000EE"/>
            <w:u w:val="single"/>
          </w:rPr>
          <w:t>https://www.kickstarter.com/projects/ctrlaidelete/ctrl-ai-delete</w:t>
        </w:r>
      </w:hyperlink>
      <w:r>
        <w:t xml:space="preserve"> - Provides information on the Kickstarter campaign and the rewards available for backers.</w:t>
      </w:r>
      <w:r/>
    </w:p>
    <w:p>
      <w:pPr>
        <w:pStyle w:val="ListNumber"/>
        <w:spacing w:line="240" w:lineRule="auto"/>
        <w:ind w:left="720"/>
      </w:pPr>
      <w:r/>
      <w:hyperlink r:id="rId10">
        <w:r>
          <w:rPr>
            <w:color w:val="0000EE"/>
            <w:u w:val="single"/>
          </w:rPr>
          <w:t>https://www.timeextension.com/features/interview-jason-bradbury-talks-crtl-ai-delete-a-comedic-take-on-the-ai-apocalypse</w:t>
        </w:r>
      </w:hyperlink>
      <w:r>
        <w:t xml:space="preserve"> - Discusses the creative process and the themes of the film, including the focus on human spirit and the impact of technology.</w:t>
      </w:r>
      <w:r/>
    </w:p>
    <w:p>
      <w:pPr>
        <w:pStyle w:val="ListNumber"/>
        <w:spacing w:line="240" w:lineRule="auto"/>
        <w:ind w:left="720"/>
      </w:pPr>
      <w:r/>
      <w:hyperlink r:id="rId11">
        <w:r>
          <w:rPr>
            <w:color w:val="0000EE"/>
            <w:u w:val="single"/>
          </w:rPr>
          <w:t>https://www.ctrlaidelete.net</w:t>
        </w:r>
      </w:hyperlink>
      <w:r>
        <w:t xml:space="preserve"> - Lists the key crew members, including Jason Bradbury, Mark Felgate, and Elizabeth Blake Thomas, and mentions the musical directors, Utah Saints.</w:t>
      </w:r>
      <w:r/>
    </w:p>
    <w:p>
      <w:pPr>
        <w:pStyle w:val="ListNumber"/>
        <w:spacing w:line="240" w:lineRule="auto"/>
        <w:ind w:left="720"/>
      </w:pPr>
      <w:r/>
      <w:hyperlink r:id="rId12">
        <w:r>
          <w:rPr>
            <w:color w:val="0000EE"/>
            <w:u w:val="single"/>
          </w:rPr>
          <w:t>https://www.kickstarter.com/projects/ctrlaidelete/ctrl-ai-delete/description?category_id=292&amp;total_hits=637200</w:t>
        </w:r>
      </w:hyperlink>
      <w:r>
        <w:t xml:space="preserve"> - Details the public involvement through the Kickstarter campaign and the anticipation for the film's release.</w:t>
      </w:r>
      <w:r/>
    </w:p>
    <w:p>
      <w:pPr>
        <w:pStyle w:val="ListNumber"/>
        <w:spacing w:line="240" w:lineRule="auto"/>
        <w:ind w:left="720"/>
      </w:pPr>
      <w:r/>
      <w:hyperlink r:id="rId14">
        <w:r>
          <w:rPr>
            <w:color w:val="0000EE"/>
            <w:u w:val="single"/>
          </w:rPr>
          <w:t>https://www.youtube.com/watch?v=lXx-nW3BllI</w:t>
        </w:r>
      </w:hyperlink>
      <w:r>
        <w:t xml:space="preserve"> - Features an interview with Jason Bradbury discussing the film 'Ctrl AI Delete' and its production, further corroborating the project's details.</w:t>
      </w:r>
      <w:r/>
    </w:p>
    <w:p>
      <w:pPr>
        <w:pStyle w:val="ListNumber"/>
        <w:spacing w:line="240" w:lineRule="auto"/>
        <w:ind w:left="720"/>
      </w:pPr>
      <w:r/>
      <w:hyperlink r:id="rId15">
        <w:r>
          <w:rPr>
            <w:color w:val="0000EE"/>
            <w:u w:val="single"/>
          </w:rPr>
          <w:t>https://retrododo.com/lets-talk-retro-with-jason-bradbury-gadget-show-presenter-creator-of-ctrl-ai-delete/?utm_source=rss&amp;utm_medium=rss&amp;utm_campaign=lets-talk-retro-with-jason-bradbury-gadget-show-presenter-creator-of-ctrl-ai-delete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meextension.com/features/interview-jason-bradbury-talks-crtl-ai-delete-a-comedic-take-on-the-ai-apocalypse" TargetMode="External"/><Relationship Id="rId11" Type="http://schemas.openxmlformats.org/officeDocument/2006/relationships/hyperlink" Target="https://www.ctrlaidelete.net" TargetMode="External"/><Relationship Id="rId12" Type="http://schemas.openxmlformats.org/officeDocument/2006/relationships/hyperlink" Target="https://www.kickstarter.com/projects/ctrlaidelete/ctrl-ai-delete/description?category_id=292&amp;total_hits=637200" TargetMode="External"/><Relationship Id="rId13" Type="http://schemas.openxmlformats.org/officeDocument/2006/relationships/hyperlink" Target="https://www.kickstarter.com/projects/ctrlaidelete/ctrl-ai-delete" TargetMode="External"/><Relationship Id="rId14" Type="http://schemas.openxmlformats.org/officeDocument/2006/relationships/hyperlink" Target="https://www.youtube.com/watch?v=lXx-nW3BllI" TargetMode="External"/><Relationship Id="rId15" Type="http://schemas.openxmlformats.org/officeDocument/2006/relationships/hyperlink" Target="https://retrododo.com/lets-talk-retro-with-jason-bradbury-gadget-show-presenter-creator-of-ctrl-ai-delete/?utm_source=rss&amp;utm_medium=rss&amp;utm_campaign=lets-talk-retro-with-jason-bradbury-gadget-show-presenter-creator-of-ctrl-ai-dele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