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Lovable raises $7.5 million to democratise software development with GPT Engineer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breakthrough development for the software industry, Lovable has successfully raised $7.5 million in a pre-seed funding round, bolstered by support from major European venture capital firms Hummingbird VC and byFounders VC. This round also saw participation from a diverse group of esteemed angel investors and significant influencers in the tech space, including operators from Deepmind, prominent founders of global AI companies, and notable figures from Shopify, Voi, and Creandum.</w:t>
      </w:r>
      <w:r/>
    </w:p>
    <w:p>
      <w:r/>
      <w:r>
        <w:t>Lovable, co-founded by Swedish entrepreneurs Anton Osika and Fabian Hedin, seeks to democratise software development with its innovative platform, GPT Engineer. Officially launched in its beta form, GPT Engineer has quickly garnered attention and praise, acquiring hundreds of paying users in a short span of time. The product not only ascended to the front pages of prominent platforms such as Product Hunt and Hacker News but also amassed an impressive 75 five-star reviews, maintaining a perfect 5/5 rating on Product Hunt.</w:t>
      </w:r>
      <w:r/>
    </w:p>
    <w:p>
      <w:r/>
      <w:r>
        <w:t>Positioned as a compelling European alternative to American AI coding solutions, GPT Engineer is designed to allow users to articulate their desired web applications features in natural language. The platform’s AI component proceeds to generate production-ready code in real-time, setting itself apart with its capability for quick and precise iteration. It accommodates both experienced developers and beginners, enabling the creation and deployment of fully functional web applications. GPT Engineer's strongest suit lies in its ability to extend beyond mere prototypes, offering substantial utility in building comprehensive and operational websites and apps.</w:t>
      </w:r>
      <w:r/>
    </w:p>
    <w:p>
      <w:r/>
      <w:r>
        <w:t>The technology underpinning GPT Engineer employs several customised Large Language Models (LLMs) with vision capabilities from tech giants like OpenAI and Anthropic. These models facilitate advanced reasoning capacities in GPT Engineer, empowering it to autonomously create, debug, and manage applications. This system is adept at understanding user intent, recognizing its own functional scope, self-correcting when necessary, and efficiently seeking user inputs when needed.</w:t>
      </w:r>
      <w:r/>
    </w:p>
    <w:p>
      <w:r/>
      <w:r>
        <w:t>The co-founders bring to the table a rich history of technological innovation. Anton Osika, who has been coding since his early teens, played a crucial role in establishing the Stockholm AI community and was an influential technologist at Sana Labs. He also co-founded Depict.ai, a startup that attracted significant investment and where he served as Chief Technology Officer. Meanwhile, Fabian Hedin has been involved in entrepreneurial ventures since the age of ten, including selling a startup while still in high school and working on high-tech projects such as developing an interface for physicist Stephen Hawking.</w:t>
      </w:r>
      <w:r/>
    </w:p>
    <w:p>
      <w:r/>
      <w:r>
        <w:t>Osika articulated the vision behind Lovable, stating, "We want to expand the world's coding capabilities beyond the current 1% of the population who can program, and make software more accessible as a result." With an eye on the burgeoning tech industry, which is valued at $4.7 trillion and growing rapidly, Lovable aims to bridge the significant skills gap preventing broader participation in software development.</w:t>
      </w:r>
      <w:r/>
    </w:p>
    <w:p>
      <w:r/>
      <w:r>
        <w:t>The interest in Lovable is palpable, evidenced by over 27,000 enthusiasts on their waitlist and the platform’s GitHub repository sharply collecting over 52,000 stars for its open-source Command Line Interface version. This widespread interest is attributed to the platform's ability to level the playing field for non-technical users, enabling them to produce results traditionally reserved for seasoned developers.</w:t>
      </w:r>
      <w:r/>
    </w:p>
    <w:p>
      <w:r/>
      <w:r>
        <w:t>Firat Ileri, a partner at Hummingbird, highlighted the strategic timing of Lovable’s market entry, pointing out the mounting demand for software development that far exceeds currently available talent. He commended the GPT Engineer's unique ability to empower non-technical individuals to achieve outcomes on par with seasoned software engineers, noting the potential for this to spur innovation across industries.</w:t>
      </w:r>
      <w:r/>
    </w:p>
    <w:p>
      <w:r/>
      <w:r>
        <w:t>The substantial funding will be pivotal for Lovable as it plans to expand its team by attracting Europe's top technological talent, including International Olympiad in Informatics gold medalists and experienced tech operators. Additionally, the funds will be allocated towards enhancing compute resources and refining data collection processes to further improve the platform’s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https://www.finsmes.com/2024/10/lovable-raises-7-5m-in-pre-seed-funding.html</w:t>
        </w:r>
      </w:hyperlink>
      <w:r>
        <w:t xml:space="preserve"> - Corroborates Lovable raising $7.5M in pre-seed funding, led by Hummingbird and byFounders, and participation from various angel investors.</w:t>
      </w:r>
      <w:r/>
    </w:p>
    <w:p>
      <w:pPr>
        <w:pStyle w:val="ListNumber"/>
        <w:spacing w:line="240" w:lineRule="auto"/>
        <w:ind w:left="720"/>
      </w:pPr>
      <w:r/>
      <w:hyperlink r:id="rId11">
        <w:r>
          <w:rPr>
            <w:color w:val="0000EE"/>
            <w:u w:val="single"/>
          </w:rPr>
          <w:t>https://www.ctol.digital/news/ai-revolution-lovable-7-5m-funding-code-free-software-creation/</w:t>
        </w:r>
      </w:hyperlink>
      <w:r>
        <w:t xml:space="preserve"> - Supports the involvement of major investors and the launch of GPT Engineer, which gained significant traction and user reviews.</w:t>
      </w:r>
      <w:r/>
    </w:p>
    <w:p>
      <w:pPr>
        <w:pStyle w:val="ListNumber"/>
        <w:spacing w:line="240" w:lineRule="auto"/>
        <w:ind w:left="720"/>
      </w:pPr>
      <w:r/>
      <w:hyperlink r:id="rId12">
        <w:r>
          <w:rPr>
            <w:color w:val="0000EE"/>
            <w:u w:val="single"/>
          </w:rPr>
          <w:t>https://mytechcompanion.com/swedish-startup-lovable-raises-75m-to-make-software-building-easy-for-all</w:t>
        </w:r>
      </w:hyperlink>
      <w:r>
        <w:t xml:space="preserve"> - Details the funding round and the participation of notable investors, as well as the goals and achievements of GPT Engineer.</w:t>
      </w:r>
      <w:r/>
    </w:p>
    <w:p>
      <w:pPr>
        <w:pStyle w:val="ListNumber"/>
        <w:spacing w:line="240" w:lineRule="auto"/>
        <w:ind w:left="720"/>
      </w:pPr>
      <w:r/>
      <w:hyperlink r:id="rId13">
        <w:r>
          <w:rPr>
            <w:color w:val="0000EE"/>
            <w:u w:val="single"/>
          </w:rPr>
          <w:t>https://techfundingnews.com/lovable-scoops-7-5m-to-let-anyone-create-software-with-ai-powered-gpt-engineer/</w:t>
        </w:r>
      </w:hyperlink>
      <w:r>
        <w:t xml:space="preserve"> - Provides information on the funding, the capabilities of GPT Engineer, and the backgrounds of the co-founders Anton Osika and Fabian Hedin.</w:t>
      </w:r>
      <w:r/>
    </w:p>
    <w:p>
      <w:pPr>
        <w:pStyle w:val="ListNumber"/>
        <w:spacing w:line="240" w:lineRule="auto"/>
        <w:ind w:left="720"/>
      </w:pPr>
      <w:r/>
      <w:hyperlink r:id="rId14">
        <w:r>
          <w:rPr>
            <w:color w:val="0000EE"/>
            <w:u w:val="single"/>
          </w:rPr>
          <w:t>https://www.thesaasnews.com/news/lovable-secures-7-5m-in-pre-seed-round</w:t>
        </w:r>
      </w:hyperlink>
      <w:r>
        <w:t xml:space="preserve"> - Confirms the funding details, the launch of GPT Engineer, and the use of funds for attracting talent and enhancing resources.</w:t>
      </w:r>
      <w:r/>
    </w:p>
    <w:p>
      <w:pPr>
        <w:pStyle w:val="ListNumber"/>
        <w:spacing w:line="240" w:lineRule="auto"/>
        <w:ind w:left="720"/>
      </w:pPr>
      <w:r/>
      <w:hyperlink r:id="rId11">
        <w:r>
          <w:rPr>
            <w:color w:val="0000EE"/>
            <w:u w:val="single"/>
          </w:rPr>
          <w:t>https://www.ctol.digital/news/ai-revolution-lovable-7-5m-funding-code-free-software-creation/</w:t>
        </w:r>
      </w:hyperlink>
      <w:r>
        <w:t xml:space="preserve"> - Explains how GPT Engineer uses customised Large Language Models with vision capabilities from OpenAI and Anthropic for advanced reasoning.</w:t>
      </w:r>
      <w:r/>
    </w:p>
    <w:p>
      <w:pPr>
        <w:pStyle w:val="ListNumber"/>
        <w:spacing w:line="240" w:lineRule="auto"/>
        <w:ind w:left="720"/>
      </w:pPr>
      <w:r/>
      <w:hyperlink r:id="rId12">
        <w:r>
          <w:rPr>
            <w:color w:val="0000EE"/>
            <w:u w:val="single"/>
          </w:rPr>
          <w:t>https://mytechcompanion.com/swedish-startup-lovable-raises-75m-to-make-software-building-easy-for-all</w:t>
        </w:r>
      </w:hyperlink>
      <w:r>
        <w:t xml:space="preserve"> - Highlights the co-founders' backgrounds, including Anton Osika's role in the Stockholm AI community and Fabian Hedin's entrepreneurial ventures.</w:t>
      </w:r>
      <w:r/>
    </w:p>
    <w:p>
      <w:pPr>
        <w:pStyle w:val="ListNumber"/>
        <w:spacing w:line="240" w:lineRule="auto"/>
        <w:ind w:left="720"/>
      </w:pPr>
      <w:r/>
      <w:hyperlink r:id="rId13">
        <w:r>
          <w:rPr>
            <w:color w:val="0000EE"/>
            <w:u w:val="single"/>
          </w:rPr>
          <w:t>https://techfundingnews.com/lovable-scoops-7-5m-to-let-anyone-create-software-with-ai-powered-gpt-engineer/</w:t>
        </w:r>
      </w:hyperlink>
      <w:r>
        <w:t xml:space="preserve"> - Quotes Anton Osika on expanding coding capabilities beyond the current 1% of the population and making software more accessible.</w:t>
      </w:r>
      <w:r/>
    </w:p>
    <w:p>
      <w:pPr>
        <w:pStyle w:val="ListNumber"/>
        <w:spacing w:line="240" w:lineRule="auto"/>
        <w:ind w:left="720"/>
      </w:pPr>
      <w:r/>
      <w:hyperlink r:id="rId10">
        <w:r>
          <w:rPr>
            <w:color w:val="0000EE"/>
            <w:u w:val="single"/>
          </w:rPr>
          <w:t>https://www.finsmes.com/2024/10/lovable-raises-7-5m-in-pre-seed-funding.html</w:t>
        </w:r>
      </w:hyperlink>
      <w:r>
        <w:t xml:space="preserve"> - Mentions the significant interest in Lovable, with over 27,000 people on the waitlist and 52,000 GitHub stars for its open-source CLI version.</w:t>
      </w:r>
      <w:r/>
    </w:p>
    <w:p>
      <w:pPr>
        <w:pStyle w:val="ListNumber"/>
        <w:spacing w:line="240" w:lineRule="auto"/>
        <w:ind w:left="720"/>
      </w:pPr>
      <w:r/>
      <w:hyperlink r:id="rId11">
        <w:r>
          <w:rPr>
            <w:color w:val="0000EE"/>
            <w:u w:val="single"/>
          </w:rPr>
          <w:t>https://www.ctol.digital/news/ai-revolution-lovable-7-5m-funding-code-free-software-creation/</w:t>
        </w:r>
      </w:hyperlink>
      <w:r>
        <w:t xml:space="preserve"> - Cites Firat Ileri from Hummingbird on the strategic timing of Lovable’s market entry and the potential for innovation.</w:t>
      </w:r>
      <w:r/>
    </w:p>
    <w:p>
      <w:pPr>
        <w:pStyle w:val="ListNumber"/>
        <w:spacing w:line="240" w:lineRule="auto"/>
        <w:ind w:left="720"/>
      </w:pPr>
      <w:r/>
      <w:hyperlink r:id="rId12">
        <w:r>
          <w:rPr>
            <w:color w:val="0000EE"/>
            <w:u w:val="single"/>
          </w:rPr>
          <w:t>https://mytechcompanion.com/swedish-startup-lovable-raises-75m-to-make-software-building-easy-for-all</w:t>
        </w:r>
      </w:hyperlink>
      <w:r>
        <w:t xml:space="preserve"> - Details the plans to use the funding for expanding the team, enhancing compute resources, and refining data collection processes.</w:t>
      </w:r>
      <w:r/>
    </w:p>
    <w:p>
      <w:pPr>
        <w:pStyle w:val="ListNumber"/>
        <w:spacing w:line="240" w:lineRule="auto"/>
        <w:ind w:left="720"/>
      </w:pPr>
      <w:r/>
      <w:hyperlink r:id="rId15">
        <w:r>
          <w:rPr>
            <w:color w:val="0000EE"/>
            <w:u w:val="single"/>
          </w:rPr>
          <w:t>https://tech.eu/2024/10/07/lovable-raises-7-5m-for-gpt-engineer/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smes.com/2024/10/lovable-raises-7-5m-in-pre-seed-funding.html" TargetMode="External"/><Relationship Id="rId11" Type="http://schemas.openxmlformats.org/officeDocument/2006/relationships/hyperlink" Target="https://www.ctol.digital/news/ai-revolution-lovable-7-5m-funding-code-free-software-creation/" TargetMode="External"/><Relationship Id="rId12" Type="http://schemas.openxmlformats.org/officeDocument/2006/relationships/hyperlink" Target="https://mytechcompanion.com/swedish-startup-lovable-raises-75m-to-make-software-building-easy-for-all" TargetMode="External"/><Relationship Id="rId13" Type="http://schemas.openxmlformats.org/officeDocument/2006/relationships/hyperlink" Target="https://techfundingnews.com/lovable-scoops-7-5m-to-let-anyone-create-software-with-ai-powered-gpt-engineer/" TargetMode="External"/><Relationship Id="rId14" Type="http://schemas.openxmlformats.org/officeDocument/2006/relationships/hyperlink" Target="https://www.thesaasnews.com/news/lovable-secures-7-5m-in-pre-seed-round" TargetMode="External"/><Relationship Id="rId15" Type="http://schemas.openxmlformats.org/officeDocument/2006/relationships/hyperlink" Target="https://tech.eu/2024/10/07/lovable-raises-7-5m-for-gpt-engin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