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AI enhances user experience by integrating GIF creation on WhatsApp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Platforms' latest technological advancement is breaking new ground by integrating its artificial intelligence chatbot, Meta AI, across all its services, which include popular applications such as Facebook, Instagram, and WhatsApp. This development brings an innovative suite of features to these platforms, expanding the possibilities for users to interact with AI, generate content, and access information seamlessly.</w:t>
      </w:r>
      <w:r/>
    </w:p>
    <w:p>
      <w:r/>
      <w:r>
        <w:t>A prominent feature of this rollout is the introduction of Meta AI on WhatsApp. The AI can now assist users in creating custom GIFs based on text inputs, marking a shift from relying on third-party applications for similar functionalities. This seamless integration not only enriches the messaging experience on WhatsApp but also underlines Meta's commitment to enhancing user interaction through sophisticated AI technology.</w:t>
      </w:r>
      <w:r/>
    </w:p>
    <w:p>
      <w:r/>
      <w:r>
        <w:t>The process for creating GIFs with Meta AI on WhatsApp is straightforward. Users need to ensure their WhatsApp application is updated to the latest version available on either the Google Play Store or the Apple App Store. Upon launching the updated app, users can navigate to any chat where they wish to send a GIF and tap on the attachment icon in the text field, selecting the ‘Imagine’ option. This launches the Meta AI interface, where users can type a text prompt—such as "Labrador playing in space"—to generate an AI image. The next step involves hitting the animate button, which transforms the static image into a GIF. This GIF can then be sent within the chat and shared with others.</w:t>
      </w:r>
      <w:r/>
    </w:p>
    <w:p>
      <w:r/>
      <w:r>
        <w:t>At present, this GIF creation feature is exclusive to WhatsApp. Although Meta AI is accessible on Instagram and Messenger, these applications do not yet support the specific functionality of generating GIFs. This targeted approach suggests that WhatsApp might serve as a testing ground for such features before a broader rollout across Meta’s other platforms.</w:t>
      </w:r>
      <w:r/>
    </w:p>
    <w:p>
      <w:r/>
      <w:r>
        <w:t>Importantly, users can enjoy unlimited GIF creation without incurring any costs, as Meta AI operates as a free tool within WhatsApp. There are currently no restrictions on the number of images or GIFs users can generate.</w:t>
      </w:r>
      <w:r/>
    </w:p>
    <w:p>
      <w:r/>
      <w:r>
        <w:t>For individuals who have not been able to access Meta AI on WhatsApp, it is advised to check for updates to the application on their respective app stores, as the AI's availability is tied to the latest version of the app.</w:t>
      </w:r>
      <w:r/>
    </w:p>
    <w:p>
      <w:r/>
      <w:r>
        <w:t>This advancement by Meta serves to significantly amplify the creative tools available to users, providing them with novel ways to communicate and express themselves through technology-driven solutions. As these AI capabilities are integrated across more platforms, users can anticipate an increasingly rich and interactive digital environment within Meta's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https://readwrite.com/how-to-use-meta-ai-in-whatsapp-instagram-and-facebook/</w:t>
        </w:r>
      </w:hyperlink>
      <w:r>
        <w:t xml:space="preserve"> - Corroborates the integration of Meta AI across Facebook, Instagram, WhatsApp, and Messenger, and explains how to use Meta AI on these platforms.</w:t>
      </w:r>
      <w:r/>
    </w:p>
    <w:p>
      <w:pPr>
        <w:pStyle w:val="ListNumber"/>
        <w:spacing w:line="240" w:lineRule="auto"/>
        <w:ind w:left="720"/>
      </w:pPr>
      <w:r/>
      <w:hyperlink r:id="rId11">
        <w:r>
          <w:rPr>
            <w:color w:val="0000EE"/>
            <w:u w:val="single"/>
          </w:rPr>
          <w:t>https://www.cnet.com/tech/services-and-software/meta-ai-joins-instagram-facebook-whatsapp-and-messenger-what-to-know/</w:t>
        </w:r>
      </w:hyperlink>
      <w:r>
        <w:t xml:space="preserve"> - Provides details on the rollout of Meta AI across Meta's platforms, including its capabilities and the use of Llama 3.</w:t>
      </w:r>
      <w:r/>
    </w:p>
    <w:p>
      <w:pPr>
        <w:pStyle w:val="ListNumber"/>
        <w:spacing w:line="240" w:lineRule="auto"/>
        <w:ind w:left="720"/>
      </w:pPr>
      <w:r/>
      <w:hyperlink r:id="rId12">
        <w:r>
          <w:rPr>
            <w:color w:val="0000EE"/>
            <w:u w:val="single"/>
          </w:rPr>
          <w:t>https://www.cnbc.com/2024/04/18/meta-ai-assistant-comes-to-whatsapp-instagram-facebook-and-messenger.html</w:t>
        </w:r>
      </w:hyperlink>
      <w:r>
        <w:t xml:space="preserve"> - Discusses the integration of Meta AI into the search box of WhatsApp, Instagram, Facebook, and Messenger, and its various features.</w:t>
      </w:r>
      <w:r/>
    </w:p>
    <w:p>
      <w:pPr>
        <w:pStyle w:val="ListNumber"/>
        <w:spacing w:line="240" w:lineRule="auto"/>
        <w:ind w:left="720"/>
      </w:pPr>
      <w:r/>
      <w:hyperlink r:id="rId13">
        <w:r>
          <w:rPr>
            <w:color w:val="0000EE"/>
            <w:u w:val="single"/>
          </w:rPr>
          <w:t>https://controlhippo.com/blog/how-to-use-meta-ai/</w:t>
        </w:r>
      </w:hyperlink>
      <w:r>
        <w:t xml:space="preserve"> - Explains how to use Meta AI on WhatsApp, Instagram, and Messenger to create images, stickers, and animations.</w:t>
      </w:r>
      <w:r/>
    </w:p>
    <w:p>
      <w:pPr>
        <w:pStyle w:val="ListNumber"/>
        <w:spacing w:line="240" w:lineRule="auto"/>
        <w:ind w:left="720"/>
      </w:pPr>
      <w:r/>
      <w:hyperlink r:id="rId14">
        <w:r>
          <w:rPr>
            <w:color w:val="0000EE"/>
            <w:u w:val="single"/>
          </w:rPr>
          <w:t>https://aithority.com/machine-learning/implications-of-meta-ai-across-whatsapp-facebook-and-instagram/</w:t>
        </w:r>
      </w:hyperlink>
      <w:r>
        <w:t xml:space="preserve"> - Details the implications and benefits of using Meta AI across WhatsApp, Facebook, and Instagram, including its creative and informative capabilities.</w:t>
      </w:r>
      <w:r/>
    </w:p>
    <w:p>
      <w:pPr>
        <w:pStyle w:val="ListNumber"/>
        <w:spacing w:line="240" w:lineRule="auto"/>
        <w:ind w:left="720"/>
      </w:pPr>
      <w:r/>
      <w:hyperlink r:id="rId10">
        <w:r>
          <w:rPr>
            <w:color w:val="0000EE"/>
            <w:u w:val="single"/>
          </w:rPr>
          <w:t>https://readwrite.com/how-to-use-meta-ai-in-whatsapp-instagram-and-facebook/</w:t>
        </w:r>
      </w:hyperlink>
      <w:r>
        <w:t xml:space="preserve"> - Describes the process of using Meta AI in WhatsApp group chats and the 'Imagine' feature for generating images.</w:t>
      </w:r>
      <w:r/>
    </w:p>
    <w:p>
      <w:pPr>
        <w:pStyle w:val="ListNumber"/>
        <w:spacing w:line="240" w:lineRule="auto"/>
        <w:ind w:left="720"/>
      </w:pPr>
      <w:r/>
      <w:hyperlink r:id="rId11">
        <w:r>
          <w:rPr>
            <w:color w:val="0000EE"/>
            <w:u w:val="single"/>
          </w:rPr>
          <w:t>https://www.cnet.com/tech/services-and-software/meta-ai-joins-instagram-facebook-whatsapp-and-messenger-what-to-know/</w:t>
        </w:r>
      </w:hyperlink>
      <w:r>
        <w:t xml:space="preserve"> - Mentions that Meta AI is not available on Threads and highlights its integration with Ray-Ban Meta smart glasses.</w:t>
      </w:r>
      <w:r/>
    </w:p>
    <w:p>
      <w:pPr>
        <w:pStyle w:val="ListNumber"/>
        <w:spacing w:line="240" w:lineRule="auto"/>
        <w:ind w:left="720"/>
      </w:pPr>
      <w:r/>
      <w:hyperlink r:id="rId12">
        <w:r>
          <w:rPr>
            <w:color w:val="0000EE"/>
            <w:u w:val="single"/>
          </w:rPr>
          <w:t>https://www.cnbc.com/2024/04/18/meta-ai-assistant-comes-to-whatsapp-instagram-facebook-and-messenger.html</w:t>
        </w:r>
      </w:hyperlink>
      <w:r>
        <w:t xml:space="preserve"> - Confirms that Meta AI uses real-time information from Google and Bing and is available on the website 'meta.ai'.</w:t>
      </w:r>
      <w:r/>
    </w:p>
    <w:p>
      <w:pPr>
        <w:pStyle w:val="ListNumber"/>
        <w:spacing w:line="240" w:lineRule="auto"/>
        <w:ind w:left="720"/>
      </w:pPr>
      <w:r/>
      <w:hyperlink r:id="rId13">
        <w:r>
          <w:rPr>
            <w:color w:val="0000EE"/>
            <w:u w:val="single"/>
          </w:rPr>
          <w:t>https://controlhippo.com/blog/how-to-use-meta-ai/</w:t>
        </w:r>
      </w:hyperlink>
      <w:r>
        <w:t xml:space="preserve"> - Provides steps on how to create images and animations using Meta AI on Instagram and Messenger.</w:t>
      </w:r>
      <w:r/>
    </w:p>
    <w:p>
      <w:pPr>
        <w:pStyle w:val="ListNumber"/>
        <w:spacing w:line="240" w:lineRule="auto"/>
        <w:ind w:left="720"/>
      </w:pPr>
      <w:r/>
      <w:hyperlink r:id="rId14">
        <w:r>
          <w:rPr>
            <w:color w:val="0000EE"/>
            <w:u w:val="single"/>
          </w:rPr>
          <w:t>https://aithority.com/machine-learning/implications-of-meta-ai-across-whatsapp-facebook-and-instagram/</w:t>
        </w:r>
      </w:hyperlink>
      <w:r>
        <w:t xml:space="preserve"> - Explains the safety measures and privacy considerations associated with using Meta AI on these platforms.</w:t>
      </w:r>
      <w:r/>
    </w:p>
    <w:p>
      <w:pPr>
        <w:pStyle w:val="ListNumber"/>
        <w:spacing w:line="240" w:lineRule="auto"/>
        <w:ind w:left="720"/>
      </w:pPr>
      <w:r/>
      <w:hyperlink r:id="rId10">
        <w:r>
          <w:rPr>
            <w:color w:val="0000EE"/>
            <w:u w:val="single"/>
          </w:rPr>
          <w:t>https://readwrite.com/how-to-use-meta-ai-in-whatsapp-instagram-and-facebook/</w:t>
        </w:r>
      </w:hyperlink>
      <w:r>
        <w:t xml:space="preserve"> - Clarifies that Meta AI cannot be disabled and suggests alternative ways to use the search bar without activating the AI chat.</w:t>
      </w:r>
      <w:r/>
    </w:p>
    <w:p>
      <w:pPr>
        <w:pStyle w:val="ListNumber"/>
        <w:spacing w:line="240" w:lineRule="auto"/>
        <w:ind w:left="720"/>
      </w:pPr>
      <w:r/>
      <w:hyperlink r:id="rId15">
        <w:r>
          <w:rPr>
            <w:color w:val="0000EE"/>
            <w:u w:val="single"/>
          </w:rPr>
          <w:t>https://techviral.net/create-gifs-using-meta-ai-on-whatsapp/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adwrite.com/how-to-use-meta-ai-in-whatsapp-instagram-and-facebook/" TargetMode="External"/><Relationship Id="rId11" Type="http://schemas.openxmlformats.org/officeDocument/2006/relationships/hyperlink" Target="https://www.cnet.com/tech/services-and-software/meta-ai-joins-instagram-facebook-whatsapp-and-messenger-what-to-know/" TargetMode="External"/><Relationship Id="rId12" Type="http://schemas.openxmlformats.org/officeDocument/2006/relationships/hyperlink" Target="https://www.cnbc.com/2024/04/18/meta-ai-assistant-comes-to-whatsapp-instagram-facebook-and-messenger.html" TargetMode="External"/><Relationship Id="rId13" Type="http://schemas.openxmlformats.org/officeDocument/2006/relationships/hyperlink" Target="https://controlhippo.com/blog/how-to-use-meta-ai/" TargetMode="External"/><Relationship Id="rId14" Type="http://schemas.openxmlformats.org/officeDocument/2006/relationships/hyperlink" Target="https://aithority.com/machine-learning/implications-of-meta-ai-across-whatsapp-facebook-and-instagram/" TargetMode="External"/><Relationship Id="rId15" Type="http://schemas.openxmlformats.org/officeDocument/2006/relationships/hyperlink" Target="https://techviral.net/create-gifs-using-meta-ai-on-whatsap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