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AI-generated aurora images provoke mixed reactions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that highlights the complex interaction between technology and natural phenomena, Meta recently used artificial intelligence (AI) to generate images of the Aurora Borealis. The images were posted on Meta’s social media platform, Threads, alongside a suggestion for those who missed the opportunity to view the Northern Lights in person during their extraordinary appearance last Thursday evening. The display of the lights reached as far south as several parts of the United States, creating a significant buzz on social media.</w:t>
      </w:r>
      <w:r/>
    </w:p>
    <w:p>
      <w:r/>
      <w:r>
        <w:t>The AI-generated images showcased the Northern Lights in various iconic settings, including hovering over the Golden Gate Bridge, illuminating a city skyline, and casting a glow over a ferris wheel. These computer-generated images were intended to capitalize on a trending moment where many individuals were sharing personal photographs of the natural event online. However, the response from users was mixed and, in many instances, critical.</w:t>
      </w:r>
      <w:r/>
    </w:p>
    <w:p>
      <w:r/>
      <w:r>
        <w:t>Responses on Threads varied widely, with some users opting to share their own AI-generated renditions of the Northern Lights. However, the predominant sentiment among users was critical of Meta’s approach. Comments ranged from carefully thought-out critiques to expressions of outright anger, often articulated in all-caps, and humorous reactions that poked fun at the use of AI for such a purpose. Among the responders, one individual who identified themselves as an “astronaut/particle physicist and AI scientist” provided particularly detailed feedback.</w:t>
      </w:r>
      <w:r/>
    </w:p>
    <w:p>
      <w:r/>
      <w:r>
        <w:t>Several users responded to Meta's post by uploading their own photographs of the Northern Lights taken during the recent display. These images highlighted a key point of contention among the Meta audience: the difference between sharing a genuine, shared experience and a digitally created one. A notable parallel was drawn to an instance involving Google, where an advertisement was pulled because it failed to resonate appropriately with the audience.</w:t>
      </w:r>
      <w:r/>
    </w:p>
    <w:p>
      <w:r/>
      <w:r>
        <w:t>The episode underscores a nuanced issue faced by social media platforms—how to engage authentically with users during significant events. For many, the sharing of Northern Lights photos is more than just presenting visually appealing content. It is an expression of participation in a rare and awe-inspiring collective experience that artificial re-creations, regardless of their aesthetic appeal, cannot replicate. The audience's reaction suggests a preference for genuine human experiences over AI-generated proxies in such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https://www.theverge.com/2024/10/12/24268441/meta-ai-generated-northern-lights-images-threads-users-upset</w:t>
        </w:r>
      </w:hyperlink>
      <w:r>
        <w:t xml:space="preserve"> - Meta posted AI-generated images of the Aurora Borealis on Threads, which received criticism from users.</w:t>
      </w:r>
      <w:r/>
    </w:p>
    <w:p>
      <w:pPr>
        <w:pStyle w:val="ListNumber"/>
        <w:spacing w:line="240" w:lineRule="auto"/>
        <w:ind w:left="720"/>
      </w:pPr>
      <w:r/>
      <w:hyperlink r:id="rId11">
        <w:r>
          <w:rPr>
            <w:color w:val="0000EE"/>
            <w:u w:val="single"/>
          </w:rPr>
          <w:t>https://www.threads.net/@bartclaeys/post/DBEqkW5SNff</w:t>
        </w:r>
      </w:hyperlink>
      <w:r>
        <w:t xml:space="preserve"> - Threads users criticized Meta for posting AI-generated images of the Aurora Borealis.</w:t>
      </w:r>
      <w:r/>
    </w:p>
    <w:p>
      <w:pPr>
        <w:pStyle w:val="ListNumber"/>
        <w:spacing w:line="240" w:lineRule="auto"/>
        <w:ind w:left="720"/>
      </w:pPr>
      <w:r/>
      <w:hyperlink r:id="rId12">
        <w:r>
          <w:rPr>
            <w:color w:val="0000EE"/>
            <w:u w:val="single"/>
          </w:rPr>
          <w:t>https://www.threads.net/@saunter_photo/post/DBEnJocxFyP</w:t>
        </w:r>
      </w:hyperlink>
      <w:r>
        <w:t xml:space="preserve"> - Users expressed dissatisfaction with Meta's AI-generated aurora images, preferring genuine human experiences.</w:t>
      </w:r>
      <w:r/>
    </w:p>
    <w:p>
      <w:pPr>
        <w:pStyle w:val="ListNumber"/>
        <w:spacing w:line="240" w:lineRule="auto"/>
        <w:ind w:left="720"/>
      </w:pPr>
      <w:r/>
      <w:hyperlink r:id="rId13">
        <w:r>
          <w:rPr>
            <w:color w:val="0000EE"/>
            <w:u w:val="single"/>
          </w:rPr>
          <w:t>https://www.threads.net/@plateau_astro/post/DBEod_4S7q-</w:t>
        </w:r>
      </w:hyperlink>
      <w:r>
        <w:t xml:space="preserve"> - Users were angry about the 'soulless' AI aurora borealis images posted by Meta.</w:t>
      </w:r>
      <w:r/>
    </w:p>
    <w:p>
      <w:pPr>
        <w:pStyle w:val="ListNumber"/>
        <w:spacing w:line="240" w:lineRule="auto"/>
        <w:ind w:left="720"/>
      </w:pPr>
      <w:r/>
      <w:hyperlink r:id="rId14">
        <w:r>
          <w:rPr>
            <w:color w:val="0000EE"/>
            <w:u w:val="single"/>
          </w:rPr>
          <w:t>https://readwrite.com/meta-ai-generated-northern-lights-images/</w:t>
        </w:r>
      </w:hyperlink>
      <w:r>
        <w:t xml:space="preserve"> - Meta faced backlash for sharing AI-generated Northern Lights images, highlighting a disconnect from real experiences.</w:t>
      </w:r>
      <w:r/>
    </w:p>
    <w:p>
      <w:pPr>
        <w:pStyle w:val="ListNumber"/>
        <w:spacing w:line="240" w:lineRule="auto"/>
        <w:ind w:left="720"/>
      </w:pPr>
      <w:r/>
      <w:hyperlink r:id="rId10">
        <w:r>
          <w:rPr>
            <w:color w:val="0000EE"/>
            <w:u w:val="single"/>
          </w:rPr>
          <w:t>https://www.theverge.com/2024/10/12/24268441/meta-ai-generated-northern-lights-images-threads-users-upset</w:t>
        </w:r>
      </w:hyperlink>
      <w:r>
        <w:t xml:space="preserve"> - The AI-generated images were intended to capitalize on the trending moment of the Northern Lights display.</w:t>
      </w:r>
      <w:r/>
    </w:p>
    <w:p>
      <w:pPr>
        <w:pStyle w:val="ListNumber"/>
        <w:spacing w:line="240" w:lineRule="auto"/>
        <w:ind w:left="720"/>
      </w:pPr>
      <w:r/>
      <w:hyperlink r:id="rId11">
        <w:r>
          <w:rPr>
            <w:color w:val="0000EE"/>
            <w:u w:val="single"/>
          </w:rPr>
          <w:t>https://www.threads.net/@bartclaeys/post/DBEqkW5SNff</w:t>
        </w:r>
      </w:hyperlink>
      <w:r>
        <w:t xml:space="preserve"> - Users shared their own photographs of the Northern Lights in response to Meta's AI-generated images.</w:t>
      </w:r>
      <w:r/>
    </w:p>
    <w:p>
      <w:pPr>
        <w:pStyle w:val="ListNumber"/>
        <w:spacing w:line="240" w:lineRule="auto"/>
        <w:ind w:left="720"/>
      </w:pPr>
      <w:r/>
      <w:hyperlink r:id="rId12">
        <w:r>
          <w:rPr>
            <w:color w:val="0000EE"/>
            <w:u w:val="single"/>
          </w:rPr>
          <w:t>https://www.threads.net/@saunter_photo/post/DBEnJocxFyP</w:t>
        </w:r>
      </w:hyperlink>
      <w:r>
        <w:t xml:space="preserve"> - The difference between genuine and AI-generated content was a key point of contention among users.</w:t>
      </w:r>
      <w:r/>
    </w:p>
    <w:p>
      <w:pPr>
        <w:pStyle w:val="ListNumber"/>
        <w:spacing w:line="240" w:lineRule="auto"/>
        <w:ind w:left="720"/>
      </w:pPr>
      <w:r/>
      <w:hyperlink r:id="rId14">
        <w:r>
          <w:rPr>
            <w:color w:val="0000EE"/>
            <w:u w:val="single"/>
          </w:rPr>
          <w:t>https://readwrite.com/meta-ai-generated-northern-lights-images/</w:t>
        </w:r>
      </w:hyperlink>
      <w:r>
        <w:t xml:space="preserve"> - The episode highlights the challenge for social media platforms to engage authentically with users during significant events.</w:t>
      </w:r>
      <w:r/>
    </w:p>
    <w:p>
      <w:pPr>
        <w:pStyle w:val="ListNumber"/>
        <w:spacing w:line="240" w:lineRule="auto"/>
        <w:ind w:left="720"/>
      </w:pPr>
      <w:r/>
      <w:hyperlink r:id="rId10">
        <w:r>
          <w:rPr>
            <w:color w:val="0000EE"/>
            <w:u w:val="single"/>
          </w:rPr>
          <w:t>https://www.theverge.com/2024/10/12/24268441/meta-ai-generated-northern-lights-images-threads-users-upset</w:t>
        </w:r>
      </w:hyperlink>
      <w:r>
        <w:t xml:space="preserve"> - Users preferred genuine human experiences over AI-generated proxies for sharing the Northern Lights.</w:t>
      </w:r>
      <w:r/>
    </w:p>
    <w:p>
      <w:pPr>
        <w:pStyle w:val="ListNumber"/>
        <w:spacing w:line="240" w:lineRule="auto"/>
        <w:ind w:left="720"/>
      </w:pPr>
      <w:r/>
      <w:hyperlink r:id="rId10">
        <w:r>
          <w:rPr>
            <w:color w:val="0000EE"/>
            <w:u w:val="single"/>
          </w:rPr>
          <w:t>https://www.theverge.com/2024/10/12/24268441/meta-ai-generated-northern-lights-images-threads-users-upset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12/24268441/meta-ai-generated-northern-lights-images-threads-users-upset" TargetMode="External"/><Relationship Id="rId11" Type="http://schemas.openxmlformats.org/officeDocument/2006/relationships/hyperlink" Target="https://www.threads.net/@bartclaeys/post/DBEqkW5SNff" TargetMode="External"/><Relationship Id="rId12" Type="http://schemas.openxmlformats.org/officeDocument/2006/relationships/hyperlink" Target="https://www.threads.net/@saunter_photo/post/DBEnJocxFyP" TargetMode="External"/><Relationship Id="rId13" Type="http://schemas.openxmlformats.org/officeDocument/2006/relationships/hyperlink" Target="https://www.threads.net/@plateau_astro/post/DBEod_4S7q-" TargetMode="External"/><Relationship Id="rId14" Type="http://schemas.openxmlformats.org/officeDocument/2006/relationships/hyperlink" Target="https://readwrite.com/meta-ai-generated-northern-lights-im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