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AI-driven 'Spectrum Warrior' revolutionises drone defence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New AI-Driven "Spectrum Warrior" Revolutionises Drone Defence</w:t>
      </w:r>
      <w:r/>
    </w:p>
    <w:p>
      <w:r/>
      <w:r>
        <w:t>In response to the growing challenges posed by advanced unmanned aerial systems (UAS), MyDefence has unveiled their latest technological advancement, dubbed "Spectrum Warrior." The system is a notable leap forward in counter-drone capabilities, strategically designed to bolster military defences and protect critical infrastructure in high-threat zones.</w:t>
      </w:r>
      <w:r/>
    </w:p>
    <w:p>
      <w:r/>
      <w:r>
        <w:rPr>
          <w:b/>
        </w:rPr>
        <w:t>Emergence of Spectrum Warrior</w:t>
      </w:r>
      <w:r/>
    </w:p>
    <w:p>
      <w:r/>
      <w:r>
        <w:t>With the increasing complexity of drone technology, the necessity for more sophisticated detection systems has become apparent. MyDefence has addressed this pressing need with Spectrum Warrior, an artificial intelligence-powered solution that promises enhanced protection for soldiers and strategic installations. This development builds on the company's previous success with the "Wingman" units, which have been effectively deployed in over 2,000 units across conflict-heavy regions, including the volatile areas in Ukraine.</w:t>
      </w:r>
      <w:r/>
    </w:p>
    <w:p>
      <w:r/>
      <w:r>
        <w:rPr>
          <w:b/>
        </w:rPr>
        <w:t>From Field Experience to Technological Advancement</w:t>
      </w:r>
      <w:r/>
    </w:p>
    <w:p>
      <w:r/>
      <w:r>
        <w:t>The insights gained from the Wingman deployments have been pivotal in shaping the capabilities of Spectrum Warrior. MyDefence CEO, Dan Hermansen, elaborated on this process, saying, "Our mission is to protect lives and critical infrastructure. By working closely with soldiers, we have been able to refine our solutions to address the complex realities of modern warfare. Spectrum Warrior is a reflection of that mission and the collaboration with those on the frontlines." His statement highlights the synergy between on-the-ground experiences and innovative technological advancements.</w:t>
      </w:r>
      <w:r/>
    </w:p>
    <w:p>
      <w:r/>
      <w:r>
        <w:rPr>
          <w:b/>
        </w:rPr>
        <w:t>Features Tailored for Modern Combat</w:t>
      </w:r>
      <w:r/>
    </w:p>
    <w:p>
      <w:r/>
      <w:r>
        <w:t>Spectrum Warrior differentiates itself with its AI-powered frequency surveillance capabilities, adept at detecting drones across an extensive range of radio frequencies. Integrating seamlessly with the Android Tactical Awareness Kit (ATAK), this system enhances situational awareness, enabling improved threat detection and battlefield coordination. By swiftly capturing critical signals, it allows for rapid response actions against aerial threats, offering military personnel a tactical advantage.</w:t>
      </w:r>
      <w:r/>
    </w:p>
    <w:p>
      <w:r/>
      <w:r>
        <w:rPr>
          <w:b/>
        </w:rPr>
        <w:t>Commitment to Continuous Improvement</w:t>
      </w:r>
      <w:r/>
    </w:p>
    <w:p>
      <w:r/>
      <w:r>
        <w:t>Reflecting the evolving nature of electronic warfare, Spectrum Warrior is designed with adaptability in mind. MyDefence has committed to multiple updates annually, ensuring that the system remains at the forefront of drone detection technology. The firm's focus is on ensuring that military forces are equipped to meet the emerging challenges in warfare’s electronic dimension.</w:t>
      </w:r>
      <w:r/>
    </w:p>
    <w:p>
      <w:r/>
      <w:r>
        <w:rPr>
          <w:b/>
        </w:rPr>
        <w:t>Current Availability and Future Enhancements</w:t>
      </w:r>
      <w:r/>
    </w:p>
    <w:p>
      <w:r/>
      <w:r>
        <w:t>The enhancements derived from Spectrum Warrior are now part of the first upgrades for the existing Wingman systems, indicative of MyDefence's commitment to perpetual technological advancement. By continually adapting to the dynamic threat landscape, MyDefence aims to provide cutting-edge solutions that rise to the demands of complex and rapidly evolving operational environments.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https://dronelife.com/2024/10/11/a-technological-leap-in-soldier-protection-mydefence-unveils-ai-powered-drone-detection-solution/</w:t>
        </w:r>
      </w:hyperlink>
      <w:r>
        <w:t xml:space="preserve"> - Corroborates the introduction of Spectrum Warrior as an AI-powered drone detection solution and its enhancement of soldier protection in high-threat zones.</w:t>
      </w:r>
      <w:r/>
    </w:p>
    <w:p>
      <w:pPr>
        <w:pStyle w:val="ListNumber"/>
        <w:spacing w:line="240" w:lineRule="auto"/>
        <w:ind w:left="720"/>
      </w:pPr>
      <w:r/>
      <w:hyperlink r:id="rId11">
        <w:r>
          <w:rPr>
            <w:color w:val="0000EE"/>
            <w:u w:val="single"/>
          </w:rPr>
          <w:t>https://www.janes.com/osint-insights/defence-news-details/c4isr/mydefences-spectrum-warrior-ai-for-wingman-c-uas-already-under-test-in-ukraine</w:t>
        </w:r>
      </w:hyperlink>
      <w:r>
        <w:t xml:space="preserve"> - Confirms that Spectrum Warrior is already under test in Ukraine and builds on the previous Wingman technology.</w:t>
      </w:r>
      <w:r/>
    </w:p>
    <w:p>
      <w:pPr>
        <w:pStyle w:val="ListNumber"/>
        <w:spacing w:line="240" w:lineRule="auto"/>
        <w:ind w:left="720"/>
      </w:pPr>
      <w:r/>
      <w:hyperlink r:id="rId12">
        <w:r>
          <w:rPr>
            <w:color w:val="0000EE"/>
            <w:u w:val="single"/>
          </w:rPr>
          <w:t>https://cuashub.com/en/content/mydefence-introduces-spectrum-warrior-ai-enhanced-c-uas-system/</w:t>
        </w:r>
      </w:hyperlink>
      <w:r>
        <w:t xml:space="preserve"> - Supports the AI-enhanced frequency surveillance capabilities of Spectrum Warrior for detecting drones across a wide range of radio frequencies.</w:t>
      </w:r>
      <w:r/>
    </w:p>
    <w:p>
      <w:pPr>
        <w:pStyle w:val="ListNumber"/>
        <w:spacing w:line="240" w:lineRule="auto"/>
        <w:ind w:left="720"/>
      </w:pPr>
      <w:r/>
      <w:hyperlink r:id="rId10">
        <w:r>
          <w:rPr>
            <w:color w:val="0000EE"/>
            <w:u w:val="single"/>
          </w:rPr>
          <w:t>https://dronelife.com/2024/10/11/a-technological-leap-in-soldier-protection-mydefence-unveils-ai-powered-drone-detection-solution/</w:t>
        </w:r>
      </w:hyperlink>
      <w:r>
        <w:t xml:space="preserve"> - Quotes MyDefence CEO Dan Hermansen on the mission to protect lives and critical infrastructure, highlighting the collaboration with soldiers.</w:t>
      </w:r>
      <w:r/>
    </w:p>
    <w:p>
      <w:pPr>
        <w:pStyle w:val="ListNumber"/>
        <w:spacing w:line="240" w:lineRule="auto"/>
        <w:ind w:left="720"/>
      </w:pPr>
      <w:r/>
      <w:hyperlink r:id="rId12">
        <w:r>
          <w:rPr>
            <w:color w:val="0000EE"/>
            <w:u w:val="single"/>
          </w:rPr>
          <w:t>https://cuashub.com/en/content/mydefence-introduces-spectrum-warrior-ai-enhanced-c-uas-system/</w:t>
        </w:r>
      </w:hyperlink>
      <w:r>
        <w:t xml:space="preserve"> - Details the integration of Spectrum Warrior with tools like the Android Tactical Awareness Kit (ATAK) for enhanced situational awareness and threat detection.</w:t>
      </w:r>
      <w:r/>
    </w:p>
    <w:p>
      <w:pPr>
        <w:pStyle w:val="ListNumber"/>
        <w:spacing w:line="240" w:lineRule="auto"/>
        <w:ind w:left="720"/>
      </w:pPr>
      <w:r/>
      <w:hyperlink r:id="rId10">
        <w:r>
          <w:rPr>
            <w:color w:val="0000EE"/>
            <w:u w:val="single"/>
          </w:rPr>
          <w:t>https://dronelife.com/2024/10/11/a-technological-leap-in-soldier-protection-mydefence-unveils-ai-powered-drone-detection-solution/</w:t>
        </w:r>
      </w:hyperlink>
      <w:r>
        <w:t xml:space="preserve"> - Explains the continuous improvement and adaptability of Spectrum Warrior with multiple updates planned each year.</w:t>
      </w:r>
      <w:r/>
    </w:p>
    <w:p>
      <w:pPr>
        <w:pStyle w:val="ListNumber"/>
        <w:spacing w:line="240" w:lineRule="auto"/>
        <w:ind w:left="720"/>
      </w:pPr>
      <w:r/>
      <w:hyperlink r:id="rId11">
        <w:r>
          <w:rPr>
            <w:color w:val="0000EE"/>
            <w:u w:val="single"/>
          </w:rPr>
          <w:t>https://www.janes.com/osint-insights/defence-news-details/c4isr/mydefences-spectrum-warrior-ai-for-wingman-c-uas-already-under-test-in-ukraine</w:t>
        </w:r>
      </w:hyperlink>
      <w:r>
        <w:t xml:space="preserve"> - Mentions the deployment of over 2,000 Wingman units in high-risk areas like Ukraine, which informed the development of Spectrum Warrior.</w:t>
      </w:r>
      <w:r/>
    </w:p>
    <w:p>
      <w:pPr>
        <w:pStyle w:val="ListNumber"/>
        <w:spacing w:line="240" w:lineRule="auto"/>
        <w:ind w:left="720"/>
      </w:pPr>
      <w:r/>
      <w:hyperlink r:id="rId12">
        <w:r>
          <w:rPr>
            <w:color w:val="0000EE"/>
            <w:u w:val="single"/>
          </w:rPr>
          <w:t>https://cuashub.com/en/content/mydefence-introduces-spectrum-warrior-ai-enhanced-c-uas-system/</w:t>
        </w:r>
      </w:hyperlink>
      <w:r>
        <w:t xml:space="preserve"> - Describes the system's ability to capture critical signals and enable faster response times against aerial threats.</w:t>
      </w:r>
      <w:r/>
    </w:p>
    <w:p>
      <w:pPr>
        <w:pStyle w:val="ListNumber"/>
        <w:spacing w:line="240" w:lineRule="auto"/>
        <w:ind w:left="720"/>
      </w:pPr>
      <w:r/>
      <w:hyperlink r:id="rId10">
        <w:r>
          <w:rPr>
            <w:color w:val="0000EE"/>
            <w:u w:val="single"/>
          </w:rPr>
          <w:t>https://dronelife.com/2024/10/11/a-technological-leap-in-soldier-protection-mydefence-unveils-ai-powered-drone-detection-solution/</w:t>
        </w:r>
      </w:hyperlink>
      <w:r>
        <w:t xml:space="preserve"> - Confirms that the first upgrades to the Wingman system, including Spectrum Warrior features, are now available.</w:t>
      </w:r>
      <w:r/>
    </w:p>
    <w:p>
      <w:pPr>
        <w:pStyle w:val="ListNumber"/>
        <w:spacing w:line="240" w:lineRule="auto"/>
        <w:ind w:left="720"/>
      </w:pPr>
      <w:r/>
      <w:hyperlink r:id="rId13">
        <w:r>
          <w:rPr>
            <w:color w:val="0000EE"/>
            <w:u w:val="single"/>
          </w:rPr>
          <w:t>https://mydefence.dk</w:t>
        </w:r>
      </w:hyperlink>
      <w:r>
        <w:t xml:space="preserve"> - Provides general information about MyDefence and their commitment to advanced drone security solutions, including their latest innovations.</w:t>
      </w:r>
      <w:r/>
    </w:p>
    <w:p>
      <w:pPr>
        <w:pStyle w:val="ListNumber"/>
        <w:spacing w:line="240" w:lineRule="auto"/>
        <w:ind w:left="720"/>
      </w:pPr>
      <w:r/>
      <w:hyperlink r:id="rId12">
        <w:r>
          <w:rPr>
            <w:color w:val="0000EE"/>
            <w:u w:val="single"/>
          </w:rPr>
          <w:t>https://cuashub.com/en/content/mydefence-introduces-spectrum-warrior-ai-enhanced-c-uas-system/</w:t>
        </w:r>
      </w:hyperlink>
      <w:r>
        <w:t xml:space="preserve"> - Highlights MyDefence's focus on ensuring military forces are equipped to meet emerging challenges in electronic warfare.</w:t>
      </w:r>
      <w:r/>
    </w:p>
    <w:p>
      <w:pPr>
        <w:pStyle w:val="ListNumber"/>
        <w:spacing w:line="240" w:lineRule="auto"/>
        <w:ind w:left="720"/>
      </w:pPr>
      <w:r/>
      <w:hyperlink r:id="rId10">
        <w:r>
          <w:rPr>
            <w:color w:val="0000EE"/>
            <w:u w:val="single"/>
          </w:rPr>
          <w:t>https://dronelife.com/2024/10/11/a-technological-leap-in-soldier-protection-mydefence-unveils-ai-powered-drone-detection-solution/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ronelife.com/2024/10/11/a-technological-leap-in-soldier-protection-mydefence-unveils-ai-powered-drone-detection-solution/" TargetMode="External"/><Relationship Id="rId11" Type="http://schemas.openxmlformats.org/officeDocument/2006/relationships/hyperlink" Target="https://www.janes.com/osint-insights/defence-news-details/c4isr/mydefences-spectrum-warrior-ai-for-wingman-c-uas-already-under-test-in-ukraine" TargetMode="External"/><Relationship Id="rId12" Type="http://schemas.openxmlformats.org/officeDocument/2006/relationships/hyperlink" Target="https://cuashub.com/en/content/mydefence-introduces-spectrum-warrior-ai-enhanced-c-uas-system/" TargetMode="External"/><Relationship Id="rId13" Type="http://schemas.openxmlformats.org/officeDocument/2006/relationships/hyperlink" Target="https://mydefence.d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