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Ask Silver launched to combat online scams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tool designed to assist UK users in detecting scams has been officially launched, providing a novel approach to identifying suspicious digital communications. Named Ask Silver, this tool leverages artificial intelligence to evaluate potentially fraudulent texts, emails, or websites, assisting users in determining their safety.</w:t>
      </w:r>
      <w:r/>
    </w:p>
    <w:p>
      <w:r/>
      <w:r>
        <w:t>Ask Silver can be conveniently integrated within WhatsApp, behaving like any other contact once a user has signed up for the service. This tool allows individuals to upload a screenshot of any dubious communication, after which it provides an instant safety evaluation. Upon analysis, users are informed about the legitimacy of the communication and given guidance for subsequent actions, including how to report a scam if necessary.</w:t>
      </w:r>
      <w:r/>
    </w:p>
    <w:p>
      <w:r/>
      <w:r>
        <w:t>The service emerges from a collaboration between its creators and Get Safe Online, a not-for-profit group dedicated to protecting individuals from online scams. This strategic partnership aims to enhance public awareness about online safety, especially pertinent as digital scams grow more sophisticated.</w:t>
      </w:r>
      <w:r/>
    </w:p>
    <w:p>
      <w:r/>
      <w:r>
        <w:t>Tony Neate, the Chief Executive of Get Safe Online, expressed support for the tool, highlighting its simplicity and potential to prevent scams. Neate commented on the increasing need for vigilance among consumers, despite enhanced banking regulations designed to safeguard victims of scams. Recent changes now mandate that banks and payment providers share responsibility for refunding consumers up to £85,000 in scam-related losses. However, Neate insists that individual awareness remains crucial, underlining the significance of tools like Ask Silver.</w:t>
      </w:r>
      <w:r/>
    </w:p>
    <w:p>
      <w:r/>
      <w:r>
        <w:t>Alex Somervell, the founder of Ask Silver, emphasised the importance of empowering individuals with effective tools to deal with the evolving threat landscape. By joining forces with Get Safe Online, Somervell anticipates expanded efforts in promoting online safety, reflecting a commitment to ensuring individuals can safely engage in digital activities.</w:t>
      </w:r>
      <w:r/>
    </w:p>
    <w:p>
      <w:r/>
      <w:r>
        <w:t>The launch of Ask Silver seeks to provide users across the UK with a reliable method for protecting themselves from the pervasive risks posed by digital fraud. As online interactions continue to rise, such innovations highlight ongoing efforts to safeguard consumers in an increasingly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https://techround.co.uk/news/ai-detect-scams-tool/</w:t>
        </w:r>
      </w:hyperlink>
      <w:r>
        <w:t xml:space="preserve"> - Corroborates the launch of Ask Silver, its integration with WhatsApp, and its ability to evaluate potentially fraudulent texts, emails, or websites using AI.</w:t>
      </w:r>
      <w:r/>
    </w:p>
    <w:p>
      <w:pPr>
        <w:pStyle w:val="ListNumber"/>
        <w:spacing w:line="240" w:lineRule="auto"/>
        <w:ind w:left="720"/>
      </w:pPr>
      <w:r/>
      <w:hyperlink r:id="rId11">
        <w:r>
          <w:rPr>
            <w:color w:val="0000EE"/>
            <w:u w:val="single"/>
          </w:rPr>
          <w:t>https://www.standard.co.uk/business/business-news/new-aipowered-scam-detection-tool-launches-b1186213.html</w:t>
        </w:r>
      </w:hyperlink>
      <w:r>
        <w:t xml:space="preserve"> - Supports the collaboration between Ask Silver and Get Safe Online, and highlights the tool's simplicity and effectiveness in detecting scams.</w:t>
      </w:r>
      <w:r/>
    </w:p>
    <w:p>
      <w:pPr>
        <w:pStyle w:val="ListNumber"/>
        <w:spacing w:line="240" w:lineRule="auto"/>
        <w:ind w:left="720"/>
      </w:pPr>
      <w:r/>
      <w:hyperlink r:id="rId12">
        <w:r>
          <w:rPr>
            <w:color w:val="0000EE"/>
            <w:u w:val="single"/>
          </w:rPr>
          <w:t>https://tribune.com.pk/story/2501905/new-ai-tool-ask-silver-helps-uk-users-identify-safe-texts-and-combat-online-scams</w:t>
        </w:r>
      </w:hyperlink>
      <w:r>
        <w:t xml:space="preserve"> - Confirms the tool's operation within WhatsApp, its AI-based analysis, and the partnership with Get Safe Online to enhance public awareness about online safety.</w:t>
      </w:r>
      <w:r/>
    </w:p>
    <w:p>
      <w:pPr>
        <w:pStyle w:val="ListNumber"/>
        <w:spacing w:line="240" w:lineRule="auto"/>
        <w:ind w:left="720"/>
      </w:pPr>
      <w:r/>
      <w:hyperlink r:id="rId13">
        <w:r>
          <w:rPr>
            <w:color w:val="0000EE"/>
            <w:u w:val="single"/>
          </w:rPr>
          <w:t>https://insidetelecom.com/scam-detection-tool-against-online-fraud-leverages/</w:t>
        </w:r>
      </w:hyperlink>
      <w:r>
        <w:t xml:space="preserve"> - Details the process of using Ask Silver, including uploading screenshots and receiving instant feedback, as well as the tool's role in reporting scams.</w:t>
      </w:r>
      <w:r/>
    </w:p>
    <w:p>
      <w:pPr>
        <w:pStyle w:val="ListNumber"/>
        <w:spacing w:line="240" w:lineRule="auto"/>
        <w:ind w:left="720"/>
      </w:pPr>
      <w:r/>
      <w:hyperlink r:id="rId14">
        <w:r>
          <w:rPr>
            <w:color w:val="0000EE"/>
            <w:u w:val="single"/>
          </w:rPr>
          <w:t>https://uk.news.yahoo.com/new-ai-whatsapp-chatbot-scam-messages-161420744.html</w:t>
        </w:r>
      </w:hyperlink>
      <w:r>
        <w:t xml:space="preserve"> - Explains how to utilize Ask Silver, including the registration process and the tool's ability to provide clear warnings about potential scams.</w:t>
      </w:r>
      <w:r/>
    </w:p>
    <w:p>
      <w:pPr>
        <w:pStyle w:val="ListNumber"/>
        <w:spacing w:line="240" w:lineRule="auto"/>
        <w:ind w:left="720"/>
      </w:pPr>
      <w:r/>
      <w:hyperlink r:id="rId10">
        <w:r>
          <w:rPr>
            <w:color w:val="0000EE"/>
            <w:u w:val="single"/>
          </w:rPr>
          <w:t>https://techround.co.uk/news/ai-detect-scams-tool/</w:t>
        </w:r>
      </w:hyperlink>
      <w:r>
        <w:t xml:space="preserve"> - Provides background on the founders of Ask Silver and their personal motivation for creating the tool after a relative lost a significant amount to scams.</w:t>
      </w:r>
      <w:r/>
    </w:p>
    <w:p>
      <w:pPr>
        <w:pStyle w:val="ListNumber"/>
        <w:spacing w:line="240" w:lineRule="auto"/>
        <w:ind w:left="720"/>
      </w:pPr>
      <w:r/>
      <w:hyperlink r:id="rId11">
        <w:r>
          <w:rPr>
            <w:color w:val="0000EE"/>
            <w:u w:val="single"/>
          </w:rPr>
          <w:t>https://www.standard.co.uk/business/business-news/new-aipowered-scam-detection-tool-launches-b1186213.html</w:t>
        </w:r>
      </w:hyperlink>
      <w:r>
        <w:t xml:space="preserve"> - Quotes Tony Neate, Chief Executive of Get Safe Online, on the importance of vigilance and the tool's simplicity in preventing scams.</w:t>
      </w:r>
      <w:r/>
    </w:p>
    <w:p>
      <w:pPr>
        <w:pStyle w:val="ListNumber"/>
        <w:spacing w:line="240" w:lineRule="auto"/>
        <w:ind w:left="720"/>
      </w:pPr>
      <w:r/>
      <w:hyperlink r:id="rId12">
        <w:r>
          <w:rPr>
            <w:color w:val="0000EE"/>
            <w:u w:val="single"/>
          </w:rPr>
          <w:t>https://tribune.com.pk/story/2501905/new-ai-tool-ask-silver-helps-uk-users-identify-safe-texts-and-combat-online-scams</w:t>
        </w:r>
      </w:hyperlink>
      <w:r>
        <w:t xml:space="preserve"> - Mentions the new banking regulations requiring banks and payment providers to share liability for refunding scam victims, and Neate's emphasis on individual awareness.</w:t>
      </w:r>
      <w:r/>
    </w:p>
    <w:p>
      <w:pPr>
        <w:pStyle w:val="ListNumber"/>
        <w:spacing w:line="240" w:lineRule="auto"/>
        <w:ind w:left="720"/>
      </w:pPr>
      <w:r/>
      <w:hyperlink r:id="rId13">
        <w:r>
          <w:rPr>
            <w:color w:val="0000EE"/>
            <w:u w:val="single"/>
          </w:rPr>
          <w:t>https://insidetelecom.com/scam-detection-tool-against-online-fraud-leverages/</w:t>
        </w:r>
      </w:hyperlink>
      <w:r>
        <w:t xml:space="preserve"> - Highlights Alex Somervell's comments on empowering individuals with effective tools to deal with evolving online threats and the collaboration with Get Safe Online.</w:t>
      </w:r>
      <w:r/>
    </w:p>
    <w:p>
      <w:pPr>
        <w:pStyle w:val="ListNumber"/>
        <w:spacing w:line="240" w:lineRule="auto"/>
        <w:ind w:left="720"/>
      </w:pPr>
      <w:r/>
      <w:hyperlink r:id="rId14">
        <w:r>
          <w:rPr>
            <w:color w:val="0000EE"/>
            <w:u w:val="single"/>
          </w:rPr>
          <w:t>https://uk.news.yahoo.com/new-ai-whatsapp-chatbot-scam-messages-161420744.html</w:t>
        </w:r>
      </w:hyperlink>
      <w:r>
        <w:t xml:space="preserve"> - Discusses the growing threat of digital scams and the need for tools like Ask Silver to protect consumers in an increasingly interconnected world.</w:t>
      </w:r>
      <w:r/>
    </w:p>
    <w:p>
      <w:pPr>
        <w:pStyle w:val="ListNumber"/>
        <w:spacing w:line="240" w:lineRule="auto"/>
        <w:ind w:left="720"/>
      </w:pPr>
      <w:r/>
      <w:hyperlink r:id="rId10">
        <w:r>
          <w:rPr>
            <w:color w:val="0000EE"/>
            <w:u w:val="single"/>
          </w:rPr>
          <w:t>https://techround.co.uk/news/ai-detect-scams-tool/</w:t>
        </w:r>
      </w:hyperlink>
      <w:r>
        <w:t xml:space="preserve"> - Provides statistics on the prevalence of online scams, including the fact that scams and fraud now make up 40% of all crime in the UK.</w:t>
      </w:r>
      <w:r/>
    </w:p>
    <w:p>
      <w:pPr>
        <w:pStyle w:val="ListNumber"/>
        <w:spacing w:line="240" w:lineRule="auto"/>
        <w:ind w:left="720"/>
      </w:pPr>
      <w:r/>
      <w:hyperlink r:id="rId15">
        <w:r>
          <w:rPr>
            <w:color w:val="0000EE"/>
            <w:u w:val="single"/>
          </w:rPr>
          <w:t>https://www.independent.co.uk/tech/new-aipowered-scam-detection-tool-launches-b2624796.html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round.co.uk/news/ai-detect-scams-tool/" TargetMode="External"/><Relationship Id="rId11" Type="http://schemas.openxmlformats.org/officeDocument/2006/relationships/hyperlink" Target="https://www.standard.co.uk/business/business-news/new-aipowered-scam-detection-tool-launches-b1186213.html" TargetMode="External"/><Relationship Id="rId12" Type="http://schemas.openxmlformats.org/officeDocument/2006/relationships/hyperlink" Target="https://tribune.com.pk/story/2501905/new-ai-tool-ask-silver-helps-uk-users-identify-safe-texts-and-combat-online-scams" TargetMode="External"/><Relationship Id="rId13" Type="http://schemas.openxmlformats.org/officeDocument/2006/relationships/hyperlink" Target="https://insidetelecom.com/scam-detection-tool-against-online-fraud-leverages/" TargetMode="External"/><Relationship Id="rId14" Type="http://schemas.openxmlformats.org/officeDocument/2006/relationships/hyperlink" Target="https://uk.news.yahoo.com/new-ai-whatsapp-chatbot-scam-messages-161420744.html" TargetMode="External"/><Relationship Id="rId15" Type="http://schemas.openxmlformats.org/officeDocument/2006/relationships/hyperlink" Target="https://www.independent.co.uk/tech/new-aipowered-scam-detection-tool-launches-b262479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