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unveils SearchGPT: a new era in AI-powered 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Unveils SearchGPT: A New Era in AI-Powered Search</w:t>
      </w:r>
      <w:r/>
    </w:p>
    <w:p>
      <w:r/>
      <w:r>
        <w:t>OpenAI is set to shake up the world of search engines with the anticipated release of SearchGPT by the end of the year. This move signifies OpenAI’s ambition to directly challenge Google's dominance in the search engine market, leveraging its expertise in artificial intelligence to provide an innovative approach to information retrieval.</w:t>
      </w:r>
      <w:r/>
    </w:p>
    <w:p>
      <w:r/>
      <w:r>
        <w:t>Announced by Varun Shetty, OpenAI’s head of media, during a conference in Brussels, SearchGPT aims to integrate into the existing ChatGPT application. It promises to deliver precise answers to users' queries in natural language, bypassing the need to navigate through multiple web pages. For instance, users could pose a question such as, “Did the Kansas City Chiefs beat the Miami Dolphins last night? And if so, who scored?” and receive a comprehensive answer detailing the outcomes and key highlights of the game.</w:t>
      </w:r>
      <w:r/>
    </w:p>
    <w:p>
      <w:r/>
      <w:r>
        <w:t>Despite its promising concept, SearchGPT is currently facing performance challenges. Initial tests have shown that the AI-powered search engine has not yet reached its full potential. In September, an article by The Washington Post highlighted these shortcomings, indicating that while SearchGPT holds promise, improvements are needed to match the proficiency of established rivals such as Google. Nonetheless, Shetty’s announcement suggests that OpenAI is confident in refining the product to meet competitive standards by year's end.</w:t>
      </w:r>
      <w:r/>
    </w:p>
    <w:p>
      <w:r/>
      <w:r>
        <w:t>SearchGPT could potentially herald a shift in the landscape of AI and search engines, posing a formidable challenge to Google's long-standing supremacy. While traditional search engines provide lists of links to external sites, SearchGPT plans to directly answer questions, offering source references for users interested in exploring original content. This feature may appease critics who are wary of AI’s impact on content consumption and prefer accessing original sources over summarised data.</w:t>
      </w:r>
      <w:r/>
    </w:p>
    <w:p>
      <w:r/>
      <w:r>
        <w:t>The introduction of SearchGPT underscores the ongoing 'war of the search engines', where innovative AI solutions are vying for user preference in a market historically dominated by Google. OpenAI's entry into this space promises to bring about significant competition, encouraging advancements in how AI is applied to search functionalities.</w:t>
      </w:r>
      <w:r/>
    </w:p>
    <w:p>
      <w:r/>
      <w:r>
        <w:t>The arrival of SearchGPT is particularly noteworthy for its potential to influence everyday browsing habits. As AI tools become more common in consumers' lives, this development may alter how users seek information, potentially setting a new standard for search engines. Users anticipating this launch remain curious to see if SearchGPT can live up to expectations and revolutionise their search experience in the process. Whether it will divert the majority of users away from established giants like Google remains to be seen, but it certainly sets the stage for an intriguing evolution in the world of digital search.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https://www.techradar.com/computing/artificial-intelligence/chatgpts-google-search-rival-is-set-to-go-live-this-year-could-searchgpt-break-googles-hold-on-the-web</w:t>
        </w:r>
      </w:hyperlink>
      <w:r>
        <w:t xml:space="preserve"> - Confirms that SearchGPT is set to launch by the end of the year and will integrate into ChatGPT, providing answers in natural language and citing sources.</w:t>
      </w:r>
      <w:r/>
    </w:p>
    <w:p>
      <w:pPr>
        <w:pStyle w:val="ListNumber"/>
        <w:spacing w:line="240" w:lineRule="auto"/>
        <w:ind w:left="720"/>
      </w:pPr>
      <w:r/>
      <w:hyperlink r:id="rId11">
        <w:r>
          <w:rPr>
            <w:color w:val="0000EE"/>
            <w:u w:val="single"/>
          </w:rPr>
          <w:t>https://searchengineland.com/openai-searchgpt-chatgpt-integration-447379</w:t>
        </w:r>
      </w:hyperlink>
      <w:r>
        <w:t xml:space="preserve"> - Details Varun Shetty's announcement that SearchGPT will be integrated into ChatGPT by the end of the year, focusing on driving traffic to publishers rather than sharing ad revenue.</w:t>
      </w:r>
      <w:r/>
    </w:p>
    <w:p>
      <w:pPr>
        <w:pStyle w:val="ListNumber"/>
        <w:spacing w:line="240" w:lineRule="auto"/>
        <w:ind w:left="720"/>
      </w:pPr>
      <w:r/>
      <w:hyperlink r:id="rId12">
        <w:r>
          <w:rPr>
            <w:color w:val="0000EE"/>
            <w:u w:val="single"/>
          </w:rPr>
          <w:t>https://www.tomsguide.com/ai/chatgpt/uh-oh-google-searchgpt-is-coming-to-chatgpt-this-year</w:t>
        </w:r>
      </w:hyperlink>
      <w:r>
        <w:t xml:space="preserve"> - Explains the integration of SearchGPT into ChatGPT, its potential to disrupt Google's dominance, and the new interface changes in preparation for the launch.</w:t>
      </w:r>
      <w:r/>
    </w:p>
    <w:p>
      <w:pPr>
        <w:pStyle w:val="ListNumber"/>
        <w:spacing w:line="240" w:lineRule="auto"/>
        <w:ind w:left="720"/>
      </w:pPr>
      <w:r/>
      <w:hyperlink r:id="rId13">
        <w:r>
          <w:rPr>
            <w:color w:val="0000EE"/>
            <w:u w:val="single"/>
          </w:rPr>
          <w:t>https://www.digitalinformationworld.com/2024/10/openai-confirms-searchgpt-will-be-part.html</w:t>
        </w:r>
      </w:hyperlink>
      <w:r>
        <w:t xml:space="preserve"> - Discusses how SearchGPT will benefit publishers through increased traffic, the lack of ad revenue sharing, and its current performance compared to other AI search engines.</w:t>
      </w:r>
      <w:r/>
    </w:p>
    <w:p>
      <w:pPr>
        <w:pStyle w:val="ListNumber"/>
        <w:spacing w:line="240" w:lineRule="auto"/>
        <w:ind w:left="720"/>
      </w:pPr>
      <w:r/>
      <w:hyperlink r:id="rId14">
        <w:r>
          <w:rPr>
            <w:color w:val="0000EE"/>
            <w:u w:val="single"/>
          </w:rPr>
          <w:t>https://agogs.sk/en/openai-to-introduce-searchgpt-as-a-google-alternative-by-year-end/</w:t>
        </w:r>
      </w:hyperlink>
      <w:r>
        <w:t xml:space="preserve"> - Highlights the unique approach of SearchGPT in providing direct answers and citing sources, and its potential impact on the search engine landscape.</w:t>
      </w:r>
      <w:r/>
    </w:p>
    <w:p>
      <w:pPr>
        <w:pStyle w:val="ListNumber"/>
        <w:spacing w:line="240" w:lineRule="auto"/>
        <w:ind w:left="720"/>
      </w:pPr>
      <w:r/>
      <w:hyperlink r:id="rId10">
        <w:r>
          <w:rPr>
            <w:color w:val="0000EE"/>
            <w:u w:val="single"/>
          </w:rPr>
          <w:t>https://www.techradar.com/computing/artificial-intelligence/chatgpts-google-search-rival-is-set-to-go-live-this-year-could-searchgpt-break-googles-hold-on-the-web</w:t>
        </w:r>
      </w:hyperlink>
      <w:r>
        <w:t xml:space="preserve"> - Mentions the performance challenges faced by SearchGPT and the need for improvements to match established rivals like Google.</w:t>
      </w:r>
      <w:r/>
    </w:p>
    <w:p>
      <w:pPr>
        <w:pStyle w:val="ListNumber"/>
        <w:spacing w:line="240" w:lineRule="auto"/>
        <w:ind w:left="720"/>
      </w:pPr>
      <w:r/>
      <w:hyperlink r:id="rId11">
        <w:r>
          <w:rPr>
            <w:color w:val="0000EE"/>
            <w:u w:val="single"/>
          </w:rPr>
          <w:t>https://searchengineland.com/openai-searchgpt-chatgpt-integration-447379</w:t>
        </w:r>
      </w:hyperlink>
      <w:r>
        <w:t xml:space="preserve"> - Explains how SearchGPT aims to balance user experience with publisher needs, ensuring accurate sourcing and traffic to original content.</w:t>
      </w:r>
      <w:r/>
    </w:p>
    <w:p>
      <w:pPr>
        <w:pStyle w:val="ListNumber"/>
        <w:spacing w:line="240" w:lineRule="auto"/>
        <w:ind w:left="720"/>
      </w:pPr>
      <w:r/>
      <w:hyperlink r:id="rId12">
        <w:r>
          <w:rPr>
            <w:color w:val="0000EE"/>
            <w:u w:val="single"/>
          </w:rPr>
          <w:t>https://www.tomsguide.com/ai/chatgpt/uh-oh-google-searchgpt-is-coming-to-chatgpt-this-year</w:t>
        </w:r>
      </w:hyperlink>
      <w:r>
        <w:t xml:space="preserve"> - Describes the potential impact of SearchGPT on everyday browsing habits and its role in the evolving landscape of AI-powered search engines.</w:t>
      </w:r>
      <w:r/>
    </w:p>
    <w:p>
      <w:pPr>
        <w:pStyle w:val="ListNumber"/>
        <w:spacing w:line="240" w:lineRule="auto"/>
        <w:ind w:left="720"/>
      </w:pPr>
      <w:r/>
      <w:hyperlink r:id="rId13">
        <w:r>
          <w:rPr>
            <w:color w:val="0000EE"/>
            <w:u w:val="single"/>
          </w:rPr>
          <w:t>https://www.digitalinformationworld.com/2024/10/openai-confirms-searchgpt-will-be-part.html</w:t>
        </w:r>
      </w:hyperlink>
      <w:r>
        <w:t xml:space="preserve"> - Notes that despite its small user base, SearchGPT is already driving more traffic than some other AI search engines and its implications for SEO strategies.</w:t>
      </w:r>
      <w:r/>
    </w:p>
    <w:p>
      <w:pPr>
        <w:pStyle w:val="ListNumber"/>
        <w:spacing w:line="240" w:lineRule="auto"/>
        <w:ind w:left="720"/>
      </w:pPr>
      <w:r/>
      <w:hyperlink r:id="rId14">
        <w:r>
          <w:rPr>
            <w:color w:val="0000EE"/>
            <w:u w:val="single"/>
          </w:rPr>
          <w:t>https://agogs.sk/en/openai-to-introduce-searchgpt-as-a-google-alternative-by-year-end/</w:t>
        </w:r>
      </w:hyperlink>
      <w:r>
        <w:t xml:space="preserve"> - Provides tips on how to effectively use SearchGPT, such as formulating clear questions and requesting sources, to enhance the user experience.</w:t>
      </w:r>
      <w:r/>
    </w:p>
    <w:p>
      <w:pPr>
        <w:pStyle w:val="ListNumber"/>
        <w:spacing w:line="240" w:lineRule="auto"/>
        <w:ind w:left="720"/>
      </w:pPr>
      <w:r/>
      <w:hyperlink r:id="rId11">
        <w:r>
          <w:rPr>
            <w:color w:val="0000EE"/>
            <w:u w:val="single"/>
          </w:rPr>
          <w:t>https://searchengineland.com/openai-searchgpt-chatgpt-integration-447379</w:t>
        </w:r>
      </w:hyperlink>
      <w:r>
        <w:t xml:space="preserve"> - Discusses the broader impact of SearchGPT on the digital landscape, including its potential to reshape how users find and consume information.</w:t>
      </w:r>
      <w:r/>
    </w:p>
    <w:p>
      <w:pPr>
        <w:pStyle w:val="ListNumber"/>
        <w:spacing w:line="240" w:lineRule="auto"/>
        <w:ind w:left="720"/>
      </w:pPr>
      <w:r/>
      <w:hyperlink r:id="rId10">
        <w:r>
          <w:rPr>
            <w:color w:val="0000EE"/>
            <w:u w:val="single"/>
          </w:rPr>
          <w:t>https://www.techradar.com/computing/artificial-intelligence/chatgpts-google-search-rival-is-set-to-go-live-this-year-could-searchgpt-break-googles-hold-on-the-web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omputing/artificial-intelligence/chatgpts-google-search-rival-is-set-to-go-live-this-year-could-searchgpt-break-googles-hold-on-the-web" TargetMode="External"/><Relationship Id="rId11" Type="http://schemas.openxmlformats.org/officeDocument/2006/relationships/hyperlink" Target="https://searchengineland.com/openai-searchgpt-chatgpt-integration-447379" TargetMode="External"/><Relationship Id="rId12" Type="http://schemas.openxmlformats.org/officeDocument/2006/relationships/hyperlink" Target="https://www.tomsguide.com/ai/chatgpt/uh-oh-google-searchgpt-is-coming-to-chatgpt-this-year" TargetMode="External"/><Relationship Id="rId13" Type="http://schemas.openxmlformats.org/officeDocument/2006/relationships/hyperlink" Target="https://www.digitalinformationworld.com/2024/10/openai-confirms-searchgpt-will-be-part.html" TargetMode="External"/><Relationship Id="rId14" Type="http://schemas.openxmlformats.org/officeDocument/2006/relationships/hyperlink" Target="https://agogs.sk/en/openai-to-introduce-searchgpt-as-a-google-alternative-by-year-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