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Opera One introduces innovative AI-assisted tab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Opera One, a lesser-known web browser, is making waves in the tech community with a fresh innovation in AI-assisted tab management, potentially positioning itself ahead of giants like Google Chrome and Microsoft Edge in this specific area. This development was announced alongside their latest update, featuring a revamped AI tab management tool driven by Opera One's AI assistant, Aria.</w:t>
      </w:r>
      <w:r/>
    </w:p>
    <w:p>
      <w:r/>
      <w:r>
        <w:t>Aria functions similarly to other AI chatbots by leveraging user prompts to generate written responses. However, its capabilities extend to managing the browsing experience directly. The freshly introduced 'Tab Commands' allow users to organise their browsing tabs efficiently. This tool can group tabs according to their related websites or close unused tabs that have been left open for extended periods. Remarkably, Opera maintains that Aria's assistance does not compromise user privacy. According to the company, only the prompts entered by users are processed by external servers, ensuring that specific tab information stays on the user’s device.</w:t>
      </w:r>
      <w:r/>
    </w:p>
    <w:p>
      <w:r/>
      <w:r>
        <w:t>For tech enthusiasts eager to explore these features, it's important to note that the new tool is not yet available in the public or mobile versions of Opera One. Interested users will need to download the developer stream of Opera for desktop use. Accessing the tool involves opening the Command Line (using Ctrl + / for Windows or Cmd + / for Mac) or right-clicking a tab to select 'AI Tab Management' when five or more tabs are open.</w:t>
      </w:r>
      <w:r/>
    </w:p>
    <w:p>
      <w:r/>
      <w:r>
        <w:t>Opera's move towards AI-enhanced tab management does raise questions about its necessity. While the idea of using AI for tab organisation seems innovative, it prompts a debate about whether such automation is needed. Many browsers already offer built-in tab management features, and users have adapted various shortcuts and extensions to handle multiple open tabs efficiently without AI support.</w:t>
      </w:r>
      <w:r/>
    </w:p>
    <w:p>
      <w:r/>
      <w:r>
        <w:t>Moreover, Opera's new functionality requires usage through the Command Line or via right-click options, which may not fully integrate into users' regular browsing habits. This could mean that some users find it more straightforward to manage tabs manually rather than through typed commands.</w:t>
      </w:r>
      <w:r/>
    </w:p>
    <w:p>
      <w:r/>
      <w:r>
        <w:t>While AI applications are rapidly being integrated into various tech sectors, the value of this specific feature in enhancing productivity remains to be determined. Whether users will embrace this new AI tool or continue relying on traditional tab management techniques is yet to be observed. Nonetheless, Opera One’s initiative to incorporate AI in this form certainly piques curiosity about the future of web browsing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https://bgr.com/tech/operas-latest-feature-lets-you-control-your-browser-tabs-with-ai/</w:t>
        </w:r>
      </w:hyperlink>
      <w:r>
        <w:t xml:space="preserve"> - Corroborates the introduction of Opera's new Tab Commands feature and its ability to manage tabs using AI assistant Aria.</w:t>
      </w:r>
      <w:r/>
    </w:p>
    <w:p>
      <w:pPr>
        <w:pStyle w:val="ListNumber"/>
        <w:spacing w:line="240" w:lineRule="auto"/>
        <w:ind w:left="720"/>
      </w:pPr>
      <w:r/>
      <w:hyperlink r:id="rId11">
        <w:r>
          <w:rPr>
            <w:color w:val="0000EE"/>
            <w:u w:val="single"/>
          </w:rPr>
          <w:t>https://techcrunch.com/2024/10/10/operas-new-feature-lets-you-group-pin-and-close-tab-through-natural-language-commands/</w:t>
        </w:r>
      </w:hyperlink>
      <w:r>
        <w:t xml:space="preserve"> - Details how users can use natural language queries to group, pin, and close tabs with Aria, and that no data leaves the user’s device.</w:t>
      </w:r>
      <w:r/>
    </w:p>
    <w:p>
      <w:pPr>
        <w:pStyle w:val="ListNumber"/>
        <w:spacing w:line="240" w:lineRule="auto"/>
        <w:ind w:left="720"/>
      </w:pPr>
      <w:r/>
      <w:hyperlink r:id="rId12">
        <w:r>
          <w:rPr>
            <w:color w:val="0000EE"/>
            <w:u w:val="single"/>
          </w:rPr>
          <w:t>https://blogs.opera.com/news/2024/10/opera-introduces-ai-powered-tab-commands/</w:t>
        </w:r>
      </w:hyperlink>
      <w:r>
        <w:t xml:space="preserve"> - Explains the functionality of Tab Commands, including closing, grouping, and pinning tabs, and ensuring user privacy by processing data locally.</w:t>
      </w:r>
      <w:r/>
    </w:p>
    <w:p>
      <w:pPr>
        <w:pStyle w:val="ListNumber"/>
        <w:spacing w:line="240" w:lineRule="auto"/>
        <w:ind w:left="720"/>
      </w:pPr>
      <w:r/>
      <w:hyperlink r:id="rId13">
        <w:r>
          <w:rPr>
            <w:color w:val="0000EE"/>
            <w:u w:val="single"/>
          </w:rPr>
          <w:t>https://www.marketscreener.com/quote/stock/OPERA-LIMITED-45064808/news/Opera-Introduces-A-New-Way-to-Manage-Tops-with-AI-Via-Tab-Command-48043610/</w:t>
        </w:r>
      </w:hyperlink>
      <w:r>
        <w:t xml:space="preserve"> - Confirms that only the user's prompt is processed by servers, maintaining user privacy, and details the availability of the feature in the developer stream of Opera.</w:t>
      </w:r>
      <w:r/>
    </w:p>
    <w:p>
      <w:pPr>
        <w:pStyle w:val="ListNumber"/>
        <w:spacing w:line="240" w:lineRule="auto"/>
        <w:ind w:left="720"/>
      </w:pPr>
      <w:r/>
      <w:hyperlink r:id="rId14">
        <w:r>
          <w:rPr>
            <w:color w:val="0000EE"/>
            <w:u w:val="single"/>
          </w:rPr>
          <w:t>https://www.techradar.com/computing/artificial-intelligence/i-desperately-want-this-opera-ai-feature-to-come-to-chrome-and-fix-my-tabs-nightmare</w:t>
        </w:r>
      </w:hyperlink>
      <w:r>
        <w:t xml:space="preserve"> - Discusses the new AI tab management tool, its availability in the developer stream, and how it does not compromise user privacy.</w:t>
      </w:r>
      <w:r/>
    </w:p>
    <w:p>
      <w:pPr>
        <w:pStyle w:val="ListNumber"/>
        <w:spacing w:line="240" w:lineRule="auto"/>
        <w:ind w:left="720"/>
      </w:pPr>
      <w:r/>
      <w:hyperlink r:id="rId10">
        <w:r>
          <w:rPr>
            <w:color w:val="0000EE"/>
            <w:u w:val="single"/>
          </w:rPr>
          <w:t>https://bgr.com/tech/operas-latest-feature-lets-you-control-your-browser-tabs-with-ai/</w:t>
        </w:r>
      </w:hyperlink>
      <w:r>
        <w:t xml:space="preserve"> - Mentions the historical context of Opera's innovations in tab management and the integration of AI in the latest update.</w:t>
      </w:r>
      <w:r/>
    </w:p>
    <w:p>
      <w:pPr>
        <w:pStyle w:val="ListNumber"/>
        <w:spacing w:line="240" w:lineRule="auto"/>
        <w:ind w:left="720"/>
      </w:pPr>
      <w:r/>
      <w:hyperlink r:id="rId11">
        <w:r>
          <w:rPr>
            <w:color w:val="0000EE"/>
            <w:u w:val="single"/>
          </w:rPr>
          <w:t>https://techcrunch.com/2024/10/10/operas-new-feature-lets-you-group-pin-and-close-tab-through-natural-language-commands/</w:t>
        </w:r>
      </w:hyperlink>
      <w:r>
        <w:t xml:space="preserve"> - Provides details on accessing the Tab Commands feature via the Command Line or right-clicking a tab.</w:t>
      </w:r>
      <w:r/>
    </w:p>
    <w:p>
      <w:pPr>
        <w:pStyle w:val="ListNumber"/>
        <w:spacing w:line="240" w:lineRule="auto"/>
        <w:ind w:left="720"/>
      </w:pPr>
      <w:r/>
      <w:hyperlink r:id="rId12">
        <w:r>
          <w:rPr>
            <w:color w:val="0000EE"/>
            <w:u w:val="single"/>
          </w:rPr>
          <w:t>https://blogs.opera.com/news/2024/10/opera-introduces-ai-powered-tab-commands/</w:t>
        </w:r>
      </w:hyperlink>
      <w:r>
        <w:t xml:space="preserve"> - Explains the method of using the Command Line or right-click options to access AI Tab Management and the requirement of having five or more tabs open.</w:t>
      </w:r>
      <w:r/>
    </w:p>
    <w:p>
      <w:pPr>
        <w:pStyle w:val="ListNumber"/>
        <w:spacing w:line="240" w:lineRule="auto"/>
        <w:ind w:left="720"/>
      </w:pPr>
      <w:r/>
      <w:hyperlink r:id="rId13">
        <w:r>
          <w:rPr>
            <w:color w:val="0000EE"/>
            <w:u w:val="single"/>
          </w:rPr>
          <w:t>https://www.marketscreener.com/quote/stock/OPERA-LIMITED-45064808/news/Opera-Introduces-A-New-Way-to-Manage-Tops-with-AI-Via-Tab-Command-48043610/</w:t>
        </w:r>
      </w:hyperlink>
      <w:r>
        <w:t xml:space="preserve"> - Highlights Opera's commitment to innovation in tabs and AI, combining these to enhance the browsing experience.</w:t>
      </w:r>
      <w:r/>
    </w:p>
    <w:p>
      <w:pPr>
        <w:pStyle w:val="ListNumber"/>
        <w:spacing w:line="240" w:lineRule="auto"/>
        <w:ind w:left="720"/>
      </w:pPr>
      <w:r/>
      <w:hyperlink r:id="rId14">
        <w:r>
          <w:rPr>
            <w:color w:val="0000EE"/>
            <w:u w:val="single"/>
          </w:rPr>
          <w:t>https://www.techradar.com/computing/artificial-intelligence/i-desperately-want-this-opera-ai-feature-to-come-to-chrome-and-fix-my-tabs-nightmare</w:t>
        </w:r>
      </w:hyperlink>
      <w:r>
        <w:t xml:space="preserve"> - Raises questions about the necessity of AI-enhanced tab management and its potential impact on user habits.</w:t>
      </w:r>
      <w:r/>
    </w:p>
    <w:p>
      <w:pPr>
        <w:pStyle w:val="ListNumber"/>
        <w:spacing w:line="240" w:lineRule="auto"/>
        <w:ind w:left="720"/>
      </w:pPr>
      <w:r/>
      <w:hyperlink r:id="rId12">
        <w:r>
          <w:rPr>
            <w:color w:val="0000EE"/>
            <w:u w:val="single"/>
          </w:rPr>
          <w:t>https://blogs.opera.com/news/2024/10/opera-introduces-ai-powered-tab-commands/</w:t>
        </w:r>
      </w:hyperlink>
      <w:r>
        <w:t xml:space="preserve"> - Discusses the broader context of AI integration in various tech sectors and the potential future of web browsing technologies.</w:t>
      </w:r>
      <w:r/>
    </w:p>
    <w:p>
      <w:pPr>
        <w:pStyle w:val="ListNumber"/>
        <w:spacing w:line="240" w:lineRule="auto"/>
        <w:ind w:left="720"/>
      </w:pPr>
      <w:r/>
      <w:hyperlink r:id="rId14">
        <w:r>
          <w:rPr>
            <w:color w:val="0000EE"/>
            <w:u w:val="single"/>
          </w:rPr>
          <w:t>https://www.techradar.com/computing/artificial-intelligence/i-desperately-want-this-opera-ai-feature-to-come-to-chrome-and-fix-my-tabs-nightmare</w:t>
        </w:r>
      </w:hyperlink>
      <w:r>
        <w:t xml:space="preserve"> - Please view link - unable to able to access data</w:t>
      </w:r>
      <w:r/>
    </w:p>
    <w:p>
      <w:pPr>
        <w:pStyle w:val="ListNumber"/>
        <w:spacing w:line="240" w:lineRule="auto"/>
        <w:ind w:left="720"/>
      </w:pPr>
      <w:r/>
      <w:hyperlink r:id="rId15">
        <w:r>
          <w:rPr>
            <w:color w:val="0000EE"/>
            <w:u w:val="single"/>
          </w:rPr>
          <w:t>https://betanews.com/2024/10/10/is-operas-new-ai-powered-tab-management-feature-really-necessary-or-just-more-ai-fluff/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gr.com/tech/operas-latest-feature-lets-you-control-your-browser-tabs-with-ai/" TargetMode="External"/><Relationship Id="rId11" Type="http://schemas.openxmlformats.org/officeDocument/2006/relationships/hyperlink" Target="https://techcrunch.com/2024/10/10/operas-new-feature-lets-you-group-pin-and-close-tab-through-natural-language-commands/" TargetMode="External"/><Relationship Id="rId12" Type="http://schemas.openxmlformats.org/officeDocument/2006/relationships/hyperlink" Target="https://blogs.opera.com/news/2024/10/opera-introduces-ai-powered-tab-commands/" TargetMode="External"/><Relationship Id="rId13" Type="http://schemas.openxmlformats.org/officeDocument/2006/relationships/hyperlink" Target="https://www.marketscreener.com/quote/stock/OPERA-LIMITED-45064808/news/Opera-Introduces-A-New-Way-to-Manage-Tops-with-AI-Via-Tab-Command-48043610/" TargetMode="External"/><Relationship Id="rId14" Type="http://schemas.openxmlformats.org/officeDocument/2006/relationships/hyperlink" Target="https://www.techradar.com/computing/artificial-intelligence/i-desperately-want-this-opera-ai-feature-to-come-to-chrome-and-fix-my-tabs-nightmare" TargetMode="External"/><Relationship Id="rId15" Type="http://schemas.openxmlformats.org/officeDocument/2006/relationships/hyperlink" Target="https://betanews.com/2024/10/10/is-operas-new-ai-powered-tab-management-feature-really-necessary-or-just-more-ai-fluf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