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PitchBob AI pitch deck generator offers lifetime subscription at discounted price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innovative PitchBob AI Pitch Deck Generator &amp; Startup Co-Pilot is making waves in the business community with an attractive, limited-time offer: a lifetime subscription is available for just $49.99, reduced from its regular price of $99. This AI-enabled tool is set to revolutionise how startups prepare for investor presentations and other crucial business engagements by streamlining and professionalising the pitch deck creation process.</w:t>
      </w:r>
      <w:r/>
    </w:p>
    <w:p>
      <w:r/>
      <w:r>
        <w:t>For entrepreneurs, crafting a standout presentation to captivate potential investors is often challenging and time-consuming. PitchBob addresses these challenges with an AI-driven solution that simplifies the process of creating investor-ready presentations. By leveraging artificial intelligence, the platform assists users in generating high-quality slide decks that are both coherent and visually appealing.</w:t>
      </w:r>
      <w:r/>
    </w:p>
    <w:p>
      <w:r/>
      <w:r>
        <w:t>Central to PitchBob's appeal is its ability to automate key components of a startup's pitch. Financial modelling and business planning, traditionally complex tasks, are simplified through an intuitive user interface. Users begin by answering a guided questionnaire about their company’s value proposition, target market, and business goals. This input allows the AI to craft bespoke content for each slide, ensuring that critical topics such as market opportunities and financial forecasts are thoroughly and accurately covered.</w:t>
      </w:r>
      <w:r/>
    </w:p>
    <w:p>
      <w:r/>
      <w:r>
        <w:t>The tool includes a selection of ten customisable templates, allowing users to tailor the presentation to match their company’s brand and the audience's preferences. This flexibility ensures that the finished product is not only professional but also aligns with the startup's identity.</w:t>
      </w:r>
      <w:r/>
    </w:p>
    <w:p>
      <w:r/>
      <w:r>
        <w:t>Beyond the pitch deck, PitchBob provides a suite of comprehensive business documents to bolster the overall presentation. These include tailored business models, value propositions, and investor letters, offering a well-rounded and persuasive package to potential investors.</w:t>
      </w:r>
      <w:r/>
    </w:p>
    <w:p>
      <w:r/>
      <w:r>
        <w:t>Further enhancing its utility, PitchBob offers insights into its extensive investor database, which features around 150,000 potential investors. This feature allows startups to better understand investor preferences, tailor their pitches, and strategically identify those investors whose interests align with their own business mission and vision.</w:t>
      </w:r>
      <w:r/>
    </w:p>
    <w:p>
      <w:r/>
      <w:r>
        <w:t>The current offer presents an opportunity to purchase a lifetime Super Pro subscription at the lowest available price online. Businesses eager to streamline their pitch preparation process or improve their presentation quality may find the PitchBob AI Pitch Deck Generator &amp; Startup Co-Pilot a valuable investment.</w:t>
      </w:r>
      <w:r/>
    </w:p>
    <w:p>
      <w:r/>
      <w:r>
        <w:t>As with many software offers, potential purchasers should note that prices and availability are subject to change. Nonetheless, the PitchBob tool seems poised to become an essential asset for startups looking to make an impact in competitive investment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https://www.entrepreneur.com/science-technology/build-investor-ready-pitches-in-minutes-with-pitchbob/480700</w:t>
        </w:r>
      </w:hyperlink>
      <w:r>
        <w:t xml:space="preserve"> - Corroborates the limited-time offer of a lifetime subscription for $49.99 and the AI-powered pitch generator's ability to create investor-ready materials.</w:t>
      </w:r>
      <w:r/>
    </w:p>
    <w:p>
      <w:pPr>
        <w:pStyle w:val="ListNumber"/>
        <w:spacing w:line="240" w:lineRule="auto"/>
        <w:ind w:left="720"/>
      </w:pPr>
      <w:r/>
      <w:hyperlink r:id="rId11">
        <w:r>
          <w:rPr>
            <w:color w:val="0000EE"/>
            <w:u w:val="single"/>
          </w:rPr>
          <w:t>https://pitchbob.io</w:t>
        </w:r>
      </w:hyperlink>
      <w:r>
        <w:t xml:space="preserve"> - Details the AI co-pilot's features, including generating pitch decks, business models, and investor letters, as well as providing access to an investor database.</w:t>
      </w:r>
      <w:r/>
    </w:p>
    <w:p>
      <w:pPr>
        <w:pStyle w:val="ListNumber"/>
        <w:spacing w:line="240" w:lineRule="auto"/>
        <w:ind w:left="720"/>
      </w:pPr>
      <w:r/>
      <w:hyperlink r:id="rId12">
        <w:r>
          <w:rPr>
            <w:color w:val="0000EE"/>
            <w:u w:val="single"/>
          </w:rPr>
          <w:t>https://www.dealfuel.com/seller/pitchbob-ai-pitch-deck-generator-startup-copilot/</w:t>
        </w:r>
      </w:hyperlink>
      <w:r>
        <w:t xml:space="preserve"> - Explains the comprehensive features of PitchBob, including pitch deck creation, business planning, and access to investor databases.</w:t>
      </w:r>
      <w:r/>
    </w:p>
    <w:p>
      <w:pPr>
        <w:pStyle w:val="ListNumber"/>
        <w:spacing w:line="240" w:lineRule="auto"/>
        <w:ind w:left="720"/>
      </w:pPr>
      <w:r/>
      <w:hyperlink r:id="rId13">
        <w:r>
          <w:rPr>
            <w:color w:val="0000EE"/>
            <w:u w:val="single"/>
          </w:rPr>
          <w:t>https://www.stacksocial.com/sales/pitchbob-ai-pitch-deck-generator-startup-building-co-pilot-super-pro-lifetime-subscription</w:t>
        </w:r>
      </w:hyperlink>
      <w:r>
        <w:t xml:space="preserve"> - Confirms the lifetime Super Pro subscription offer and details the guided questionnaire and customizable templates.</w:t>
      </w:r>
      <w:r/>
    </w:p>
    <w:p>
      <w:pPr>
        <w:pStyle w:val="ListNumber"/>
        <w:spacing w:line="240" w:lineRule="auto"/>
        <w:ind w:left="720"/>
      </w:pPr>
      <w:r/>
      <w:hyperlink r:id="rId14">
        <w:r>
          <w:rPr>
            <w:color w:val="0000EE"/>
            <w:u w:val="single"/>
          </w:rPr>
          <w:t>https://pitchbob.io/products/ai-startup-founders-co-pilot</w:t>
        </w:r>
      </w:hyperlink>
      <w:r>
        <w:t xml:space="preserve"> - Highlights PitchBob's role in simplifying entrepreneurship and providing tools for pitch deck creation, business planning, and investor reporting.</w:t>
      </w:r>
      <w:r/>
    </w:p>
    <w:p>
      <w:pPr>
        <w:pStyle w:val="ListNumber"/>
        <w:spacing w:line="240" w:lineRule="auto"/>
        <w:ind w:left="720"/>
      </w:pPr>
      <w:r/>
      <w:hyperlink r:id="rId10">
        <w:r>
          <w:rPr>
            <w:color w:val="0000EE"/>
            <w:u w:val="single"/>
          </w:rPr>
          <w:t>https://www.entrepreneur.com/science-technology/build-investor-ready-pitches-in-minutes-with-pitchbob/480700</w:t>
        </w:r>
      </w:hyperlink>
      <w:r>
        <w:t xml:space="preserve"> - Describes how PitchBob automates financial modeling and business planning through an intuitive user interface.</w:t>
      </w:r>
      <w:r/>
    </w:p>
    <w:p>
      <w:pPr>
        <w:pStyle w:val="ListNumber"/>
        <w:spacing w:line="240" w:lineRule="auto"/>
        <w:ind w:left="720"/>
      </w:pPr>
      <w:r/>
      <w:hyperlink r:id="rId11">
        <w:r>
          <w:rPr>
            <w:color w:val="0000EE"/>
            <w:u w:val="single"/>
          </w:rPr>
          <w:t>https://pitchbob.io</w:t>
        </w:r>
      </w:hyperlink>
      <w:r>
        <w:t xml:space="preserve"> - Details the process of answering a guided questionnaire to generate bespoke content for each slide of the pitch deck.</w:t>
      </w:r>
      <w:r/>
    </w:p>
    <w:p>
      <w:pPr>
        <w:pStyle w:val="ListNumber"/>
        <w:spacing w:line="240" w:lineRule="auto"/>
        <w:ind w:left="720"/>
      </w:pPr>
      <w:r/>
      <w:hyperlink r:id="rId13">
        <w:r>
          <w:rPr>
            <w:color w:val="0000EE"/>
            <w:u w:val="single"/>
          </w:rPr>
          <w:t>https://www.stacksocial.com/sales/pitchbob-ai-pitch-deck-generator-startup-building-co-pilot-super-pro-lifetime-subscription</w:t>
        </w:r>
      </w:hyperlink>
      <w:r>
        <w:t xml:space="preserve"> - Mentions the inclusion of ten customizable templates to tailor the presentation to the company's brand and audience preferences.</w:t>
      </w:r>
      <w:r/>
    </w:p>
    <w:p>
      <w:pPr>
        <w:pStyle w:val="ListNumber"/>
        <w:spacing w:line="240" w:lineRule="auto"/>
        <w:ind w:left="720"/>
      </w:pPr>
      <w:r/>
      <w:hyperlink r:id="rId12">
        <w:r>
          <w:rPr>
            <w:color w:val="0000EE"/>
            <w:u w:val="single"/>
          </w:rPr>
          <w:t>https://www.dealfuel.com/seller/pitchbob-ai-pitch-deck-generator-startup-copilot/</w:t>
        </w:r>
      </w:hyperlink>
      <w:r>
        <w:t xml:space="preserve"> - Lists the comprehensive business documents provided by PitchBob, including business models, value propositions, and investor letters.</w:t>
      </w:r>
      <w:r/>
    </w:p>
    <w:p>
      <w:pPr>
        <w:pStyle w:val="ListNumber"/>
        <w:spacing w:line="240" w:lineRule="auto"/>
        <w:ind w:left="720"/>
      </w:pPr>
      <w:r/>
      <w:hyperlink r:id="rId11">
        <w:r>
          <w:rPr>
            <w:color w:val="0000EE"/>
            <w:u w:val="single"/>
          </w:rPr>
          <w:t>https://pitchbob.io</w:t>
        </w:r>
      </w:hyperlink>
      <w:r>
        <w:t xml:space="preserve"> - Explains the access to an extensive investor database featuring around 150,000 potential investors to help startups tailor their pitches.</w:t>
      </w:r>
      <w:r/>
    </w:p>
    <w:p>
      <w:pPr>
        <w:pStyle w:val="ListNumber"/>
        <w:spacing w:line="240" w:lineRule="auto"/>
        <w:ind w:left="720"/>
      </w:pPr>
      <w:r/>
      <w:hyperlink r:id="rId13">
        <w:r>
          <w:rPr>
            <w:color w:val="0000EE"/>
            <w:u w:val="single"/>
          </w:rPr>
          <w:t>https://www.stacksocial.com/sales/pitchbob-ai-pitch-deck-generator-startup-building-co-pilot-super-pro-lifetime-subscription</w:t>
        </w:r>
      </w:hyperlink>
      <w:r>
        <w:t xml:space="preserve"> - Notes that prices and availability are subject to change, emphasizing the current offer's value.</w:t>
      </w:r>
      <w:r/>
    </w:p>
    <w:p>
      <w:pPr>
        <w:pStyle w:val="ListNumber"/>
        <w:spacing w:line="240" w:lineRule="auto"/>
        <w:ind w:left="720"/>
      </w:pPr>
      <w:r/>
      <w:hyperlink r:id="rId15">
        <w:r>
          <w:rPr>
            <w:color w:val="0000EE"/>
            <w:u w:val="single"/>
          </w:rPr>
          <w:t>https://www.techrepublic.com/article/pitchbob-ai-pitch-deck-generator-startup-building-co-pilot-super-pro-lifetime-subscription/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science-technology/build-investor-ready-pitches-in-minutes-with-pitchbob/480700" TargetMode="External"/><Relationship Id="rId11" Type="http://schemas.openxmlformats.org/officeDocument/2006/relationships/hyperlink" Target="https://pitchbob.io" TargetMode="External"/><Relationship Id="rId12" Type="http://schemas.openxmlformats.org/officeDocument/2006/relationships/hyperlink" Target="https://www.dealfuel.com/seller/pitchbob-ai-pitch-deck-generator-startup-copilot/" TargetMode="External"/><Relationship Id="rId13" Type="http://schemas.openxmlformats.org/officeDocument/2006/relationships/hyperlink" Target="https://www.stacksocial.com/sales/pitchbob-ai-pitch-deck-generator-startup-building-co-pilot-super-pro-lifetime-subscription" TargetMode="External"/><Relationship Id="rId14" Type="http://schemas.openxmlformats.org/officeDocument/2006/relationships/hyperlink" Target="https://pitchbob.io/products/ai-startup-founders-co-pilot" TargetMode="External"/><Relationship Id="rId15" Type="http://schemas.openxmlformats.org/officeDocument/2006/relationships/hyperlink" Target="https://www.techrepublic.com/article/pitchbob-ai-pitch-deck-generator-startup-building-co-pilot-super-pro-lifetime-subscri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