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Reno Tahoe relaunches website with innovative AI travel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Reno Tahoe, a popular vacation destination known for its picturesque landscapes and myriad recreational activities, has taken a significant leap forward in catering to modern travellers' needs with the relaunch of the Visit Reno Tahoe website. This revamped online platform, now featuring an AI-assisted tool called the Reno Tahoe Guide, aims to simplify the intricacies of trip planning and enhance the overall visitor experience in the region.</w:t>
      </w:r>
      <w:r/>
    </w:p>
    <w:p>
      <w:r/>
      <w:r>
        <w:t>The Reno Tahoe Guide is an innovative chatbot powered by artificial intelligence, designed to provide comprehensive assistance to travellers exploring the region. Built on the GuideGeek platform, which has developed similar applications for destinations like Greece, Aruba, Manitoba, and Illinois, this tool offers personalised travel advice by responding to user queries in over 50 languages. It has already engaged with more than one million users and answered in excess of 10 million questions globally, demonstrating its utility and widespread popularity.</w:t>
      </w:r>
      <w:r/>
    </w:p>
    <w:p>
      <w:r/>
      <w:r>
        <w:t>For families and individuals planning a visit, the Reno Tahoe Guide breaks away from the conventional, formulaic travel tips found on many websites. Instead, it acts as an on-demand personal travel advisor, ready to delve into the specifics of what each visitor may seek. Whether it’s identifying the best teen-friendly activities in Tahoe during December or determining which ski resorts offer specialised instruction for guests on the autism spectrum, the AI tool offers detailed insights and suggestions. For example, visitors can discover activities such as Disco Tubing at Palisades Tahoe, a unique winter event available on Saturdays.</w:t>
      </w:r>
      <w:r/>
    </w:p>
    <w:p>
      <w:r/>
      <w:r>
        <w:t>A significant benefit of the Reno Tahoe Guide is its ability to provide tailored itineraries that suit the distinct interests and needs of any group or individual. The AI's capability to answer specific questions aids in refining vacation plans, ensuring travellers maximize their experience in the Reno Tahoe area. Additionally, it provides vital information about weather conditions and climate considerations, which is particularly useful with the ski season imminently approaching.</w:t>
      </w:r>
      <w:r/>
    </w:p>
    <w:p>
      <w:r/>
      <w:r>
        <w:t>The timing of this tool’s introduction aligns perfectly with the upcoming winter season, a prime time for skiing and snowboarding enthusiasts. Families and adventure seekers can seamlessly identify optimal locations for winter sports, gear packing advice, and even pre-emptive planning around climate conditions, ensuring their trip is as convenient and enjoyable as possible.</w:t>
      </w:r>
      <w:r/>
    </w:p>
    <w:p>
      <w:r/>
      <w:r>
        <w:t>The AI's adaptability and the comprehensive nature of the support it provides positions the Reno Tahoe Guide as a pioneering tool in travel planning. By integrating this cutting-edge technology into its offerings, Reno Tahoe illustrates its commitment to enhancing visitor satisfaction and maintaining its reputation as a premier travel destination.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https://guidegeek.com/press/visit-reno-tahoe-launches-custom-ai-travel-genius-with-guidegeek</w:t>
        </w:r>
      </w:hyperlink>
      <w:r>
        <w:t xml:space="preserve"> - Corroborates the launch of the Reno Tahoe Guide, an AI-assisted tool powered by GuideGeek, and its integration into the Visit Reno Tahoe website.</w:t>
      </w:r>
      <w:r/>
    </w:p>
    <w:p>
      <w:pPr>
        <w:pStyle w:val="ListNumber"/>
        <w:spacing w:line="240" w:lineRule="auto"/>
        <w:ind w:left="720"/>
      </w:pPr>
      <w:r/>
      <w:hyperlink r:id="rId11">
        <w:r>
          <w:rPr>
            <w:color w:val="0000EE"/>
            <w:u w:val="single"/>
          </w:rPr>
          <w:t>https://mynews4.com/news/local/visit-reno-tahoe-redesigns-website-incorporates-ai-tools</w:t>
        </w:r>
      </w:hyperlink>
      <w:r>
        <w:t xml:space="preserve"> - Supports the redesign of the Visit Reno Tahoe website and the incorporation of the AI tool GuideGeek.</w:t>
      </w:r>
      <w:r/>
    </w:p>
    <w:p>
      <w:pPr>
        <w:pStyle w:val="ListNumber"/>
        <w:spacing w:line="240" w:lineRule="auto"/>
        <w:ind w:left="720"/>
      </w:pPr>
      <w:r/>
      <w:hyperlink r:id="rId12">
        <w:r>
          <w:rPr>
            <w:color w:val="0000EE"/>
            <w:u w:val="single"/>
          </w:rPr>
          <w:t>https://guidegeek.com/press</w:t>
        </w:r>
      </w:hyperlink>
      <w:r>
        <w:t xml:space="preserve"> - Provides context on GuideGeek's AI travel planning technology and its applications in various destinations.</w:t>
      </w:r>
      <w:r/>
    </w:p>
    <w:p>
      <w:pPr>
        <w:pStyle w:val="ListNumber"/>
        <w:spacing w:line="240" w:lineRule="auto"/>
        <w:ind w:left="720"/>
      </w:pPr>
      <w:r/>
      <w:hyperlink r:id="rId10">
        <w:r>
          <w:rPr>
            <w:color w:val="0000EE"/>
            <w:u w:val="single"/>
          </w:rPr>
          <w:t>https://guidegeek.com/press/visit-reno-tahoe-launches-custom-ai-travel-genius-with-guidegeek</w:t>
        </w:r>
      </w:hyperlink>
      <w:r>
        <w:t xml:space="preserve"> - Details the capabilities of the Reno Tahoe Guide, including its ability to answer questions and provide personalized travel advice.</w:t>
      </w:r>
      <w:r/>
    </w:p>
    <w:p>
      <w:pPr>
        <w:pStyle w:val="ListNumber"/>
        <w:spacing w:line="240" w:lineRule="auto"/>
        <w:ind w:left="720"/>
      </w:pPr>
      <w:r/>
      <w:hyperlink r:id="rId13">
        <w:r>
          <w:rPr>
            <w:color w:val="0000EE"/>
            <w:u w:val="single"/>
          </w:rPr>
          <w:t>https://whereverfamily.com/ai-makes-visiting-tahoe-easy-for-families/</w:t>
        </w:r>
      </w:hyperlink>
      <w:r>
        <w:t xml:space="preserve"> - Highlights how the AI chatbot tool helps families and individuals plan their visits to Tahoe with personalized advice.</w:t>
      </w:r>
      <w:r/>
    </w:p>
    <w:p>
      <w:pPr>
        <w:pStyle w:val="ListNumber"/>
        <w:spacing w:line="240" w:lineRule="auto"/>
        <w:ind w:left="720"/>
      </w:pPr>
      <w:r/>
      <w:hyperlink r:id="rId10">
        <w:r>
          <w:rPr>
            <w:color w:val="0000EE"/>
            <w:u w:val="single"/>
          </w:rPr>
          <w:t>https://guidegeek.com/press/visit-reno-tahoe-launches-custom-ai-travel-genius-with-guidegeek</w:t>
        </w:r>
      </w:hyperlink>
      <w:r>
        <w:t xml:space="preserve"> - Explains the AI's ability to provide tailored itineraries and answer specific questions to refine vacation plans.</w:t>
      </w:r>
      <w:r/>
    </w:p>
    <w:p>
      <w:pPr>
        <w:pStyle w:val="ListNumber"/>
        <w:spacing w:line="240" w:lineRule="auto"/>
        <w:ind w:left="720"/>
      </w:pPr>
      <w:r/>
      <w:hyperlink r:id="rId11">
        <w:r>
          <w:rPr>
            <w:color w:val="0000EE"/>
            <w:u w:val="single"/>
          </w:rPr>
          <w:t>https://mynews4.com/news/local/visit-reno-tahoe-redesigns-website-incorporates-ai-tools</w:t>
        </w:r>
      </w:hyperlink>
      <w:r>
        <w:t xml:space="preserve"> - Mentions the quiz feature on the Visit Reno Tahoe website that helps create personalized lists of activities based on user preferences.</w:t>
      </w:r>
      <w:r/>
    </w:p>
    <w:p>
      <w:pPr>
        <w:pStyle w:val="ListNumber"/>
        <w:spacing w:line="240" w:lineRule="auto"/>
        <w:ind w:left="720"/>
      </w:pPr>
      <w:r/>
      <w:hyperlink r:id="rId10">
        <w:r>
          <w:rPr>
            <w:color w:val="0000EE"/>
            <w:u w:val="single"/>
          </w:rPr>
          <w:t>https://guidegeek.com/press/visit-reno-tahoe-launches-custom-ai-travel-genius-with-guidegeek</w:t>
        </w:r>
      </w:hyperlink>
      <w:r>
        <w:t xml:space="preserve"> - Discusses the integration of real-time travel information, website content, and human curation to enhance the AI's responses.</w:t>
      </w:r>
      <w:r/>
    </w:p>
    <w:p>
      <w:pPr>
        <w:pStyle w:val="ListNumber"/>
        <w:spacing w:line="240" w:lineRule="auto"/>
        <w:ind w:left="720"/>
      </w:pPr>
      <w:r/>
      <w:hyperlink r:id="rId12">
        <w:r>
          <w:rPr>
            <w:color w:val="0000EE"/>
            <w:u w:val="single"/>
          </w:rPr>
          <w:t>https://guidegeek.com/press</w:t>
        </w:r>
      </w:hyperlink>
      <w:r>
        <w:t xml:space="preserve"> - Provides evidence of GuideGeek's global reach and engagement, including its use by over one million users and answering over 10 million questions.</w:t>
      </w:r>
      <w:r/>
    </w:p>
    <w:p>
      <w:pPr>
        <w:pStyle w:val="ListNumber"/>
        <w:spacing w:line="240" w:lineRule="auto"/>
        <w:ind w:left="720"/>
      </w:pPr>
      <w:r/>
      <w:hyperlink r:id="rId10">
        <w:r>
          <w:rPr>
            <w:color w:val="0000EE"/>
            <w:u w:val="single"/>
          </w:rPr>
          <w:t>https://guidegeek.com/press/visit-reno-tahoe-launches-custom-ai-travel-genius-with-guidegeek</w:t>
        </w:r>
      </w:hyperlink>
      <w:r>
        <w:t xml:space="preserve"> - Highlights the tool's adaptability and comprehensive support, particularly useful for planning around climate conditions and winter sports.</w:t>
      </w:r>
      <w:r/>
    </w:p>
    <w:p>
      <w:pPr>
        <w:pStyle w:val="ListNumber"/>
        <w:spacing w:line="240" w:lineRule="auto"/>
        <w:ind w:left="720"/>
      </w:pPr>
      <w:r/>
      <w:hyperlink r:id="rId11">
        <w:r>
          <w:rPr>
            <w:color w:val="0000EE"/>
            <w:u w:val="single"/>
          </w:rPr>
          <w:t>https://mynews4.com/news/local/visit-reno-tahoe-redesigns-website-incorporates-ai-tools</w:t>
        </w:r>
      </w:hyperlink>
      <w:r>
        <w:t xml:space="preserve"> - Supports the timing of the tool's introduction aligning with the upcoming winter season and its benefits for skiing and snowboarding enthusiasts.</w:t>
      </w:r>
      <w:r/>
    </w:p>
    <w:p>
      <w:pPr>
        <w:pStyle w:val="ListNumber"/>
        <w:spacing w:line="240" w:lineRule="auto"/>
        <w:ind w:left="720"/>
      </w:pPr>
      <w:r/>
      <w:hyperlink r:id="rId13">
        <w:r>
          <w:rPr>
            <w:color w:val="0000EE"/>
            <w:u w:val="single"/>
          </w:rPr>
          <w:t>https://whereverfamily.com/ai-makes-visiting-tahoe-easy-for-families/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uidegeek.com/press/visit-reno-tahoe-launches-custom-ai-travel-genius-with-guidegeek" TargetMode="External"/><Relationship Id="rId11" Type="http://schemas.openxmlformats.org/officeDocument/2006/relationships/hyperlink" Target="https://mynews4.com/news/local/visit-reno-tahoe-redesigns-website-incorporates-ai-tools" TargetMode="External"/><Relationship Id="rId12" Type="http://schemas.openxmlformats.org/officeDocument/2006/relationships/hyperlink" Target="https://guidegeek.com/press" TargetMode="External"/><Relationship Id="rId13" Type="http://schemas.openxmlformats.org/officeDocument/2006/relationships/hyperlink" Target="https://whereverfamily.com/ai-makes-visiting-tahoe-easy-for-famil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