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Retailers turn to AI technology to tackle rising shoplifting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bid to curb the rising wave of shoplifting, numerous retail outlets have turned to innovative measures involving artificial intelligence (AI) technology. This development is in response to the significant spike in shoplifting offences, which have surged by 30 percent in the past year alone, reaching their highest level in two decades. Retailers such as Holland &amp; Barrett and Premier Store have adopted the cutting-edge AI system from tech company X-hoppers to combat this issue.</w:t>
      </w:r>
      <w:r/>
    </w:p>
    <w:p>
      <w:r/>
      <w:r>
        <w:t>The AI technology works by monitoring customers' movements to identify potentially suspicious activities, such as placing items into bags without paying. Upon detection of such gestures, the system promptly notifies store staff with video footage and the precise location of the incident, enabling them to address the situation swiftly. This advanced surveillance system aims to support retailers in tackling the nearly 444,000 shoplifting crimes recorded by police in the year ending March 2023, a dramatic increase from the 342,428 reported in the previous year.</w:t>
      </w:r>
      <w:r/>
    </w:p>
    <w:p>
      <w:r/>
      <w:r>
        <w:t>In south-west Wales, Fiona Malone, who runs Tenby Stores, implemented the AI system in September after shoplifting began costing her business £26,000 annually. Despite her efforts, she struggled to receive adequate support from law enforcement. However, since the system's installation, theft incidents have decreased by half, translating to substantial financial savings for her business. "We are a relatively small shop, and it reached the point where it was simply unsustainable, and something drastic had to be done," said Malone. Serving as a local Post Office and banking provider, the store's closure would have left the community without accessible services, requiring a two-hour journey to the nearest facilities.</w:t>
      </w:r>
      <w:r/>
    </w:p>
    <w:p>
      <w:r/>
      <w:r>
        <w:t>Malone recounted several instances where the technology helped catch shoplifters in the act, including an individual attempting to make off with multiple bottles of vodka. Upon detecting suspicious behaviours, the AI system sends alerts directly to Malone's phone or headset, allowing her and her husband, Vince, to effectively manage the situation. While staff are not encouraged to confront shoplifters, the Malones are equipped to do so with clear evidence from the AI system.</w:t>
      </w:r>
      <w:r/>
    </w:p>
    <w:p>
      <w:r/>
      <w:r>
        <w:t>Despite the success, the AI technology represents a significant financial commitment, costing Tenby Stores £1,000 per month. Nonetheless, Malone views the expenditure as justifiable if it means enhanced safety and sustainability for her business and its patrons. "That's a lot of money for us, but if it makes our customers feel safe and makes the business more sustainable, then it's worth it," she noted.</w:t>
      </w:r>
      <w:r/>
    </w:p>
    <w:p>
      <w:r/>
      <w:r>
        <w:t>The AI system can also identify other suspicious activities, such as a customer looking around for staff members, triggering alerts for employees to offer assistance as needed. Ian Rowan, chief executive of X-hoppers, explained, "Everything that's going on in the store, whether it's a buying gesture or a theft detection, will also put a message into the headset." The technology uses movement recognition to identify potential thefts, signalling a transformative approach in retail security.</w:t>
      </w:r>
      <w:r/>
    </w:p>
    <w:p>
      <w:r/>
      <w:r>
        <w:t>This technological advancement comes at a time when only 17 percent of recorded shoplifting cases result in charges, and over half of investigations conclude without identifying a suspect. It highlights the retail industry's ongoing challenges in dealing with shoplifting and the need for innovative solutions to counteract the growing problem, underscored by initiatives such as the Mail on Sunday's campaign to combat the shoplifting epidemic.</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https://pavion.com/resource/minimizing-losses-the-impact-of-ai-video-surveillance-in-retail-loss-prevention/</w:t>
        </w:r>
      </w:hyperlink>
      <w:r>
        <w:t xml:space="preserve"> - This article explains how AI video surveillance systems use advanced algorithms to detect suspicious activities and potential threats in real-time, which is similar to the AI technology used by retailers to combat shoplifting.</w:t>
      </w:r>
      <w:r/>
    </w:p>
    <w:p>
      <w:pPr>
        <w:pStyle w:val="ListNumber"/>
        <w:spacing w:line="240" w:lineRule="auto"/>
        <w:ind w:left="720"/>
      </w:pPr>
      <w:r/>
      <w:hyperlink r:id="rId11">
        <w:r>
          <w:rPr>
            <w:color w:val="0000EE"/>
            <w:u w:val="single"/>
          </w:rPr>
          <w:t>https://www.abc15.com/news/local-news/investigations/how-ai-is-stopping-shoplifters-including-here-in-the-valley</w:t>
        </w:r>
      </w:hyperlink>
      <w:r>
        <w:t xml:space="preserve"> - This article details how AI technology, such as Veesion's system, is used to detect and prevent shoplifting by analyzing customer gestures and sending alerts to store staff, similar to the AI system described in the article.</w:t>
      </w:r>
      <w:r/>
    </w:p>
    <w:p>
      <w:pPr>
        <w:pStyle w:val="ListNumber"/>
        <w:spacing w:line="240" w:lineRule="auto"/>
        <w:ind w:left="720"/>
      </w:pPr>
      <w:r/>
      <w:hyperlink r:id="rId12">
        <w:r>
          <w:rPr>
            <w:color w:val="0000EE"/>
            <w:u w:val="single"/>
          </w:rPr>
          <w:t>https://veesion.io/en/sectors/cctv-retail-stores/</w:t>
        </w:r>
      </w:hyperlink>
      <w:r>
        <w:t xml:space="preserve"> - This source provides information on Veesion's AI-based anti-shoplifting system, which detects suspicious gestures in real-time and sends alerts to store staff, corroborating the functionality of the AI technology mentioned.</w:t>
      </w:r>
      <w:r/>
    </w:p>
    <w:p>
      <w:pPr>
        <w:pStyle w:val="ListNumber"/>
        <w:spacing w:line="240" w:lineRule="auto"/>
        <w:ind w:left="720"/>
      </w:pPr>
      <w:r/>
      <w:hyperlink r:id="rId13">
        <w:r>
          <w:rPr>
            <w:color w:val="0000EE"/>
            <w:u w:val="single"/>
          </w:rPr>
          <w:t>https://www.nbcboston.com/investigations/consumer/ai-is-helping-small-businesses-stop-shoplifting-in-their-stores/3314063/</w:t>
        </w:r>
      </w:hyperlink>
      <w:r>
        <w:t xml:space="preserve"> - This article describes how Veesion's AI technology is used in stores to detect shoplifting by analyzing customer movements and sending alerts, which aligns with the AI system's capabilities mentioned in the article.</w:t>
      </w:r>
      <w:r/>
    </w:p>
    <w:p>
      <w:pPr>
        <w:pStyle w:val="ListNumber"/>
        <w:spacing w:line="240" w:lineRule="auto"/>
        <w:ind w:left="720"/>
      </w:pPr>
      <w:r/>
      <w:hyperlink r:id="rId14">
        <w:r>
          <w:rPr>
            <w:color w:val="0000EE"/>
            <w:u w:val="single"/>
          </w:rPr>
          <w:t>https://6abc.com/post/pennsylvanias-redners-markets-artificial-intelligence-catch-shoplifters/14848607/</w:t>
        </w:r>
      </w:hyperlink>
      <w:r>
        <w:t xml:space="preserve"> - This source discusses how Redner's Markets uses AI software to flag suspicious transactions and stop thieves, highlighting the broader use of AI in retail security to combat shoplifting.</w:t>
      </w:r>
      <w:r/>
    </w:p>
    <w:p>
      <w:pPr>
        <w:pStyle w:val="ListNumber"/>
        <w:spacing w:line="240" w:lineRule="auto"/>
        <w:ind w:left="720"/>
      </w:pPr>
      <w:r/>
      <w:hyperlink r:id="rId11">
        <w:r>
          <w:rPr>
            <w:color w:val="0000EE"/>
            <w:u w:val="single"/>
          </w:rPr>
          <w:t>https://www.abc15.com/news/local-news/investigations/how-ai-is-stopping-shoplifters-including-here-in-the-valley</w:t>
        </w:r>
      </w:hyperlink>
      <w:r>
        <w:t xml:space="preserve"> - This article mentions the significant financial impact of shoplifting on businesses and how AI technology helps reduce these losses, which is consistent with the financial savings mentioned in the context of Tenby Stores.</w:t>
      </w:r>
      <w:r/>
    </w:p>
    <w:p>
      <w:pPr>
        <w:pStyle w:val="ListNumber"/>
        <w:spacing w:line="240" w:lineRule="auto"/>
        <w:ind w:left="720"/>
      </w:pPr>
      <w:r/>
      <w:hyperlink r:id="rId12">
        <w:r>
          <w:rPr>
            <w:color w:val="0000EE"/>
            <w:u w:val="single"/>
          </w:rPr>
          <w:t>https://veesion.io/en/sectors/cctv-retail-stores/</w:t>
        </w:r>
      </w:hyperlink>
      <w:r>
        <w:t xml:space="preserve"> - This source explains that Veesion's AI system can detect various suspicious activities, such as placing items into bags or consuming products in the store, and sends alerts to staff, similar to the detection of suspicious behaviors described in the article.</w:t>
      </w:r>
      <w:r/>
    </w:p>
    <w:p>
      <w:pPr>
        <w:pStyle w:val="ListNumber"/>
        <w:spacing w:line="240" w:lineRule="auto"/>
        <w:ind w:left="720"/>
      </w:pPr>
      <w:r/>
      <w:hyperlink r:id="rId10">
        <w:r>
          <w:rPr>
            <w:color w:val="0000EE"/>
            <w:u w:val="single"/>
          </w:rPr>
          <w:t>https://pavion.com/resource/minimizing-losses-the-impact-of-ai-video-surveillance-in-retail-loss-prevention/</w:t>
        </w:r>
      </w:hyperlink>
      <w:r>
        <w:t xml:space="preserve"> - This article highlights the integration of AI video surveillance with other security measures, such as access control systems, which enhances the overall security infrastructure, similar to the comprehensive approach mentioned in the context of retail security.</w:t>
      </w:r>
      <w:r/>
    </w:p>
    <w:p>
      <w:pPr>
        <w:pStyle w:val="ListNumber"/>
        <w:spacing w:line="240" w:lineRule="auto"/>
        <w:ind w:left="720"/>
      </w:pPr>
      <w:r/>
      <w:hyperlink r:id="rId13">
        <w:r>
          <w:rPr>
            <w:color w:val="0000EE"/>
            <w:u w:val="single"/>
          </w:rPr>
          <w:t>https://www.nbcboston.com/investigations/consumer/ai-is-helping-small-businesses-stop-shoplifting-in-their-stores/3314063/</w:t>
        </w:r>
      </w:hyperlink>
      <w:r>
        <w:t xml:space="preserve"> - This source discusses the ease of installation and the cost-effectiveness of AI systems like Veesion, which is comparable to the financial commitment and benefits described for Tenby Stores.</w:t>
      </w:r>
      <w:r/>
    </w:p>
    <w:p>
      <w:pPr>
        <w:pStyle w:val="ListNumber"/>
        <w:spacing w:line="240" w:lineRule="auto"/>
        <w:ind w:left="720"/>
      </w:pPr>
      <w:r/>
      <w:hyperlink r:id="rId12">
        <w:r>
          <w:rPr>
            <w:color w:val="0000EE"/>
            <w:u w:val="single"/>
          </w:rPr>
          <w:t>https://veesion.io/en/sectors/cctv-retail-stores/</w:t>
        </w:r>
      </w:hyperlink>
      <w:r>
        <w:t xml:space="preserve"> - This article explains that Veesion's AI system does not use facial recognition or customer tracking, focusing solely on gesture recognition, which aligns with the privacy and security considerations mentioned in the context of AI technology use.</w:t>
      </w:r>
      <w:r/>
    </w:p>
    <w:p>
      <w:pPr>
        <w:pStyle w:val="ListNumber"/>
        <w:spacing w:line="240" w:lineRule="auto"/>
        <w:ind w:left="720"/>
      </w:pPr>
      <w:r/>
      <w:hyperlink r:id="rId14">
        <w:r>
          <w:rPr>
            <w:color w:val="0000EE"/>
            <w:u w:val="single"/>
          </w:rPr>
          <w:t>https://6abc.com/post/pennsylvanias-redners-markets-artificial-intelligence-catch-shoplifters/14848607/</w:t>
        </w:r>
      </w:hyperlink>
      <w:r>
        <w:t xml:space="preserve"> - This source mentions the predictive capabilities of AI in identifying potential thefts and suspicious activities, which is similar to the advanced movement recognition and alert system described in the article.</w:t>
      </w:r>
      <w:r/>
    </w:p>
    <w:p>
      <w:pPr>
        <w:pStyle w:val="ListNumber"/>
        <w:spacing w:line="240" w:lineRule="auto"/>
        <w:ind w:left="720"/>
      </w:pPr>
      <w:r/>
      <w:hyperlink r:id="rId15">
        <w:r>
          <w:rPr>
            <w:color w:val="0000EE"/>
            <w:u w:val="single"/>
          </w:rPr>
          <w:t>https://www.dailymail.co.uk/news/article-13951921/Smile-youre-CCTV-Stores-introduce-groundbreaking-AI-cameras-alert-staff-shoplifting-happens.html?ns_mchannel=rss&amp;ns_campaign=1490&amp;ito=1490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avion.com/resource/minimizing-losses-the-impact-of-ai-video-surveillance-in-retail-loss-prevention/" TargetMode="External"/><Relationship Id="rId11" Type="http://schemas.openxmlformats.org/officeDocument/2006/relationships/hyperlink" Target="https://www.abc15.com/news/local-news/investigations/how-ai-is-stopping-shoplifters-including-here-in-the-valley" TargetMode="External"/><Relationship Id="rId12" Type="http://schemas.openxmlformats.org/officeDocument/2006/relationships/hyperlink" Target="https://veesion.io/en/sectors/cctv-retail-stores/" TargetMode="External"/><Relationship Id="rId13" Type="http://schemas.openxmlformats.org/officeDocument/2006/relationships/hyperlink" Target="https://www.nbcboston.com/investigations/consumer/ai-is-helping-small-businesses-stop-shoplifting-in-their-stores/3314063/" TargetMode="External"/><Relationship Id="rId14" Type="http://schemas.openxmlformats.org/officeDocument/2006/relationships/hyperlink" Target="https://6abc.com/post/pennsylvanias-redners-markets-artificial-intelligence-catch-shoplifters/14848607/" TargetMode="External"/><Relationship Id="rId15" Type="http://schemas.openxmlformats.org/officeDocument/2006/relationships/hyperlink" Target="https://www.dailymail.co.uk/news/article-13951921/Smile-youre-CCTV-Stores-introduce-groundbreaking-AI-cameras-alert-staff-shoplifting-happens.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