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software development: generative AI’s role in automating routine coding tasks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Revolutionising Software Development: Generative AI’s Role in Automating Routine Coding Tasks</w:t>
      </w:r>
      <w:r/>
    </w:p>
    <w:p>
      <w:r/>
      <w:r>
        <w:t>In an era where technology is evolving at unprecedented speeds, the influence of Generative AI on the field of software development cannot be overstated. This innovative technology promises to fundamentally alter the landscape of software engineering, particularly by automating routine coding tasks that have traditionally consumed much of a developer's time.</w:t>
      </w:r>
      <w:r/>
    </w:p>
    <w:p>
      <w:r/>
      <w:r>
        <w:t>Generative AI is set to transform the software development process, particularly in the realm of automation. One of the most significant impacts predicted is the ability to liberate software engineers from mundane, repetitive programming tasks. These tasks, often described as "monkey-like" work, usually involve writing boilerplate code, implementing standard algorithms, or constructing entire software modules. By automating these routine segments, Generative AI allows engineers to devote more of their time and creativity to tackling complex problems, ultimately enhancing overall productivity.</w:t>
      </w:r>
      <w:r/>
    </w:p>
    <w:p>
      <w:r/>
      <w:r>
        <w:rPr>
          <w:b/>
        </w:rPr>
        <w:t>Key Developments in Automating Routine Coding</w:t>
      </w:r>
      <w:r/>
    </w:p>
    <w:p>
      <w:r/>
      <w:r>
        <w:t xml:space="preserve">1. </w:t>
      </w:r>
      <w:r>
        <w:rPr>
          <w:b/>
        </w:rPr>
        <w:t>Streamlined Code Review and Debugging</w:t>
      </w:r>
      <w:r>
        <w:t>: Code review and debugging have notoriously been the most tedious and time-consuming phases of software development. With tools that harness the power of Generative AI, developers will see a significant reduction in the time spent on these tasks. AI systems can automatically detect bugs, suggest optimisations, and improve code quality, eliminating the need for developers to spend countless hours tracking down issues.</w:t>
      </w:r>
      <w:r/>
    </w:p>
    <w:p>
      <w:r/>
      <w:r>
        <w:t xml:space="preserve">2. </w:t>
      </w:r>
      <w:r>
        <w:rPr>
          <w:b/>
        </w:rPr>
        <w:t>Emergence of Intelligent Coding Assistants</w:t>
      </w:r>
      <w:r>
        <w:t>: The introduction of intelligent coding assistants marks another profound shift. These AI-driven assistants offer real-time guidance on best practices, syntax, and code architecture. As developers write code, AI provides recommendations for corrections, enhancing efficiency and reducing the error margin. This not only boosts the speed of code writing but also elevates the quality of the software products developed.</w:t>
      </w:r>
      <w:r/>
    </w:p>
    <w:p>
      <w:r/>
      <w:r>
        <w:t xml:space="preserve">3. </w:t>
      </w:r>
      <w:r>
        <w:rPr>
          <w:b/>
        </w:rPr>
        <w:t>Innovative Design and Rapid Prototyping</w:t>
      </w:r>
      <w:r>
        <w:t>: By 2027, it is anticipated that AI-based design technologies will enable rapid prototyping, revolutionising the way interfaces are developed and tested. Traditionally, developers have had to manually draw user interfaces and create prototypes based on these manual designs. With Generative AI, the process becomes seamless, as AI can generate prototypes based on specific parameters. This allows for swift iteration, testing, and validation of new ideas, significantly reducing time and effort.</w:t>
      </w:r>
      <w:r/>
    </w:p>
    <w:p>
      <w:r/>
      <w:r>
        <w:rPr>
          <w:b/>
        </w:rPr>
        <w:t>Implications for the Future of Software Development</w:t>
      </w:r>
      <w:r/>
    </w:p>
    <w:p>
      <w:r/>
      <w:r>
        <w:t>The implementation of Generative AI in these aspects of software development holds the promise of driving the industry forward. By freeing engineers from rote tasks, they can focus more on the exploration and resolution of complex technological challenges. This transition not only enhances individual productivity but could also lead to breakthroughs in software quality and functionality.</w:t>
      </w:r>
      <w:r/>
    </w:p>
    <w:p>
      <w:r/>
      <w:r>
        <w:t>As such, Generative AI is poised to become an invaluable asset in the software engineering toolkit. As companies and developers begin to integrate these advanced AI systems into their workflows, a new era of innovation and efficiency in programming may soon be realised, marking a significant departure from traditional methodologies.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https://siliconangle.com/2024/06/13/startup-claims-can-automate-80-software-development-generative-ai/</w:t>
        </w:r>
      </w:hyperlink>
      <w:r>
        <w:t xml:space="preserve"> - This article supports the claim that Generative AI can automate routine coding tasks, such as writing boilerplate code and constructing software modules, and highlights a startup that claims to automate 80% of software development using generative AI.</w:t>
      </w:r>
      <w:r/>
    </w:p>
    <w:p>
      <w:pPr>
        <w:pStyle w:val="ListNumber"/>
        <w:spacing w:line="240" w:lineRule="auto"/>
        <w:ind w:left="720"/>
      </w:pPr>
      <w:r/>
      <w:hyperlink r:id="rId11">
        <w:r>
          <w:rPr>
            <w:color w:val="0000EE"/>
            <w:u w:val="single"/>
          </w:rPr>
          <w:t>https://www.youtube.com/watch?v=bd505-daMrw</w:t>
        </w:r>
      </w:hyperlink>
      <w:r>
        <w:t xml:space="preserve"> - This video explains how generative AI is revolutionizing software development by automating routine coding tasks, enhancing testing and debugging, and shifting developers' focus to strategic design and complex problem solving.</w:t>
      </w:r>
      <w:r/>
    </w:p>
    <w:p>
      <w:pPr>
        <w:pStyle w:val="ListNumber"/>
        <w:spacing w:line="240" w:lineRule="auto"/>
        <w:ind w:left="720"/>
      </w:pPr>
      <w:r/>
      <w:hyperlink r:id="rId12">
        <w:r>
          <w:rPr>
            <w:color w:val="0000EE"/>
            <w:u w:val="single"/>
          </w:rPr>
          <w:t>https://research.aimultiple.com/automation-with-generative-ai/</w:t>
        </w:r>
      </w:hyperlink>
      <w:r>
        <w:t xml:space="preserve"> - This article details how generative AI can automate code writing, code optimization, bug detection, and code completion, aligning with the concept of automating routine coding tasks.</w:t>
      </w:r>
      <w:r/>
    </w:p>
    <w:p>
      <w:pPr>
        <w:pStyle w:val="ListNumber"/>
        <w:spacing w:line="240" w:lineRule="auto"/>
        <w:ind w:left="720"/>
      </w:pPr>
      <w:r/>
      <w:hyperlink r:id="rId13">
        <w:r>
          <w:rPr>
            <w:color w:val="0000EE"/>
            <w:u w:val="single"/>
          </w:rPr>
          <w:t>https://www.automationanywhere.com/products/generative-ai-process-models</w:t>
        </w:r>
      </w:hyperlink>
      <w:r>
        <w:t xml:space="preserve"> - This resource discusses how generative AI can accelerate team productivity by automating tasks such as code generation, document automation, and process discovery, which supports the idea of streamlining code review and debugging.</w:t>
      </w:r>
      <w:r/>
    </w:p>
    <w:p>
      <w:pPr>
        <w:pStyle w:val="ListNumber"/>
        <w:spacing w:line="240" w:lineRule="auto"/>
        <w:ind w:left="720"/>
      </w:pPr>
      <w:r/>
      <w:hyperlink r:id="rId14">
        <w:r>
          <w:rPr>
            <w:color w:val="0000EE"/>
            <w:u w:val="single"/>
          </w:rPr>
          <w:t>https://www.pwc.com/us/en/tech-effect/ai-analytics/generative-ai-for-software-development.html</w:t>
        </w:r>
      </w:hyperlink>
      <w:r>
        <w:t xml:space="preserve"> - This article from PwC highlights how generative AI can boost productivity and speed in software development by automating tasks like generating user stories, test cases, and code, and enhancing overall code quality.</w:t>
      </w:r>
      <w:r/>
    </w:p>
    <w:p>
      <w:pPr>
        <w:pStyle w:val="ListNumber"/>
        <w:spacing w:line="240" w:lineRule="auto"/>
        <w:ind w:left="720"/>
      </w:pPr>
      <w:r/>
      <w:hyperlink r:id="rId10">
        <w:r>
          <w:rPr>
            <w:color w:val="0000EE"/>
            <w:u w:val="single"/>
          </w:rPr>
          <w:t>https://siliconangle.com/2024/06/13/startup-claims-can-automate-80-software-development-generative-ai/</w:t>
        </w:r>
      </w:hyperlink>
      <w:r>
        <w:t xml:space="preserve"> - This article mentions the use of intelligent coding assistants and AI-driven tools to improve code quality and reduce errors, which aligns with the emergence of intelligent coding assistants.</w:t>
      </w:r>
      <w:r/>
    </w:p>
    <w:p>
      <w:pPr>
        <w:pStyle w:val="ListNumber"/>
        <w:spacing w:line="240" w:lineRule="auto"/>
        <w:ind w:left="720"/>
      </w:pPr>
      <w:r/>
      <w:hyperlink r:id="rId11">
        <w:r>
          <w:rPr>
            <w:color w:val="0000EE"/>
            <w:u w:val="single"/>
          </w:rPr>
          <w:t>https://www.youtube.com/watch?v=bd505-daMrw</w:t>
        </w:r>
      </w:hyperlink>
      <w:r>
        <w:t xml:space="preserve"> - The video discusses how generative AI enhances testing and debugging by automating test cases and spotting potential bugs early, supporting the streamlined code review and debugging aspect.</w:t>
      </w:r>
      <w:r/>
    </w:p>
    <w:p>
      <w:pPr>
        <w:pStyle w:val="ListNumber"/>
        <w:spacing w:line="240" w:lineRule="auto"/>
        <w:ind w:left="720"/>
      </w:pPr>
      <w:r/>
      <w:hyperlink r:id="rId12">
        <w:r>
          <w:rPr>
            <w:color w:val="0000EE"/>
            <w:u w:val="single"/>
          </w:rPr>
          <w:t>https://research.aimultiple.com/automation-with-generative-ai/</w:t>
        </w:r>
      </w:hyperlink>
      <w:r>
        <w:t xml:space="preserve"> - This article explains how generative AI can facilitate rapid prototyping and automation in various tasks, including content creation and image generation, which relates to innovative design and rapid prototyping.</w:t>
      </w:r>
      <w:r/>
    </w:p>
    <w:p>
      <w:pPr>
        <w:pStyle w:val="ListNumber"/>
        <w:spacing w:line="240" w:lineRule="auto"/>
        <w:ind w:left="720"/>
      </w:pPr>
      <w:r/>
      <w:hyperlink r:id="rId13">
        <w:r>
          <w:rPr>
            <w:color w:val="0000EE"/>
            <w:u w:val="single"/>
          </w:rPr>
          <w:t>https://www.automationanywhere.com/products/generative-ai-process-models</w:t>
        </w:r>
      </w:hyperlink>
      <w:r>
        <w:t xml:space="preserve"> - This resource highlights the integration of generative AI in automating processes and generating prototypes, supporting the idea of rapid prototyping and innovative design.</w:t>
      </w:r>
      <w:r/>
    </w:p>
    <w:p>
      <w:pPr>
        <w:pStyle w:val="ListNumber"/>
        <w:spacing w:line="240" w:lineRule="auto"/>
        <w:ind w:left="720"/>
      </w:pPr>
      <w:r/>
      <w:hyperlink r:id="rId14">
        <w:r>
          <w:rPr>
            <w:color w:val="0000EE"/>
            <w:u w:val="single"/>
          </w:rPr>
          <w:t>https://www.pwc.com/us/en/tech-effect/ai-analytics/generative-ai-for-software-development.html</w:t>
        </w:r>
      </w:hyperlink>
      <w:r>
        <w:t xml:space="preserve"> - The article from PwC discusses the future implications of generative AI in software development, including the potential to redefine Agile methodologies and automate most stages of the development cycle, aligning with the future implications mentioned.</w:t>
      </w:r>
      <w:r/>
    </w:p>
    <w:p>
      <w:pPr>
        <w:pStyle w:val="ListNumber"/>
        <w:spacing w:line="240" w:lineRule="auto"/>
        <w:ind w:left="720"/>
      </w:pPr>
      <w:r/>
      <w:hyperlink r:id="rId10">
        <w:r>
          <w:rPr>
            <w:color w:val="0000EE"/>
            <w:u w:val="single"/>
          </w:rPr>
          <w:t>https://siliconangle.com/2024/06/13/startup-claims-can-automate-80-software-development-generative-ai/</w:t>
        </w:r>
      </w:hyperlink>
      <w:r>
        <w:t xml:space="preserve"> - This article mentions the integration of human validation in the AI-generated code, supporting the idea that while AI automates routine tasks, human oversight remains crucial for quality and functionality.</w:t>
      </w:r>
      <w:r/>
    </w:p>
    <w:p>
      <w:pPr>
        <w:pStyle w:val="ListNumber"/>
        <w:spacing w:line="240" w:lineRule="auto"/>
        <w:ind w:left="720"/>
      </w:pPr>
      <w:r/>
      <w:hyperlink r:id="rId15">
        <w:r>
          <w:rPr>
            <w:color w:val="0000EE"/>
            <w:u w:val="single"/>
          </w:rPr>
          <w:t>https://www.analyticsinsight.net/generative-ai/how-generative-ai-will-impact-software-engineers-by-2027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06/13/startup-claims-can-automate-80-software-development-generative-ai/" TargetMode="External"/><Relationship Id="rId11" Type="http://schemas.openxmlformats.org/officeDocument/2006/relationships/hyperlink" Target="https://www.youtube.com/watch?v=bd505-daMrw" TargetMode="External"/><Relationship Id="rId12" Type="http://schemas.openxmlformats.org/officeDocument/2006/relationships/hyperlink" Target="https://research.aimultiple.com/automation-with-generative-ai/" TargetMode="External"/><Relationship Id="rId13" Type="http://schemas.openxmlformats.org/officeDocument/2006/relationships/hyperlink" Target="https://www.automationanywhere.com/products/generative-ai-process-models" TargetMode="External"/><Relationship Id="rId14" Type="http://schemas.openxmlformats.org/officeDocument/2006/relationships/hyperlink" Target="https://www.pwc.com/us/en/tech-effect/ai-analytics/generative-ai-for-software-development.html" TargetMode="External"/><Relationship Id="rId15" Type="http://schemas.openxmlformats.org/officeDocument/2006/relationships/hyperlink" Target="https://www.analyticsinsight.net/generative-ai/how-generative-ai-will-impact-software-engineers-by-20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