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Ring launches Smart Video Search to enhance home security cameras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Ring, the Amazon-owned home security entity, has unveiled a new feature named Smart Video Search, designed to enhance the functionality of its security cameras beyond their traditional scope. This development marks a significant shift in the use of these devices, as they aim to become integral to family life by capturing and cataloguing household moments rather than solely acting as security deterrents.</w:t>
      </w:r>
      <w:r/>
    </w:p>
    <w:p>
      <w:r/>
      <w:r>
        <w:t>The Smart Video Search feature, which makes use of artificial intelligence technology, is initially accessible only to customers subscribed to Ring's top-tier subscription plan, the Home Premium service. This plan is priced at $19.99 per month in the United States and £15.99 in the United Kingdom. The feature operates through Visual Language Modeling (VLM), a technology capable of quickly correlating text queries to corresponding images within the footage recorded by Ring cameras and doorbells.</w:t>
      </w:r>
      <w:r/>
    </w:p>
    <w:p>
      <w:r/>
      <w:r>
        <w:t>According to Ring, this new function could significantly reduce the time users spend scrolling through recorded videos in search of specific events. For example, users might employ the feature to locate trivial yet engaging household occurrences, such as finding out who consumed the last of the ice cream or determining the cause behind upturned garbage bins. Additionally, it may aid in locating everyday items or pinpointing key moments such as a child's first successful attempt to ride a bicycle.</w:t>
      </w:r>
      <w:r/>
    </w:p>
    <w:p>
      <w:r/>
      <w:r>
        <w:t>Initially available in public beta to a selection of users, the feature will become more widely available starting November 5, as part of a broader update to Ring's subscription offerings. The revamped service, known as Ring Home, will include features like Smart Video Search and 24/7 recording, although it will initially be exclusive to the US market.</w:t>
      </w:r>
      <w:r/>
    </w:p>
    <w:p>
      <w:r/>
      <w:r>
        <w:t>This announcement places Ring just ahead of Google in the timeline for rolling out AI-powered video search capabilities. Google had earlier revealed a similar plan for its Nest cameras, slated for preview later this year, with a full launch scheduled for 2025. This positions the two tech giants on a competitive track, increasingly focusing on AI-enhanced tools to manage visual data from personal devices.</w:t>
      </w:r>
      <w:r/>
    </w:p>
    <w:p>
      <w:r/>
      <w:r>
        <w:t>The introduction of AI-driven search functionality in home devices aligns with broader trends in technology where artificial intelligence is increasingly integrated into everyday products. This trend is evidenced by companies like Google and Apple introducing features that leverage AI to organise personal photos and videos, such as Google's ‘Ask Photos’ and Apple’s ‘Memory Movies’.</w:t>
      </w:r>
      <w:r/>
    </w:p>
    <w:p>
      <w:r/>
      <w:r>
        <w:t>Despite these advancements, the introduction of such technology raises privacy concerns. Users might find themselves considering whether the convenience of searchable memories justifies potential encroachments on privacy. As these features become more commonplace, the response from consumers will ultimately dictate their success and continued development. For now, companies like Ring anticipate these functionalities to become lucrative extensions of their subscription-based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https://restechtoday.com/ring-is-adding-ai-enabled-smart-video-search-tool/</w:t>
        </w:r>
      </w:hyperlink>
      <w:r>
        <w:t xml:space="preserve"> - Corroborates the introduction of Smart Video Search, its use of AI and Visual Language Modeling (VLM), and its availability to Ring Home Premium subscribers.</w:t>
      </w:r>
      <w:r/>
    </w:p>
    <w:p>
      <w:pPr>
        <w:pStyle w:val="ListNumber"/>
        <w:spacing w:line="240" w:lineRule="auto"/>
        <w:ind w:left="720"/>
      </w:pPr>
      <w:r/>
      <w:hyperlink r:id="rId11">
        <w:r>
          <w:rPr>
            <w:color w:val="0000EE"/>
            <w:u w:val="single"/>
          </w:rPr>
          <w:t>https://www.tomsguide.com/home/smart-home/i-just-tried-rings-new-ai-smart-video-search-feature-and-im-blown-away-by-its-accuracy</w:t>
        </w:r>
      </w:hyperlink>
      <w:r>
        <w:t xml:space="preserve"> - Supports the functionality of Smart Video Search, including its ability to search for specific events and objects, and the requirement for a Ring Home Premium subscription.</w:t>
      </w:r>
      <w:r/>
    </w:p>
    <w:p>
      <w:pPr>
        <w:pStyle w:val="ListNumber"/>
        <w:spacing w:line="240" w:lineRule="auto"/>
        <w:ind w:left="720"/>
      </w:pPr>
      <w:r/>
      <w:hyperlink r:id="rId12">
        <w:r>
          <w:rPr>
            <w:color w:val="0000EE"/>
            <w:u w:val="single"/>
          </w:rPr>
          <w:t>https://www.theverge.com/2024/10/9/24265564/ring-ai-smart-video-search-security-camera-price-availability</w:t>
        </w:r>
      </w:hyperlink>
      <w:r>
        <w:t xml:space="preserve"> - Confirms the use of AI and VLM, the types of searches users can perform, and the upcoming launch of the Ring Home subscription service.</w:t>
      </w:r>
      <w:r/>
    </w:p>
    <w:p>
      <w:pPr>
        <w:pStyle w:val="ListNumber"/>
        <w:spacing w:line="240" w:lineRule="auto"/>
        <w:ind w:left="720"/>
      </w:pPr>
      <w:r/>
      <w:hyperlink r:id="rId13">
        <w:r>
          <w:rPr>
            <w:color w:val="0000EE"/>
            <w:u w:val="single"/>
          </w:rPr>
          <w:t>https://www.techradar.com/home/home-security/your-cat-and-its-secret-life-cant-hide-from-rings-powerful-new-ai-video-search-feature</w:t>
        </w:r>
      </w:hyperlink>
      <w:r>
        <w:t xml:space="preserve"> - Details the public beta rollout, the pricing of the Ring Home Premium tier, and the comparison with Google's Nest AI-powered search plans.</w:t>
      </w:r>
      <w:r/>
    </w:p>
    <w:p>
      <w:pPr>
        <w:pStyle w:val="ListNumber"/>
        <w:spacing w:line="240" w:lineRule="auto"/>
        <w:ind w:left="720"/>
      </w:pPr>
      <w:r/>
      <w:hyperlink r:id="rId14">
        <w:r>
          <w:rPr>
            <w:color w:val="0000EE"/>
            <w:u w:val="single"/>
          </w:rPr>
          <w:t>https://www.cepro.com/productbriefs/ring-introduces-smart-video-search/</w:t>
        </w:r>
      </w:hyperlink>
      <w:r>
        <w:t xml:space="preserve"> - Explains the operation of Smart Video Search through VLM, its initial availability in public beta, and its inclusion in the revamped Ring Home service.</w:t>
      </w:r>
      <w:r/>
    </w:p>
    <w:p>
      <w:pPr>
        <w:pStyle w:val="ListNumber"/>
        <w:spacing w:line="240" w:lineRule="auto"/>
        <w:ind w:left="720"/>
      </w:pPr>
      <w:r/>
      <w:hyperlink r:id="rId10">
        <w:r>
          <w:rPr>
            <w:color w:val="0000EE"/>
            <w:u w:val="single"/>
          </w:rPr>
          <w:t>https://restechtoday.com/ring-is-adding-ai-enabled-smart-video-search-tool/</w:t>
        </w:r>
      </w:hyperlink>
      <w:r>
        <w:t xml:space="preserve"> - Provides examples of how users can employ Smart Video Search to find trivial yet engaging household occurrences and everyday items.</w:t>
      </w:r>
      <w:r/>
    </w:p>
    <w:p>
      <w:pPr>
        <w:pStyle w:val="ListNumber"/>
        <w:spacing w:line="240" w:lineRule="auto"/>
        <w:ind w:left="720"/>
      </w:pPr>
      <w:r/>
      <w:hyperlink r:id="rId11">
        <w:r>
          <w:rPr>
            <w:color w:val="0000EE"/>
            <w:u w:val="single"/>
          </w:rPr>
          <w:t>https://www.tomsguide.com/home/smart-home/i-just-tried-rings-new-ai-smart-video-search-feature-and-im-blown-away-by-its-accuracy</w:t>
        </w:r>
      </w:hyperlink>
      <w:r>
        <w:t xml:space="preserve"> - Discusses the competitive timeline with Google's Nest cameras and the broader trend of integrating AI into personal devices.</w:t>
      </w:r>
      <w:r/>
    </w:p>
    <w:p>
      <w:pPr>
        <w:pStyle w:val="ListNumber"/>
        <w:spacing w:line="240" w:lineRule="auto"/>
        <w:ind w:left="720"/>
      </w:pPr>
      <w:r/>
      <w:hyperlink r:id="rId12">
        <w:r>
          <w:rPr>
            <w:color w:val="0000EE"/>
            <w:u w:val="single"/>
          </w:rPr>
          <w:t>https://www.theverge.com/2024/10/9/24265564/ring-ai-smart-video-search-security-camera-price-availability</w:t>
        </w:r>
      </w:hyperlink>
      <w:r>
        <w:t xml:space="preserve"> - Mentions the privacy concerns associated with AI-driven search functionality and the broader trends in AI integration by companies like Google and Apple.</w:t>
      </w:r>
      <w:r/>
    </w:p>
    <w:p>
      <w:pPr>
        <w:pStyle w:val="ListNumber"/>
        <w:spacing w:line="240" w:lineRule="auto"/>
        <w:ind w:left="720"/>
      </w:pPr>
      <w:r/>
      <w:hyperlink r:id="rId13">
        <w:r>
          <w:rPr>
            <w:color w:val="0000EE"/>
            <w:u w:val="single"/>
          </w:rPr>
          <w:t>https://www.techradar.com/home/home-security/your-cat-and-its-secret-life-cant-hide-from-rings-powerful-new-ai-video-search-feature</w:t>
        </w:r>
      </w:hyperlink>
      <w:r>
        <w:t xml:space="preserve"> - Highlights the potential privacy invasion and the balance between convenience and privacy concerns.</w:t>
      </w:r>
      <w:r/>
    </w:p>
    <w:p>
      <w:pPr>
        <w:pStyle w:val="ListNumber"/>
        <w:spacing w:line="240" w:lineRule="auto"/>
        <w:ind w:left="720"/>
      </w:pPr>
      <w:r/>
      <w:hyperlink r:id="rId14">
        <w:r>
          <w:rPr>
            <w:color w:val="0000EE"/>
            <w:u w:val="single"/>
          </w:rPr>
          <w:t>https://www.cepro.com/productbriefs/ring-introduces-smart-video-search/</w:t>
        </w:r>
      </w:hyperlink>
      <w:r>
        <w:t xml:space="preserve"> - Details the types of searches users can perform, including actions, animals, locations, packages, people, time, vehicles, and weather.</w:t>
      </w:r>
      <w:r/>
    </w:p>
    <w:p>
      <w:pPr>
        <w:pStyle w:val="ListNumber"/>
        <w:spacing w:line="240" w:lineRule="auto"/>
        <w:ind w:left="720"/>
      </w:pPr>
      <w:r/>
      <w:hyperlink r:id="rId11">
        <w:r>
          <w:rPr>
            <w:color w:val="0000EE"/>
            <w:u w:val="single"/>
          </w:rPr>
          <w:t>https://www.tomsguide.com/home/smart-home/i-just-tried-rings-new-ai-smart-video-search-feature-and-im-blown-away-by-its-accuracy</w:t>
        </w:r>
      </w:hyperlink>
      <w:r>
        <w:t xml:space="preserve"> - Explains the limitations and caveats of the feature, such as the lack of facial recognition and the requirement to disable end-to-end encryption.</w:t>
      </w:r>
      <w:r/>
    </w:p>
    <w:p>
      <w:pPr>
        <w:pStyle w:val="ListNumber"/>
        <w:spacing w:line="240" w:lineRule="auto"/>
        <w:ind w:left="720"/>
      </w:pPr>
      <w:r/>
      <w:hyperlink r:id="rId13">
        <w:r>
          <w:rPr>
            <w:color w:val="0000EE"/>
            <w:u w:val="single"/>
          </w:rPr>
          <w:t>https://www.techradar.com/home/home-security/your-cat-and-its-secret-life-cant-hide-from-rings-powerful-new-ai-video-search-feature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techtoday.com/ring-is-adding-ai-enabled-smart-video-search-tool/" TargetMode="External"/><Relationship Id="rId11" Type="http://schemas.openxmlformats.org/officeDocument/2006/relationships/hyperlink" Target="https://www.tomsguide.com/home/smart-home/i-just-tried-rings-new-ai-smart-video-search-feature-and-im-blown-away-by-its-accuracy" TargetMode="External"/><Relationship Id="rId12" Type="http://schemas.openxmlformats.org/officeDocument/2006/relationships/hyperlink" Target="https://www.theverge.com/2024/10/9/24265564/ring-ai-smart-video-search-security-camera-price-availability" TargetMode="External"/><Relationship Id="rId13" Type="http://schemas.openxmlformats.org/officeDocument/2006/relationships/hyperlink" Target="https://www.techradar.com/home/home-security/your-cat-and-its-secret-life-cant-hide-from-rings-powerful-new-ai-video-search-feature" TargetMode="External"/><Relationship Id="rId14" Type="http://schemas.openxmlformats.org/officeDocument/2006/relationships/hyperlink" Target="https://www.cepro.com/productbriefs/ring-introduces-smart-video-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