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launches flagship 8K television QN900D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launched its latest 8K television model, the QN900D, into the market, continuing the trend towards higher resolution home viewing experiences. This flagship product, introduced in the summer of 2024, succeeds the QN900C from the previous year, boasting enhanced brightness and advanced artificial intelligence (AI) processing capabilities aimed at better upscaling 4K content to 8K.</w:t>
      </w:r>
      <w:r/>
    </w:p>
    <w:p>
      <w:r/>
      <w:r>
        <w:t>The QN900D offers viewers an incredibly sharp image resolution of 7,680 x 4,320 pixels, delivering nearly four times the resolution of popular 4K TVs. The enhanced resolution allows for high levels of detail in the images it displays, making it a potential centrepiece for home entertainment enthusiasts looking to future-proof their viewing setup.</w:t>
      </w:r>
      <w:r/>
    </w:p>
    <w:p>
      <w:r/>
      <w:r>
        <w:t>Pricing for the Samsung QN900D starts at £4,799 for the 75-inch model, with larger 85-inch and smaller 65-inch models also available. Despite the high cost, the QN900D is not as prohibitively priced as its competitors, such as the more expensive LG OLED 8K Z3. It even rivals Samsung's own S95D flagship 4K OLED TV in market competition, offering a compelling choice for those considering an upgrade to an 8K system.</w:t>
      </w:r>
      <w:r/>
    </w:p>
    <w:p>
      <w:r/>
      <w:r>
        <w:t>One of the key technological advances in the QN900D is its utilisation of AI to upscale content. As native 8K content is still in its infancy with "vanishingly little" available, the capability to enhance 4K content for an 8K screen is essential. This feature allows the QN900D to present larger displays without a loss in image fidelity, enabling viewers to enjoy a cinematic experience without needing to position themselves further from the screen.</w:t>
      </w:r>
      <w:r/>
    </w:p>
    <w:p>
      <w:r/>
      <w:r>
        <w:t>While the television's picture quality is notably exceptional across various content types, there are minor drawbacks. The absence of Dolby Vision, a dynamic HDR format that optimises picture quality per scene, is a slight disadvantage. Some users may also notice blooming, a luminance artefact, in certain viewing conditions. However, these issues seem minor compared to the TV’s strengths.</w:t>
      </w:r>
      <w:r/>
    </w:p>
    <w:p>
      <w:r/>
      <w:r>
        <w:t>The design and build of the QN900D have been rated highly, complementing its technical capabilities. Samsung's attention to detail in both aesthetics and function has contributed to its overall high rating of 9 out of 10 by reviewers who test televisions over several weeks in diverse viewing conditions. These testing criteria include evaluating picture and sound quality, operational ease, and compatibility with gaming consoles and other peripherals, all aimed at gauging everyday usage and significant visual impact.</w:t>
      </w:r>
      <w:r/>
    </w:p>
    <w:p>
      <w:r/>
      <w:r>
        <w:t>As the technology world steadily marches towards increased 8K adoption, Samsung's QN900D sets a high benchmark in the market. It navigates the fine line between premium pricing and advanced technology, offering a potentially lucrative choice for consumers inclined to invest in next-gen television technology amidst currently limited 8K content availability.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https://www.forbes.com/sites/forbes-personal-shopper/article/samsung-neo-qled-8k-qn900d-tv-review/</w:t>
        </w:r>
      </w:hyperlink>
      <w:r>
        <w:t xml:space="preserve"> - Corroborates the enhanced AI processing capabilities and the ability to upscale 4K content to 8K, as well as the TV's design and build.</w:t>
      </w:r>
      <w:r/>
    </w:p>
    <w:p>
      <w:pPr>
        <w:pStyle w:val="ListNumber"/>
        <w:spacing w:line="240" w:lineRule="auto"/>
        <w:ind w:left="720"/>
      </w:pPr>
      <w:r/>
      <w:hyperlink r:id="rId11">
        <w:r>
          <w:rPr>
            <w:color w:val="0000EE"/>
            <w:u w:val="single"/>
          </w:rPr>
          <w:t>https://www.techradar.com/televisions/samsung-qn900d-review</w:t>
        </w:r>
      </w:hyperlink>
      <w:r>
        <w:t xml:space="preserve"> - Provides details on the pricing, availability of different screen sizes, and the absence of Dolby Vision.</w:t>
      </w:r>
      <w:r/>
    </w:p>
    <w:p>
      <w:pPr>
        <w:pStyle w:val="ListNumber"/>
        <w:spacing w:line="240" w:lineRule="auto"/>
        <w:ind w:left="720"/>
      </w:pPr>
      <w:r/>
      <w:hyperlink r:id="rId11">
        <w:r>
          <w:rPr>
            <w:color w:val="0000EE"/>
            <w:u w:val="single"/>
          </w:rPr>
          <w:t>https://www.techradar.com/televisions/samsung-qn900d-review</w:t>
        </w:r>
      </w:hyperlink>
      <w:r>
        <w:t xml:space="preserve"> - Supports the information about the TV's AI upscaling, picture quality, and gaming features.</w:t>
      </w:r>
      <w:r/>
    </w:p>
    <w:p>
      <w:pPr>
        <w:pStyle w:val="ListNumber"/>
        <w:spacing w:line="240" w:lineRule="auto"/>
        <w:ind w:left="720"/>
      </w:pPr>
      <w:r/>
      <w:hyperlink r:id="rId12">
        <w:r>
          <w:rPr>
            <w:color w:val="0000EE"/>
            <w:u w:val="single"/>
          </w:rPr>
          <w:t>https://www.bestbuy.com/site/samsung-75-class-qn900d-series-neo-qled-8k-smart-tizen-tv-2024/6576361.p?skuId=6576361</w:t>
        </w:r>
      </w:hyperlink>
      <w:r>
        <w:t xml:space="preserve"> - Confirms the resolution, HDR support, and specific features like the NQ8 AI Gen3 Processor and Infinity Air Design.</w:t>
      </w:r>
      <w:r/>
    </w:p>
    <w:p>
      <w:pPr>
        <w:pStyle w:val="ListNumber"/>
        <w:spacing w:line="240" w:lineRule="auto"/>
        <w:ind w:left="720"/>
      </w:pPr>
      <w:r/>
      <w:hyperlink r:id="rId13">
        <w:r>
          <w:rPr>
            <w:color w:val="0000EE"/>
            <w:u w:val="single"/>
          </w:rPr>
          <w:t>https://www.rtings.com/tv/reviews/samsung/qn900d-8k-qled</w:t>
        </w:r>
      </w:hyperlink>
      <w:r>
        <w:t xml:space="preserve"> - Details the technical specifications, including the resolution, HDR formats, and gaming capabilities like 4K @ 240Hz support.</w:t>
      </w:r>
      <w:r/>
    </w:p>
    <w:p>
      <w:pPr>
        <w:pStyle w:val="ListNumber"/>
        <w:spacing w:line="240" w:lineRule="auto"/>
        <w:ind w:left="720"/>
      </w:pPr>
      <w:r/>
      <w:hyperlink r:id="rId13">
        <w:r>
          <w:rPr>
            <w:color w:val="0000EE"/>
            <w:u w:val="single"/>
          </w:rPr>
          <w:t>https://www.rtings.com/tv/reviews/samsung/qn900d-8k-qled</w:t>
        </w:r>
      </w:hyperlink>
      <w:r>
        <w:t xml:space="preserve"> - Explains the TV's performance in various content types, minor drawbacks like blooming, and its overall high rating.</w:t>
      </w:r>
      <w:r/>
    </w:p>
    <w:p>
      <w:pPr>
        <w:pStyle w:val="ListNumber"/>
        <w:spacing w:line="240" w:lineRule="auto"/>
        <w:ind w:left="720"/>
      </w:pPr>
      <w:r/>
      <w:hyperlink r:id="rId10">
        <w:r>
          <w:rPr>
            <w:color w:val="0000EE"/>
            <w:u w:val="single"/>
          </w:rPr>
          <w:t>https://www.forbes.com/sites/forbes-personal-shopper/article/samsung-neo-qled-8k-qn900d-tv-review/</w:t>
        </w:r>
      </w:hyperlink>
      <w:r>
        <w:t xml:space="preserve"> - Discusses the TV's design, build quality, and the One Connect Box feature.</w:t>
      </w:r>
      <w:r/>
    </w:p>
    <w:p>
      <w:pPr>
        <w:pStyle w:val="ListNumber"/>
        <w:spacing w:line="240" w:lineRule="auto"/>
        <w:ind w:left="720"/>
      </w:pPr>
      <w:r/>
      <w:hyperlink r:id="rId11">
        <w:r>
          <w:rPr>
            <w:color w:val="0000EE"/>
            <w:u w:val="single"/>
          </w:rPr>
          <w:t>https://www.techradar.com/televisions/samsung-qn900d-review</w:t>
        </w:r>
      </w:hyperlink>
      <w:r>
        <w:t xml:space="preserve"> - Mentions the pricing and how it compares to other high-end TVs, including Samsung's own S95D flagship 4K OLED TV.</w:t>
      </w:r>
      <w:r/>
    </w:p>
    <w:p>
      <w:pPr>
        <w:pStyle w:val="ListNumber"/>
        <w:spacing w:line="240" w:lineRule="auto"/>
        <w:ind w:left="720"/>
      </w:pPr>
      <w:r/>
      <w:hyperlink r:id="rId12">
        <w:r>
          <w:rPr>
            <w:color w:val="0000EE"/>
            <w:u w:val="single"/>
          </w:rPr>
          <w:t>https://www.bestbuy.com/site/samsung-75-class-qn900d-series-neo-qled-8k-smart-tizen-tv-2024/6576361.p?skuId=6576361</w:t>
        </w:r>
      </w:hyperlink>
      <w:r>
        <w:t xml:space="preserve"> - Provides information on the TV's compatibility with gaming consoles and other peripherals.</w:t>
      </w:r>
      <w:r/>
    </w:p>
    <w:p>
      <w:pPr>
        <w:pStyle w:val="ListNumber"/>
        <w:spacing w:line="240" w:lineRule="auto"/>
        <w:ind w:left="720"/>
      </w:pPr>
      <w:r/>
      <w:hyperlink r:id="rId13">
        <w:r>
          <w:rPr>
            <w:color w:val="0000EE"/>
            <w:u w:val="single"/>
          </w:rPr>
          <w:t>https://www.rtings.com/tv/reviews/samsung/qn900d-8k-qled</w:t>
        </w:r>
      </w:hyperlink>
      <w:r>
        <w:t xml:space="preserve"> - Details the TV's performance in HDR gaming, its color gamut, and the low input lag.</w:t>
      </w:r>
      <w:r/>
    </w:p>
    <w:p>
      <w:pPr>
        <w:pStyle w:val="ListNumber"/>
        <w:spacing w:line="240" w:lineRule="auto"/>
        <w:ind w:left="720"/>
      </w:pPr>
      <w:r/>
      <w:hyperlink r:id="rId11">
        <w:r>
          <w:rPr>
            <w:color w:val="0000EE"/>
            <w:u w:val="single"/>
          </w:rPr>
          <w:t>https://www.techradar.com/televisions/samsung-qn900d-review</w:t>
        </w:r>
      </w:hyperlink>
      <w:r>
        <w:t xml:space="preserve"> - Corroborates the TV's advanced features, such as the Quantum Super Resolution Pro AI upscaling and the Infinity Air Design.</w:t>
      </w:r>
      <w:r/>
    </w:p>
    <w:p>
      <w:pPr>
        <w:pStyle w:val="ListNumber"/>
        <w:spacing w:line="240" w:lineRule="auto"/>
        <w:ind w:left="720"/>
      </w:pPr>
      <w:r/>
      <w:hyperlink r:id="rId14">
        <w:r>
          <w:rPr>
            <w:color w:val="0000EE"/>
            <w:u w:val="single"/>
          </w:rPr>
          <w:t>https://www.telegraph.co.uk/recommended/tech/samsung-qn900d-review/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forbes-personal-shopper/article/samsung-neo-qled-8k-qn900d-tv-review/" TargetMode="External"/><Relationship Id="rId11" Type="http://schemas.openxmlformats.org/officeDocument/2006/relationships/hyperlink" Target="https://www.techradar.com/televisions/samsung-qn900d-review" TargetMode="External"/><Relationship Id="rId12" Type="http://schemas.openxmlformats.org/officeDocument/2006/relationships/hyperlink" Target="https://www.bestbuy.com/site/samsung-75-class-qn900d-series-neo-qled-8k-smart-tizen-tv-2024/6576361.p?skuId=6576361" TargetMode="External"/><Relationship Id="rId13" Type="http://schemas.openxmlformats.org/officeDocument/2006/relationships/hyperlink" Target="https://www.rtings.com/tv/reviews/samsung/qn900d-8k-qled" TargetMode="External"/><Relationship Id="rId14" Type="http://schemas.openxmlformats.org/officeDocument/2006/relationships/hyperlink" Target="https://www.telegraph.co.uk/recommended/tech/samsung-qn900d-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