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Samsung unveils Galaxy Tab S10 Ultra and S10+ targeting creative professionals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Samsung has unveiled its latest offerings in the form of the Galaxy Tab S10 Ultra and Tab S10+, aiming to cater to creative professionals with their AI-powered features. Introduced at Samsung's headquarters recently, these tablets promise to be significant competitors in the premium tablet market, particularly as alternatives to Apple's iPad Pro range.</w:t>
      </w:r>
      <w:r/>
    </w:p>
    <w:p>
      <w:r/>
      <w:r>
        <w:t>The highlights of these new tablets are the Galaxy AI tools and the inclusion of the S-Pen stylus, which comes at no extra cost. Both models are powered by the MediaTek Dimensity 9300+ chip, facilitating powerful multitasking capabilities suitable for demanding creative tasks. They run on Android 14 with Samsung's One UI 6.1, integrating features like Live Translate and Note Assist, which are designed to enhance productivity. The tablets also boast a Dynamic AMOLED 2X display, ideal for both professional applications and leisure activities like streaming movies or browsing.</w:t>
      </w:r>
      <w:r/>
    </w:p>
    <w:p>
      <w:r/>
      <w:r>
        <w:t>In terms of pricing and specifications, the Galaxy Tab S10+ is priced at $999 (£999) for the 256GB version and $1,119.99 (£1,099) for the 512GB variant. It features a 12.4-inch screen, weighs 571 grams, and includes a battery of 10,090 mAh. The Tab S10 Ultra, on the other hand, offers an expansive 14.6-inch display, with prices starting at $1,199.99 (£1,199) for the 256GB model, $1,319.99 (£1,299) for the 512GB version, and $1,619.99 (£1,549) for the model boasting 1TB of storage. This model includes a bigger battery capacity of 11,200 mAh and features dual front cameras.</w:t>
      </w:r>
      <w:r/>
    </w:p>
    <w:p>
      <w:r/>
      <w:r>
        <w:t>These tablets target creative professionals, with the Tab S10 Ultra's Sketch-to-Image AI tool providing an appealing function for illustrators and artists. The Ultra model, specifically with its larger screen and enhanced resolution, is aimed at users who need a substantial canvas for digital artwork or high-detail editing.</w:t>
      </w:r>
      <w:r/>
    </w:p>
    <w:p>
      <w:r/>
      <w:r>
        <w:t>Samsung has also been proactive in promoting deals to make these tablets more accessible. Offers include a free keyboard (valued at £339) when using the code S10TAB on their site, alongside trade-in deals and student discounts up to 10%.</w:t>
      </w:r>
      <w:r/>
    </w:p>
    <w:p>
      <w:r/>
      <w:r>
        <w:t>The Galaxy Tab S10 range aims to simplify Samsung's tablet lineup, especially when compared to previous models such as the Galaxy Tab S9 series. This simplification seems to appeal to consumers who found the broader array of previous options somewhat overwhelming.</w:t>
      </w:r>
      <w:r/>
    </w:p>
    <w:p>
      <w:r/>
      <w:r>
        <w:t>In an ongoing comparison within the premium tablet market, the Galaxy Tab S10+ is positioned as a direct competitor to the iPad Pro M4. While both tablets share similar price points, the Galaxy Tab S10+ differentiates itself by offering expandable storage via a microSD slot and including the S-Pen without additional cost, an advantage over Apple's considerable accessory costs. However, Apple's iPad Pro does boast superior chipset performance and an arguably richer display thanks to its tandem-OLED technology.</w:t>
      </w:r>
      <w:r/>
    </w:p>
    <w:p>
      <w:r/>
      <w:r>
        <w:t>The introduction of these tablets could bolster Samsung's standing in the high-end tablet market. Whether they manage to conquer the dense competition posed by Apple's devices remains to be seen, but the focus on catering to a creative audience is evident in their strategic feature set and pricing.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https://www.phonearena.com/galaxy-tab-s10-release-date-price-features-news</w:t>
        </w:r>
      </w:hyperlink>
      <w:r>
        <w:t xml:space="preserve"> - Corroborates the specifications, including the MediaTek Dimensity 9300+ chip, storage options, and battery capacities of the Galaxy Tab S10 Ultra and Tab S10+.</w:t>
      </w:r>
      <w:r/>
    </w:p>
    <w:p>
      <w:pPr>
        <w:pStyle w:val="ListNumber"/>
        <w:spacing w:line="240" w:lineRule="auto"/>
        <w:ind w:left="720"/>
      </w:pPr>
      <w:r/>
      <w:hyperlink r:id="rId11">
        <w:r>
          <w:rPr>
            <w:color w:val="0000EE"/>
            <w:u w:val="single"/>
          </w:rPr>
          <w:t>https://news.samsung.com/global/galaxy-tab-s10-series-is-samsungs-ai-ready-tablet</w:t>
        </w:r>
      </w:hyperlink>
      <w:r>
        <w:t xml:space="preserve"> - Supports the introduction of Galaxy AI tools, S-Pen inclusion, and the Dynamic AMOLED 2X display features of the Galaxy Tab S10 series.</w:t>
      </w:r>
      <w:r/>
    </w:p>
    <w:p>
      <w:pPr>
        <w:pStyle w:val="ListNumber"/>
        <w:spacing w:line="240" w:lineRule="auto"/>
        <w:ind w:left="720"/>
      </w:pPr>
      <w:r/>
      <w:hyperlink r:id="rId12">
        <w:r>
          <w:rPr>
            <w:color w:val="0000EE"/>
            <w:u w:val="single"/>
          </w:rPr>
          <w:t>https://www.samsung.com/us/tablets/galaxy-tab-s10/</w:t>
        </w:r>
      </w:hyperlink>
      <w:r>
        <w:t xml:space="preserve"> - Provides details on the pricing, screen sizes, and battery life of the Galaxy Tab S10 Ultra and Tab S10+, as well as the AI-powered features like Note Assist and Sketch to Image.</w:t>
      </w:r>
      <w:r/>
    </w:p>
    <w:p>
      <w:pPr>
        <w:pStyle w:val="ListNumber"/>
        <w:spacing w:line="240" w:lineRule="auto"/>
        <w:ind w:left="720"/>
      </w:pPr>
      <w:r/>
      <w:hyperlink r:id="rId13">
        <w:r>
          <w:rPr>
            <w:color w:val="0000EE"/>
            <w:u w:val="single"/>
          </w:rPr>
          <w:t>https://news.samsung.com/us/galaxy-tab-s10-series-samsung-ai-ready-tablet</w:t>
        </w:r>
      </w:hyperlink>
      <w:r>
        <w:t xml:space="preserve"> - Confirms the performance upgrades, including CPU, GPU, and NPU improvements, and the integration of Galaxy AI Key on the Book Cover Keyboards.</w:t>
      </w:r>
      <w:r/>
    </w:p>
    <w:p>
      <w:pPr>
        <w:pStyle w:val="ListNumber"/>
        <w:spacing w:line="240" w:lineRule="auto"/>
        <w:ind w:left="720"/>
      </w:pPr>
      <w:r/>
      <w:hyperlink r:id="rId10">
        <w:r>
          <w:rPr>
            <w:color w:val="0000EE"/>
            <w:u w:val="single"/>
          </w:rPr>
          <w:t>https://www.phonearena.com/galaxy-tab-s10-release-date-price-features-news</w:t>
        </w:r>
      </w:hyperlink>
      <w:r>
        <w:t xml:space="preserve"> - Details the design and durability features, such as IP68 rating and enhanced Armor Aluminum, of the Galaxy Tab S10 Ultra and Tab S10+.</w:t>
      </w:r>
      <w:r/>
    </w:p>
    <w:p>
      <w:pPr>
        <w:pStyle w:val="ListNumber"/>
        <w:spacing w:line="240" w:lineRule="auto"/>
        <w:ind w:left="720"/>
      </w:pPr>
      <w:r/>
      <w:hyperlink r:id="rId11">
        <w:r>
          <w:rPr>
            <w:color w:val="0000EE"/>
            <w:u w:val="single"/>
          </w:rPr>
          <w:t>https://news.samsung.com/global/galaxy-tab-s10-series-is-samsungs-ai-ready-tablet</w:t>
        </w:r>
      </w:hyperlink>
      <w:r>
        <w:t xml:space="preserve"> - Explains the role of Galaxy AI in simplifying device management and home automation through features like 3D Map View and SmartThings integration.</w:t>
      </w:r>
      <w:r/>
    </w:p>
    <w:p>
      <w:pPr>
        <w:pStyle w:val="ListNumber"/>
        <w:spacing w:line="240" w:lineRule="auto"/>
        <w:ind w:left="720"/>
      </w:pPr>
      <w:r/>
      <w:hyperlink r:id="rId12">
        <w:r>
          <w:rPr>
            <w:color w:val="0000EE"/>
            <w:u w:val="single"/>
          </w:rPr>
          <w:t>https://www.samsung.com/us/tablets/galaxy-tab-s10/</w:t>
        </w:r>
      </w:hyperlink>
      <w:r>
        <w:t xml:space="preserve"> - Highlights the expandable storage via microSD slot and the inclusion of the S-Pen without additional cost, differentiating it from Apple's iPad Pro.</w:t>
      </w:r>
      <w:r/>
    </w:p>
    <w:p>
      <w:pPr>
        <w:pStyle w:val="ListNumber"/>
        <w:spacing w:line="240" w:lineRule="auto"/>
        <w:ind w:left="720"/>
      </w:pPr>
      <w:r/>
      <w:hyperlink r:id="rId13">
        <w:r>
          <w:rPr>
            <w:color w:val="0000EE"/>
            <w:u w:val="single"/>
          </w:rPr>
          <w:t>https://news.samsung.com/us/galaxy-tab-s10-series-samsung-ai-ready-tablet</w:t>
        </w:r>
      </w:hyperlink>
      <w:r>
        <w:t xml:space="preserve"> - Discusses the anti-reflective screen technology and Vision Booster feature that enhances display visibility in various environments.</w:t>
      </w:r>
      <w:r/>
    </w:p>
    <w:p>
      <w:pPr>
        <w:pStyle w:val="ListNumber"/>
        <w:spacing w:line="240" w:lineRule="auto"/>
        <w:ind w:left="720"/>
      </w:pPr>
      <w:r/>
      <w:hyperlink r:id="rId10">
        <w:r>
          <w:rPr>
            <w:color w:val="0000EE"/>
            <w:u w:val="single"/>
          </w:rPr>
          <w:t>https://www.phonearena.com/galaxy-tab-s10-release-date-price-features-news</w:t>
        </w:r>
      </w:hyperlink>
      <w:r>
        <w:t xml:space="preserve"> - Mentions the quad speakers with AI-powered Dialogue Boost and the support for 45W wired charging on both tablets.</w:t>
      </w:r>
      <w:r/>
    </w:p>
    <w:p>
      <w:pPr>
        <w:pStyle w:val="ListNumber"/>
        <w:spacing w:line="240" w:lineRule="auto"/>
        <w:ind w:left="720"/>
      </w:pPr>
      <w:r/>
      <w:hyperlink r:id="rId11">
        <w:r>
          <w:rPr>
            <w:color w:val="0000EE"/>
            <w:u w:val="single"/>
          </w:rPr>
          <w:t>https://news.samsung.com/global/galaxy-tab-s10-series-is-samsungs-ai-ready-tablet</w:t>
        </w:r>
      </w:hyperlink>
      <w:r>
        <w:t xml:space="preserve"> - Details the integration of One UI 6 and Android 14, as well as the upcoming One UI 7 based on Android 15.</w:t>
      </w:r>
      <w:r/>
    </w:p>
    <w:p>
      <w:pPr>
        <w:pStyle w:val="ListNumber"/>
        <w:spacing w:line="240" w:lineRule="auto"/>
        <w:ind w:left="720"/>
      </w:pPr>
      <w:r/>
      <w:hyperlink r:id="rId12">
        <w:r>
          <w:rPr>
            <w:color w:val="0000EE"/>
            <w:u w:val="single"/>
          </w:rPr>
          <w:t>https://www.samsung.com/us/tablets/galaxy-tab-s10/</w:t>
        </w:r>
      </w:hyperlink>
      <w:r>
        <w:t xml:space="preserve"> - Corroborates the availability of deals such as free keyboards and trade-in discounts to make the tablets more accessible.</w:t>
      </w:r>
      <w:r/>
    </w:p>
    <w:p>
      <w:pPr>
        <w:pStyle w:val="ListNumber"/>
        <w:spacing w:line="240" w:lineRule="auto"/>
        <w:ind w:left="720"/>
      </w:pPr>
      <w:r/>
      <w:hyperlink r:id="rId14">
        <w:r>
          <w:rPr>
            <w:color w:val="0000EE"/>
            <w:u w:val="single"/>
          </w:rPr>
          <w:t>https://www.creativebloq.com/tech/phones-tablets/the-best-samsung-galaxy-tab-s10-ultra-prices-this-ai-powered-tablet-is-a-must-have-for-creatives</w:t>
        </w:r>
      </w:hyperlink>
      <w:r>
        <w:t xml:space="preserve"> - Please view link - unable to able to access data</w:t>
      </w:r>
      <w:r/>
    </w:p>
    <w:p>
      <w:pPr>
        <w:pStyle w:val="ListNumber"/>
        <w:spacing w:line="240" w:lineRule="auto"/>
        <w:ind w:left="720"/>
      </w:pPr>
      <w:r/>
      <w:hyperlink r:id="rId15">
        <w:r>
          <w:rPr>
            <w:color w:val="0000EE"/>
            <w:u w:val="single"/>
          </w:rPr>
          <w:t>https://9to5toys.com/2024/10/13/2024-samsung-galaxy-tab-s6-lite-with-spen-prime-day/</w:t>
        </w:r>
      </w:hyperlink>
      <w:r>
        <w:t xml:space="preserve"> - Please view link - unable to able to access data</w:t>
      </w:r>
      <w:r/>
    </w:p>
    <w:p>
      <w:pPr>
        <w:pStyle w:val="ListNumber"/>
        <w:spacing w:line="240" w:lineRule="auto"/>
        <w:ind w:left="720"/>
      </w:pPr>
      <w:r/>
      <w:hyperlink r:id="rId16">
        <w:r>
          <w:rPr>
            <w:color w:val="0000EE"/>
            <w:u w:val="single"/>
          </w:rPr>
          <w:t>https://www.xda-developers.com/samsung-galaxy-tab-s10-vs-m4-ipad-pro/</w:t>
        </w:r>
      </w:hyperlink>
      <w:r>
        <w:t xml:space="preserve"> - Please view link - unable to able to access data</w:t>
      </w:r>
      <w:r/>
    </w:p>
    <w:p>
      <w:pPr>
        <w:pStyle w:val="ListNumber"/>
        <w:spacing w:line="240" w:lineRule="auto"/>
        <w:ind w:left="720"/>
      </w:pPr>
      <w:r/>
      <w:hyperlink r:id="rId17">
        <w:r>
          <w:rPr>
            <w:color w:val="0000EE"/>
            <w:u w:val="single"/>
          </w:rPr>
          <w:t>https://www.androidpolice.com/best-google-tv-android-tv-boxes/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honearena.com/galaxy-tab-s10-release-date-price-features-news" TargetMode="External"/><Relationship Id="rId11" Type="http://schemas.openxmlformats.org/officeDocument/2006/relationships/hyperlink" Target="https://news.samsung.com/global/galaxy-tab-s10-series-is-samsungs-ai-ready-tablet" TargetMode="External"/><Relationship Id="rId12" Type="http://schemas.openxmlformats.org/officeDocument/2006/relationships/hyperlink" Target="https://www.samsung.com/us/tablets/galaxy-tab-s10/" TargetMode="External"/><Relationship Id="rId13" Type="http://schemas.openxmlformats.org/officeDocument/2006/relationships/hyperlink" Target="https://news.samsung.com/us/galaxy-tab-s10-series-samsung-ai-ready-tablet" TargetMode="External"/><Relationship Id="rId14" Type="http://schemas.openxmlformats.org/officeDocument/2006/relationships/hyperlink" Target="https://www.creativebloq.com/tech/phones-tablets/the-best-samsung-galaxy-tab-s10-ultra-prices-this-ai-powered-tablet-is-a-must-have-for-creatives" TargetMode="External"/><Relationship Id="rId15" Type="http://schemas.openxmlformats.org/officeDocument/2006/relationships/hyperlink" Target="https://9to5toys.com/2024/10/13/2024-samsung-galaxy-tab-s6-lite-with-spen-prime-day/" TargetMode="External"/><Relationship Id="rId16" Type="http://schemas.openxmlformats.org/officeDocument/2006/relationships/hyperlink" Target="https://www.xda-developers.com/samsung-galaxy-tab-s10-vs-m4-ipad-pro/" TargetMode="External"/><Relationship Id="rId17" Type="http://schemas.openxmlformats.org/officeDocument/2006/relationships/hyperlink" Target="https://www.androidpolice.com/best-google-tv-android-tv-box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