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Scandal erupts in Turkish football over controversial sex tape involving referee Elif Karaarslan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scandal has erupted in the world of Turkish football surrounding a controversial sex tape involving referee Elif Karaarslan and referees' observer Orhan Erdemir. Karaarslan, a 24-year-old official and former Besiktas player, has been subjected to a ban from officiating due to an explicit video alleged to show her engaged in sexual conduct with Erdemir, who is 61.</w:t>
      </w:r>
      <w:r/>
    </w:p>
    <w:p>
      <w:r/>
      <w:r>
        <w:t>The situation has arisen amidst claims by Karaarslan that the video is a fake, generated through artificial intelligence (AI) technology. She has staunchly denied being the woman depicted, asserting that the video circulating online has been manipulated with ill intent. Karaarslan expressed her determination to clear her name, stating, "I will have a long road ahead legally, but will overcome in the strongest and most robust way." Her comments reflect a resolve not only to defend her personal integrity but also to prevent similar situations from affecting others in the future.</w:t>
      </w:r>
      <w:r/>
    </w:p>
    <w:p>
      <w:r/>
      <w:r>
        <w:t>Karaarslan's legal representatives have bolstered her claims by issuing a statement that denounces the video as a "montaged video" made from another person's social media account, entirely fabricated by AI. They have described the creation and dissemination of such a video as dangerous, citing concerns over its impact on their client and the potential threat it poses to others who might face similar accusations.</w:t>
      </w:r>
      <w:r/>
    </w:p>
    <w:p>
      <w:r/>
      <w:r>
        <w:t>Orhan Erdemir, however, has confirmed his own presence in the recording and expressed deep remorse, acknowledging the severe personal and social consequences he faces. "My honour in my family, my social circle and the refereeing community has been blown away," said Erdemir, who also received a lifetime ban from the Turkish Football Federation (TFF), alongside Karaarslan. The impact on both of their careers is significant, as the TFF seeks to manage the fallout of the scandal.</w:t>
      </w:r>
      <w:r/>
    </w:p>
    <w:p>
      <w:r/>
      <w:r>
        <w:t>Karaarslan's career as a referee began in 2020 after a promising playing career with Besiktas was cut short by injury. Since transitioning to officiating, she has been part of matches involving prominent Turkish clubs, especially at the Under-17 level. Her social media presence is extensive, with over 462,000 followers on Instagram, illustrating her influence and popularity in the digital sphere.</w:t>
      </w:r>
      <w:r/>
    </w:p>
    <w:p>
      <w:r/>
      <w:r>
        <w:t>This incident draws attention to the emerging challenges of the digital age, where personal and professional reputations can be jeopardised by advanced technological manipulations. As the case continues to unfold, both the ramifications for those involved and the broader implications for privacy and authenticity in the digital world remain subjects of considerable interest and concern within the sporting community and beyond.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https://www.dailysabah.com/sports/football/turkish-female-referee-rubbishesclaims-of-sex-tape-with-mentor</w:t>
        </w:r>
      </w:hyperlink>
      <w:r>
        <w:t xml:space="preserve"> - Corroborates the scandal involving Elif Karaarslan and Orhan Erdemir, and the sanctions imposed by the Turkish Football Federation.</w:t>
      </w:r>
      <w:r/>
    </w:p>
    <w:p>
      <w:pPr>
        <w:pStyle w:val="ListNumber"/>
        <w:spacing w:line="240" w:lineRule="auto"/>
        <w:ind w:left="720"/>
      </w:pPr>
      <w:r/>
      <w:hyperlink r:id="rId10">
        <w:r>
          <w:rPr>
            <w:color w:val="0000EE"/>
            <w:u w:val="single"/>
          </w:rPr>
          <w:t>https://www.dailysabah.com/sports/football/turkish-female-referee-rubbishesclaims-of-sex-tape-with-mentor</w:t>
        </w:r>
      </w:hyperlink>
      <w:r>
        <w:t xml:space="preserve"> - Supports Karaarslan's denial of the video and her claim that it was generated using artificial intelligence.</w:t>
      </w:r>
      <w:r/>
    </w:p>
    <w:p>
      <w:pPr>
        <w:pStyle w:val="ListNumber"/>
        <w:spacing w:line="240" w:lineRule="auto"/>
        <w:ind w:left="720"/>
      </w:pPr>
      <w:r/>
      <w:hyperlink r:id="rId11">
        <w:r>
          <w:rPr>
            <w:color w:val="0000EE"/>
            <w:u w:val="single"/>
          </w:rPr>
          <w:t>https://www.marca.com/en/football/2024/10/11/670976a122601d3f078b4591.html</w:t>
        </w:r>
      </w:hyperlink>
      <w:r>
        <w:t xml:space="preserve"> - Confirms Karaarslan's statements on social media about the video being a fabrication and her determination to clear her name.</w:t>
      </w:r>
      <w:r/>
    </w:p>
    <w:p>
      <w:pPr>
        <w:pStyle w:val="ListNumber"/>
        <w:spacing w:line="240" w:lineRule="auto"/>
        <w:ind w:left="720"/>
      </w:pPr>
      <w:r/>
      <w:hyperlink r:id="rId11">
        <w:r>
          <w:rPr>
            <w:color w:val="0000EE"/>
            <w:u w:val="single"/>
          </w:rPr>
          <w:t>https://www.marca.com/en/football/2024/10/11/670976a122601d3f078b4591.html</w:t>
        </w:r>
      </w:hyperlink>
      <w:r>
        <w:t xml:space="preserve"> - Details the legal team's statement that the video was created with malicious intentions using AI.</w:t>
      </w:r>
      <w:r/>
    </w:p>
    <w:p>
      <w:pPr>
        <w:pStyle w:val="ListNumber"/>
        <w:spacing w:line="240" w:lineRule="auto"/>
        <w:ind w:left="720"/>
      </w:pPr>
      <w:r/>
      <w:hyperlink r:id="rId12">
        <w:r>
          <w:rPr>
            <w:color w:val="0000EE"/>
            <w:u w:val="single"/>
          </w:rPr>
          <w:t>https://www.footboom1.com/en/news/football/1917334-scandal-a-leaked-intimate-video-of-a-referee-and-a-football-official</w:t>
        </w:r>
      </w:hyperlink>
      <w:r>
        <w:t xml:space="preserve"> - Reports on the scandal and the indefinite suspension of Karaarslan and Erdemir.</w:t>
      </w:r>
      <w:r/>
    </w:p>
    <w:p>
      <w:pPr>
        <w:pStyle w:val="ListNumber"/>
        <w:spacing w:line="240" w:lineRule="auto"/>
        <w:ind w:left="720"/>
      </w:pPr>
      <w:r/>
      <w:hyperlink r:id="rId12">
        <w:r>
          <w:rPr>
            <w:color w:val="0000EE"/>
            <w:u w:val="single"/>
          </w:rPr>
          <w:t>https://www.footboom1.com/en/news/football/1917334-scandal-a-leaked-intimate-video-of-a-referee-and-a-football-official</w:t>
        </w:r>
      </w:hyperlink>
      <w:r>
        <w:t xml:space="preserve"> - Mentions the severe impact on both officials' careers due to the scandal.</w:t>
      </w:r>
      <w:r/>
    </w:p>
    <w:p>
      <w:pPr>
        <w:pStyle w:val="ListNumber"/>
        <w:spacing w:line="240" w:lineRule="auto"/>
        <w:ind w:left="720"/>
      </w:pPr>
      <w:r/>
      <w:hyperlink r:id="rId13">
        <w:r>
          <w:rPr>
            <w:color w:val="0000EE"/>
            <w:u w:val="single"/>
          </w:rPr>
          <w:t>https://e.vnexpress.net/news/sports/football/female-referee-takes-legal-action-after-getting-lifetime-ban-for-alleged-sex-tape-4803340.html</w:t>
        </w:r>
      </w:hyperlink>
      <w:r>
        <w:t xml:space="preserve"> - Confirms the lifetime ban imposed on Karaarslan and Erdemir by the Turkish Football Federation.</w:t>
      </w:r>
      <w:r/>
    </w:p>
    <w:p>
      <w:pPr>
        <w:pStyle w:val="ListNumber"/>
        <w:spacing w:line="240" w:lineRule="auto"/>
        <w:ind w:left="720"/>
      </w:pPr>
      <w:r/>
      <w:hyperlink r:id="rId13">
        <w:r>
          <w:rPr>
            <w:color w:val="0000EE"/>
            <w:u w:val="single"/>
          </w:rPr>
          <w:t>https://e.vnexpress.net/news/sports/football/female-referee-takes-legal-action-after-getting-lifetime-ban-for-alleged-sex-tape-4803340.html</w:t>
        </w:r>
      </w:hyperlink>
      <w:r>
        <w:t xml:space="preserve"> - Details Erdemir's expression of remorse and the impact on his personal and professional life.</w:t>
      </w:r>
      <w:r/>
    </w:p>
    <w:p>
      <w:pPr>
        <w:pStyle w:val="ListNumber"/>
        <w:spacing w:line="240" w:lineRule="auto"/>
        <w:ind w:left="720"/>
      </w:pPr>
      <w:r/>
      <w:hyperlink r:id="rId10">
        <w:r>
          <w:rPr>
            <w:color w:val="0000EE"/>
            <w:u w:val="single"/>
          </w:rPr>
          <w:t>https://www.dailysabah.com/sports/football/turkish-female-referee-rubbishesclaims-of-sex-tape-with-mentor</w:t>
        </w:r>
      </w:hyperlink>
      <w:r>
        <w:t xml:space="preserve"> - Provides background on Karaarslan's career transition from playing for Besiktas to becoming a referee.</w:t>
      </w:r>
      <w:r/>
    </w:p>
    <w:p>
      <w:pPr>
        <w:pStyle w:val="ListNumber"/>
        <w:spacing w:line="240" w:lineRule="auto"/>
        <w:ind w:left="720"/>
      </w:pPr>
      <w:r/>
      <w:hyperlink r:id="rId11">
        <w:r>
          <w:rPr>
            <w:color w:val="0000EE"/>
            <w:u w:val="single"/>
          </w:rPr>
          <w:t>https://www.marca.com/en/football/2024/10/11/670976a122601d3f078b4591.html</w:t>
        </w:r>
      </w:hyperlink>
      <w:r>
        <w:t xml:space="preserve"> - Mentions Karaarslan's extensive social media presence and her influence.</w:t>
      </w:r>
      <w:r/>
    </w:p>
    <w:p>
      <w:pPr>
        <w:pStyle w:val="ListNumber"/>
        <w:spacing w:line="240" w:lineRule="auto"/>
        <w:ind w:left="720"/>
      </w:pPr>
      <w:r/>
      <w:hyperlink r:id="rId13">
        <w:r>
          <w:rPr>
            <w:color w:val="0000EE"/>
            <w:u w:val="single"/>
          </w:rPr>
          <w:t>https://e.vnexpress.net/news/sports/football/female-referee-takes-legal-action-after-getting-lifetime-ban-for-alleged-sex-tape-4803340.html</w:t>
        </w:r>
      </w:hyperlink>
      <w:r>
        <w:t xml:space="preserve"> - Highlights the broader implications of the scandal on privacy and authenticity in the digital world.</w:t>
      </w:r>
      <w:r/>
    </w:p>
    <w:p>
      <w:pPr>
        <w:pStyle w:val="ListNumber"/>
        <w:spacing w:line="240" w:lineRule="auto"/>
        <w:ind w:left="720"/>
      </w:pPr>
      <w:r/>
      <w:hyperlink r:id="rId14">
        <w:r>
          <w:rPr>
            <w:color w:val="0000EE"/>
            <w:u w:val="single"/>
          </w:rPr>
          <w:t>https://www.thescottishsun.co.uk/sport/13686094/turkish-referee-elif-karaarslan-video-ai/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ailysabah.com/sports/football/turkish-female-referee-rubbishesclaims-of-sex-tape-with-mentor" TargetMode="External"/><Relationship Id="rId11" Type="http://schemas.openxmlformats.org/officeDocument/2006/relationships/hyperlink" Target="https://www.marca.com/en/football/2024/10/11/670976a122601d3f078b4591.html" TargetMode="External"/><Relationship Id="rId12" Type="http://schemas.openxmlformats.org/officeDocument/2006/relationships/hyperlink" Target="https://www.footboom1.com/en/news/football/1917334-scandal-a-leaked-intimate-video-of-a-referee-and-a-football-official" TargetMode="External"/><Relationship Id="rId13" Type="http://schemas.openxmlformats.org/officeDocument/2006/relationships/hyperlink" Target="https://e.vnexpress.net/news/sports/football/female-referee-takes-legal-action-after-getting-lifetime-ban-for-alleged-sex-tape-4803340.html" TargetMode="External"/><Relationship Id="rId14" Type="http://schemas.openxmlformats.org/officeDocument/2006/relationships/hyperlink" Target="https://www.thescottishsun.co.uk/sport/13686094/turkish-referee-elif-karaarslan-video-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