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Scrutiny intensifies over data usage in AI model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Online Data and AI: Scrutiny Intensifies Over Data Usage in AI Model Training</w:t>
      </w:r>
      <w:r/>
    </w:p>
    <w:p>
      <w:r/>
      <w:r>
        <w:t>In the burgeoning world of artificial intelligence, countless pieces of personal content from the internet—from tweets and blog posts to photos and reviews—are potentially being used as part of the vast training materials for creating AI technologies. As companies develop advanced language models like ChatGPT and sophisticated image creation tools, these resources are heavily reliant on massive datasets sourced online. The data gathered not only fuels chatbots and generative tools but also enhances various machine-learning features across different tech platforms.</w:t>
      </w:r>
      <w:r/>
    </w:p>
    <w:p>
      <w:pPr>
        <w:pStyle w:val="Heading4"/>
      </w:pPr>
      <w:r>
        <w:t>The Scrapping of Online Content</w:t>
      </w:r>
      <w:r/>
    </w:p>
    <w:p>
      <w:r/>
      <w:r>
        <w:t>Technology companies have been known to scrape extensive portions of web content to accumulate the necessary information for developing AI systems. This activity often poses questions concerning content creation rights, copyright laws, and user privacy. Firms holding substantial volumes of online posts, such as Reddit, are noted for contemplating leveraging this data for substantial financial gains in the AI sphere.</w:t>
      </w:r>
      <w:r/>
    </w:p>
    <w:p>
      <w:r/>
      <w:r>
        <w:t>As legal battles and scrutiny over data practices in the realm of generative AI swell, some technology firms have started initiating measures to provide individuals with more command over their online content usage. This includes options to opt out of having personal content used in AI training processes or being sold for such purposes.</w:t>
      </w:r>
      <w:r/>
    </w:p>
    <w:p>
      <w:pPr>
        <w:pStyle w:val="Heading4"/>
      </w:pPr>
      <w:r>
        <w:t>Evolving Policies and User Opt-Outs</w:t>
      </w:r>
      <w:r/>
    </w:p>
    <w:p>
      <w:r/>
      <w:r>
        <w:t>Although options for individuals to exert control are emerging, the pathway to opting out is not straightforward. Many companies have already integrated vast amounts of this data into their systems, a fact that makes extricating it retrospectively a formidable challenge. Moreover, tech companies often operate under veiled data-usage strategies, leaving both researchers and users with limited clarity on what data has been scraped and utilised.</w:t>
      </w:r>
      <w:r/>
    </w:p>
    <w:p>
      <w:r/>
      <w:r>
        <w:t>Niloofar Mireshghallah, a researcher from the University of Washington specialising in AI privacy, notes the considerable opacity surrounding AI data usage. The processes allowing users to opt out of AI data training are often complex, with permissions buried in lengthy legal documents. Existing privacy laws, including copyright safeguards and the robust privacy regulations of Europe, add layers of complexity to the situation.</w:t>
      </w:r>
      <w:r/>
    </w:p>
    <w:p>
      <w:r/>
      <w:r>
        <w:t>Some prominent companies, including Facebook, Google, and X, have publicised their intentions in privacy policies, stating that consumer data may be employed for AI training. While theoretical technical methods exist to facilitate data removal or "unlearning" by AI systems, concrete knowledge and evidence of these procedures are scant.</w:t>
      </w:r>
      <w:r/>
    </w:p>
    <w:p>
      <w:pPr>
        <w:pStyle w:val="Heading4"/>
      </w:pPr>
      <w:r>
        <w:t>A Complex Path Forward</w:t>
      </w:r>
      <w:r/>
    </w:p>
    <w:p>
      <w:r/>
      <w:r>
        <w:t>Efforts to retract posts from AI training databases are seen as daunting. The dissemination of new rules primarily frames the opt-out process for future data gatherings and sharing efforts, typically requiring users to actively participate in these options after being automatically opted in.</w:t>
      </w:r>
      <w:r/>
    </w:p>
    <w:p>
      <w:r/>
      <w:r>
        <w:t>Recent updates to information regarding user control over data usage emerged in October 2024, expanding resources and clearer guidelines on various websites and services. As the landscape of technology and policies continues to evolve, monitoring changes and updates becomes crucial for individuals keen on managing their digital footprints within the AI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https://www.spiceworks.com/tech/artificial-intelligence/news/slack-caught-using-user-data-to-train-ai-models-without-explicit-permission/</w:t>
        </w:r>
      </w:hyperlink>
      <w:r>
        <w:t xml:space="preserve"> - Corroborates the use of user data by companies like Slack to train AI models without explicit permission and the complexities in opting out.</w:t>
      </w:r>
      <w:r/>
    </w:p>
    <w:p>
      <w:pPr>
        <w:pStyle w:val="ListNumber"/>
        <w:spacing w:line="240" w:lineRule="auto"/>
        <w:ind w:left="720"/>
      </w:pPr>
      <w:r/>
      <w:hyperlink r:id="rId11">
        <w:r>
          <w:rPr>
            <w:color w:val="0000EE"/>
            <w:u w:val="single"/>
          </w:rPr>
          <w:t>https://siliconangle.com/2024/07/26/xs-new-ai-training-opt-setting-draws-regulatory-scrutiny/</w:t>
        </w:r>
      </w:hyperlink>
      <w:r>
        <w:t xml:space="preserve"> - Supports the introduction of opt-out settings by companies like X and the regulatory scrutiny they face regarding AI training data usage.</w:t>
      </w:r>
      <w:r/>
    </w:p>
    <w:p>
      <w:pPr>
        <w:pStyle w:val="ListNumber"/>
        <w:spacing w:line="240" w:lineRule="auto"/>
        <w:ind w:left="720"/>
      </w:pPr>
      <w:r/>
      <w:hyperlink r:id="rId12">
        <w:r>
          <w:rPr>
            <w:color w:val="0000EE"/>
            <w:u w:val="single"/>
          </w:rPr>
          <w:t>https://www.bankinfosecurity.com/meta-ai-model-training-come-under-european-scrutiny-a-25444</w:t>
        </w:r>
      </w:hyperlink>
      <w:r>
        <w:t xml:space="preserve"> - Details the scrutiny Meta faces in Europe for using user data to train AI models and the regulatory complaints filed against them.</w:t>
      </w:r>
      <w:r/>
    </w:p>
    <w:p>
      <w:pPr>
        <w:pStyle w:val="ListNumber"/>
        <w:spacing w:line="240" w:lineRule="auto"/>
        <w:ind w:left="720"/>
      </w:pPr>
      <w:r/>
      <w:hyperlink r:id="rId13">
        <w:r>
          <w:rPr>
            <w:color w:val="0000EE"/>
            <w:u w:val="single"/>
          </w:rPr>
          <w:t>https://www.techtimes.com/articles/306193/20240630/openai-faces-ongoing-scrutiny-over-ai-training-data-practice.htm</w:t>
        </w:r>
      </w:hyperlink>
      <w:r>
        <w:t xml:space="preserve"> - Highlights the legal issues and scrutiny OpenAI faces for using online content without permission to train AI models like ChatGPT.</w:t>
      </w:r>
      <w:r/>
    </w:p>
    <w:p>
      <w:pPr>
        <w:pStyle w:val="ListNumber"/>
        <w:spacing w:line="240" w:lineRule="auto"/>
        <w:ind w:left="720"/>
      </w:pPr>
      <w:r/>
      <w:hyperlink r:id="rId10">
        <w:r>
          <w:rPr>
            <w:color w:val="0000EE"/>
            <w:u w:val="single"/>
          </w:rPr>
          <w:t>https://www.spiceworks.com/tech/artificial-intelligence/news/slack-caught-using-user-data-to-train-ai-models-without-explicit-permission/</w:t>
        </w:r>
      </w:hyperlink>
      <w:r>
        <w:t xml:space="preserve"> - Discusses the broader issue of companies using user data for AI training without clear consent and the resulting privacy concerns.</w:t>
      </w:r>
      <w:r/>
    </w:p>
    <w:p>
      <w:pPr>
        <w:pStyle w:val="ListNumber"/>
        <w:spacing w:line="240" w:lineRule="auto"/>
        <w:ind w:left="720"/>
      </w:pPr>
      <w:r/>
      <w:hyperlink r:id="rId11">
        <w:r>
          <w:rPr>
            <w:color w:val="0000EE"/>
            <w:u w:val="single"/>
          </w:rPr>
          <w:t>https://siliconangle.com/2024/07/26/xs-new-ai-training-opt-setting-draws-regulatory-scrutiny/</w:t>
        </w:r>
      </w:hyperlink>
      <w:r>
        <w:t xml:space="preserve"> - Explains the complexity and regulatory challenges associated with user opt-out processes for AI data training.</w:t>
      </w:r>
      <w:r/>
    </w:p>
    <w:p>
      <w:pPr>
        <w:pStyle w:val="ListNumber"/>
        <w:spacing w:line="240" w:lineRule="auto"/>
        <w:ind w:left="720"/>
      </w:pPr>
      <w:r/>
      <w:hyperlink r:id="rId12">
        <w:r>
          <w:rPr>
            <w:color w:val="0000EE"/>
            <w:u w:val="single"/>
          </w:rPr>
          <w:t>https://www.bankinfosecurity.com/meta-ai-model-training-come-under-european-scrutiny-a-25444</w:t>
        </w:r>
      </w:hyperlink>
      <w:r>
        <w:t xml:space="preserve"> - Describes the European regulatory environment and the complaints against Meta for violating GDPR requirements in AI data usage.</w:t>
      </w:r>
      <w:r/>
    </w:p>
    <w:p>
      <w:pPr>
        <w:pStyle w:val="ListNumber"/>
        <w:spacing w:line="240" w:lineRule="auto"/>
        <w:ind w:left="720"/>
      </w:pPr>
      <w:r/>
      <w:hyperlink r:id="rId13">
        <w:r>
          <w:rPr>
            <w:color w:val="0000EE"/>
            <w:u w:val="single"/>
          </w:rPr>
          <w:t>https://www.techtimes.com/articles/306193/20240630/openai-faces-ongoing-scrutiny-over-ai-training-data-practice.htm</w:t>
        </w:r>
      </w:hyperlink>
      <w:r>
        <w:t xml:space="preserve"> - Details the legal battles over copyright and content rights in the context of AI training data, particularly involving OpenAI.</w:t>
      </w:r>
      <w:r/>
    </w:p>
    <w:p>
      <w:pPr>
        <w:pStyle w:val="ListNumber"/>
        <w:spacing w:line="240" w:lineRule="auto"/>
        <w:ind w:left="720"/>
      </w:pPr>
      <w:r/>
      <w:hyperlink r:id="rId10">
        <w:r>
          <w:rPr>
            <w:color w:val="0000EE"/>
            <w:u w:val="single"/>
          </w:rPr>
          <w:t>https://www.spiceworks.com/tech/artificial-intelligence/news/slack-caught-using-user-data-to-train-ai-models-without-explicit-permission/</w:t>
        </w:r>
      </w:hyperlink>
      <w:r>
        <w:t xml:space="preserve"> - Illustrates the challenges in retracting posts from AI training databases and the need for clearer guidelines on data usage.</w:t>
      </w:r>
      <w:r/>
    </w:p>
    <w:p>
      <w:pPr>
        <w:pStyle w:val="ListNumber"/>
        <w:spacing w:line="240" w:lineRule="auto"/>
        <w:ind w:left="720"/>
      </w:pPr>
      <w:r/>
      <w:hyperlink r:id="rId14">
        <w:r>
          <w:rPr>
            <w:color w:val="0000EE"/>
            <w:u w:val="single"/>
          </w:rPr>
          <w:t>https://www.lamarr-institute.org/blog/ai-training-data-bias/</w:t>
        </w:r>
      </w:hyperlink>
      <w:r>
        <w:t xml:space="preserve"> - Addresses the ethical concerns and complexities surrounding AI training data, including bias, fairness, and transparency issues.</w:t>
      </w:r>
      <w:r/>
    </w:p>
    <w:p>
      <w:pPr>
        <w:pStyle w:val="ListNumber"/>
        <w:spacing w:line="240" w:lineRule="auto"/>
        <w:ind w:left="720"/>
      </w:pPr>
      <w:r/>
      <w:hyperlink r:id="rId12">
        <w:r>
          <w:rPr>
            <w:color w:val="0000EE"/>
            <w:u w:val="single"/>
          </w:rPr>
          <w:t>https://www.bankinfosecurity.com/meta-ai-model-training-come-under-european-scrutiny-a-25444</w:t>
        </w:r>
      </w:hyperlink>
      <w:r>
        <w:t xml:space="preserve"> - Highlights the evolving policies and the importance of monitoring changes in data usage and privacy regulations in the AI ecosystem.</w:t>
      </w:r>
      <w:r/>
    </w:p>
    <w:p>
      <w:pPr>
        <w:pStyle w:val="ListNumber"/>
        <w:spacing w:line="240" w:lineRule="auto"/>
        <w:ind w:left="720"/>
      </w:pPr>
      <w:r/>
      <w:hyperlink r:id="rId15">
        <w:r>
          <w:rPr>
            <w:color w:val="0000EE"/>
            <w:u w:val="single"/>
          </w:rPr>
          <w:t>https://www.wired.com/story/how-to-stop-your-data-from-being-used-to-train-ai/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piceworks.com/tech/artificial-intelligence/news/slack-caught-using-user-data-to-train-ai-models-without-explicit-permission/" TargetMode="External"/><Relationship Id="rId11" Type="http://schemas.openxmlformats.org/officeDocument/2006/relationships/hyperlink" Target="https://siliconangle.com/2024/07/26/xs-new-ai-training-opt-setting-draws-regulatory-scrutiny/" TargetMode="External"/><Relationship Id="rId12" Type="http://schemas.openxmlformats.org/officeDocument/2006/relationships/hyperlink" Target="https://www.bankinfosecurity.com/meta-ai-model-training-come-under-european-scrutiny-a-25444" TargetMode="External"/><Relationship Id="rId13" Type="http://schemas.openxmlformats.org/officeDocument/2006/relationships/hyperlink" Target="https://www.techtimes.com/articles/306193/20240630/openai-faces-ongoing-scrutiny-over-ai-training-data-practice.htm" TargetMode="External"/><Relationship Id="rId14" Type="http://schemas.openxmlformats.org/officeDocument/2006/relationships/hyperlink" Target="https://www.lamarr-institute.org/blog/ai-training-data-bias/" TargetMode="External"/><Relationship Id="rId15" Type="http://schemas.openxmlformats.org/officeDocument/2006/relationships/hyperlink" Target="https://www.wired.com/story/how-to-stop-your-data-from-being-used-to-tra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