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Sex tape scandal embroils referee and observers in Turkish football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unfolding controversy within Turkish football, a sex tape scandal has seen 24-year-old referee Elif Karaarslan and 61-year-old referees' observer Orhan Erdemir embroiled in a dispute over an explicit video that has gained widespread attention online. Both have been indefinitely barred from officiating by the Turkish Football Federation (TFF).</w:t>
      </w:r>
      <w:r/>
    </w:p>
    <w:p>
      <w:r/>
      <w:r>
        <w:t>The incident initially emerged when a video surfaced on social media, purportedly showing Karaarslan and Erdemir in a compromising situation. Karaarslan, a former Besiktas player whose football career was curtailed by injuries, has firmly denied being the woman in the footage. She claims that the video is a fabrication, created using advanced artificial intelligence technology, and vows to challenge the allegations through legal means. “I will have a long road ahead legally, but will overcome in the strongest and most robust way,” said Karaarslan.</w:t>
      </w:r>
      <w:r/>
    </w:p>
    <w:p>
      <w:r/>
      <w:r>
        <w:t>Her legal representatives have issued a statement denouncing the video as a 'montage' designed with the intent to harm her reputation. They assert that the technology used could feasibly target others in the same manner if unchecked.</w:t>
      </w:r>
      <w:r/>
    </w:p>
    <w:p>
      <w:r/>
      <w:r>
        <w:t>Meanwhile, Erdemir has confirmed his presence in the video. He expressed deep regret and distress over the incident, stating, "My honour in my family, my social circle, and the refereeing community has been blown away. In addition to my financial losses, the emotional damage I have suffered is indescribable."</w:t>
      </w:r>
      <w:r/>
    </w:p>
    <w:p>
      <w:r/>
      <w:r>
        <w:t>The situation has sparked concerns about the integrity and privacy issues within the digital realm, particularly how AI tools might be employed to manipulate such sensitive content. This incident also underscores the severe repercussions for individuals within professional settings should false accusations or manipulated media emerge.</w:t>
      </w:r>
      <w:r/>
    </w:p>
    <w:p>
      <w:r/>
      <w:r>
        <w:t>Karaarslan, who began her career as an assistant referee in 2020, has gained prominence in the sphere of Turkish football. She has officiated games involving some of the country's most prominent Under-17 teams. Beyond her professional achievements, she boasts a considerable social media presence, with an Instagram following of 462,000.</w:t>
      </w:r>
      <w:r/>
    </w:p>
    <w:p>
      <w:r/>
      <w:r>
        <w:t>Both individuals now face lifetime bans from the TFF, an action that underscores the seriousness with which the federation treats such allegations, irrespective of the veracity of the claims. As the legal process unfolds, both Karaarslan and Erdemir will be grappling with the personal and professional fallout from this particular scandal.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https://e.vnexpress.net/news/sports/football/female-referee-takes-legal-action-after-getting-lifetime-ban-for-alleged-sex-tape-4803340.html</w:t>
        </w:r>
      </w:hyperlink>
      <w:r>
        <w:t xml:space="preserve"> - Corroborates the incident of the sex tape scandal, the lifetime ban by the Turkish Football Federation, and Karaarslan's denial of being in the video.</w:t>
      </w:r>
      <w:r/>
    </w:p>
    <w:p>
      <w:pPr>
        <w:pStyle w:val="ListNumber"/>
        <w:spacing w:line="240" w:lineRule="auto"/>
        <w:ind w:left="720"/>
      </w:pPr>
      <w:r/>
      <w:hyperlink r:id="rId11">
        <w:r>
          <w:rPr>
            <w:color w:val="0000EE"/>
            <w:u w:val="single"/>
          </w:rPr>
          <w:t>https://www.reddit.com/r/soccer/comments/1g0fim9/turkish_football_in_turmoil_following_an_alleged/</w:t>
        </w:r>
      </w:hyperlink>
      <w:r>
        <w:t xml:space="preserve"> - Details the controversy, the suspensions of Karaarslan and Erdemir, and Karaarslan's plans to contest her suspension.</w:t>
      </w:r>
      <w:r/>
    </w:p>
    <w:p>
      <w:pPr>
        <w:pStyle w:val="ListNumber"/>
        <w:spacing w:line="240" w:lineRule="auto"/>
        <w:ind w:left="720"/>
      </w:pPr>
      <w:r/>
      <w:hyperlink r:id="rId12">
        <w:r>
          <w:rPr>
            <w:color w:val="0000EE"/>
            <w:u w:val="single"/>
          </w:rPr>
          <w:t>https://www.marca.com/en/football/2024/10/11/670976a122601d3f078b4591.html</w:t>
        </w:r>
      </w:hyperlink>
      <w:r>
        <w:t xml:space="preserve"> - Supports Karaarslan's statement that the video was created using artificial intelligence and her determination to fight the allegations legally.</w:t>
      </w:r>
      <w:r/>
    </w:p>
    <w:p>
      <w:pPr>
        <w:pStyle w:val="ListNumber"/>
        <w:spacing w:line="240" w:lineRule="auto"/>
        <w:ind w:left="720"/>
      </w:pPr>
      <w:r/>
      <w:hyperlink r:id="rId10">
        <w:r>
          <w:rPr>
            <w:color w:val="0000EE"/>
            <w:u w:val="single"/>
          </w:rPr>
          <w:t>https://e.vnexpress.net/news/sports/football/female-referee-takes-legal-action-after-getting-lifetime-ban-for-alleged-sex-tape-4803340.html</w:t>
        </w:r>
      </w:hyperlink>
      <w:r>
        <w:t xml:space="preserve"> - Provides background on Karaarslan's career, including her transition from playing for Besiktas to refereeing.</w:t>
      </w:r>
      <w:r/>
    </w:p>
    <w:p>
      <w:pPr>
        <w:pStyle w:val="ListNumber"/>
        <w:spacing w:line="240" w:lineRule="auto"/>
        <w:ind w:left="720"/>
      </w:pPr>
      <w:r/>
      <w:hyperlink r:id="rId11">
        <w:r>
          <w:rPr>
            <w:color w:val="0000EE"/>
            <w:u w:val="single"/>
          </w:rPr>
          <w:t>https://www.reddit.com/r/soccer/comments/1g0fim9/turkish_football_in_turmoil_following_an_alleged/</w:t>
        </w:r>
      </w:hyperlink>
      <w:r>
        <w:t xml:space="preserve"> - Quotes Erdemir's expression of distress and the impact on his reputation and personal life.</w:t>
      </w:r>
      <w:r/>
    </w:p>
    <w:p>
      <w:pPr>
        <w:pStyle w:val="ListNumber"/>
        <w:spacing w:line="240" w:lineRule="auto"/>
        <w:ind w:left="720"/>
      </w:pPr>
      <w:r/>
      <w:hyperlink r:id="rId12">
        <w:r>
          <w:rPr>
            <w:color w:val="0000EE"/>
            <w:u w:val="single"/>
          </w:rPr>
          <w:t>https://www.marca.com/en/football/2024/10/11/670976a122601d3f078b4591.html</w:t>
        </w:r>
      </w:hyperlink>
      <w:r>
        <w:t xml:space="preserve"> - Explains the legal representatives' statement about the video being a 'montage' designed to harm Karaarslan's reputation.</w:t>
      </w:r>
      <w:r/>
    </w:p>
    <w:p>
      <w:pPr>
        <w:pStyle w:val="ListNumber"/>
        <w:spacing w:line="240" w:lineRule="auto"/>
        <w:ind w:left="720"/>
      </w:pPr>
      <w:r/>
      <w:hyperlink r:id="rId10">
        <w:r>
          <w:rPr>
            <w:color w:val="0000EE"/>
            <w:u w:val="single"/>
          </w:rPr>
          <w:t>https://e.vnexpress.net/news/sports/football/female-referee-takes-legal-action-after-getting-lifetime-ban-for-alleged-sex-tape-4803340.html</w:t>
        </w:r>
      </w:hyperlink>
      <w:r>
        <w:t xml:space="preserve"> - Discusses the concerns about AI tools being used to manipulate sensitive content and the repercussions for individuals.</w:t>
      </w:r>
      <w:r/>
    </w:p>
    <w:p>
      <w:pPr>
        <w:pStyle w:val="ListNumber"/>
        <w:spacing w:line="240" w:lineRule="auto"/>
        <w:ind w:left="720"/>
      </w:pPr>
      <w:r/>
      <w:hyperlink r:id="rId11">
        <w:r>
          <w:rPr>
            <w:color w:val="0000EE"/>
            <w:u w:val="single"/>
          </w:rPr>
          <w:t>https://www.reddit.com/r/soccer/comments/1g0fim9/turkish_football_in_turmoil_following_an_alleged/</w:t>
        </w:r>
      </w:hyperlink>
      <w:r>
        <w:t xml:space="preserve"> - Highlights the severe repercussions for individuals within professional settings due to false accusations or manipulated media.</w:t>
      </w:r>
      <w:r/>
    </w:p>
    <w:p>
      <w:pPr>
        <w:pStyle w:val="ListNumber"/>
        <w:spacing w:line="240" w:lineRule="auto"/>
        <w:ind w:left="720"/>
      </w:pPr>
      <w:r/>
      <w:hyperlink r:id="rId12">
        <w:r>
          <w:rPr>
            <w:color w:val="0000EE"/>
            <w:u w:val="single"/>
          </w:rPr>
          <w:t>https://www.marca.com/en/football/2024/10/11/670976a122601d3f078b4591.html</w:t>
        </w:r>
      </w:hyperlink>
      <w:r>
        <w:t xml:space="preserve"> - Mentions Karaarslan's social media presence and her career achievements in Turkish football.</w:t>
      </w:r>
      <w:r/>
    </w:p>
    <w:p>
      <w:pPr>
        <w:pStyle w:val="ListNumber"/>
        <w:spacing w:line="240" w:lineRule="auto"/>
        <w:ind w:left="720"/>
      </w:pPr>
      <w:r/>
      <w:hyperlink r:id="rId10">
        <w:r>
          <w:rPr>
            <w:color w:val="0000EE"/>
            <w:u w:val="single"/>
          </w:rPr>
          <w:t>https://e.vnexpress.net/news/sports/football/female-referee-takes-legal-action-after-getting-lifetime-ban-for-alleged-sex-tape-4803340.html</w:t>
        </w:r>
      </w:hyperlink>
      <w:r>
        <w:t xml:space="preserve"> - Details the lifetime bans imposed by the Turkish Football Federation and the seriousness with which the federation treats such allegations.</w:t>
      </w:r>
      <w:r/>
    </w:p>
    <w:p>
      <w:pPr>
        <w:pStyle w:val="ListNumber"/>
        <w:spacing w:line="240" w:lineRule="auto"/>
        <w:ind w:left="720"/>
      </w:pPr>
      <w:r/>
      <w:hyperlink r:id="rId11">
        <w:r>
          <w:rPr>
            <w:color w:val="0000EE"/>
            <w:u w:val="single"/>
          </w:rPr>
          <w:t>https://www.reddit.com/r/soccer/comments/1g0fim9/turkish_football_in_turmoil_following_an_alleged/</w:t>
        </w:r>
      </w:hyperlink>
      <w:r>
        <w:t xml:space="preserve"> - Discusses the ongoing legal process and the personal and professional fallout for both Karaarslan and Erdemir.</w:t>
      </w:r>
      <w:r/>
    </w:p>
    <w:p>
      <w:pPr>
        <w:pStyle w:val="ListNumber"/>
        <w:spacing w:line="240" w:lineRule="auto"/>
        <w:ind w:left="720"/>
      </w:pPr>
      <w:r/>
      <w:hyperlink r:id="rId13">
        <w:r>
          <w:rPr>
            <w:color w:val="0000EE"/>
            <w:u w:val="single"/>
          </w:rPr>
          <w:t>https://www.thesun.co.uk/sport/31038971/turkish-referee-elif-karaarslan-video-ai/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vnexpress.net/news/sports/football/female-referee-takes-legal-action-after-getting-lifetime-ban-for-alleged-sex-tape-4803340.html" TargetMode="External"/><Relationship Id="rId11" Type="http://schemas.openxmlformats.org/officeDocument/2006/relationships/hyperlink" Target="https://www.reddit.com/r/soccer/comments/1g0fim9/turkish_football_in_turmoil_following_an_alleged/" TargetMode="External"/><Relationship Id="rId12" Type="http://schemas.openxmlformats.org/officeDocument/2006/relationships/hyperlink" Target="https://www.marca.com/en/football/2024/10/11/670976a122601d3f078b4591.html" TargetMode="External"/><Relationship Id="rId13" Type="http://schemas.openxmlformats.org/officeDocument/2006/relationships/hyperlink" Target="https://www.thesun.co.uk/sport/31038971/turkish-referee-elif-karaarslan-vide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