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Sintra AI: revolutionising business operations with customizable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Sintra AI: Revolutionizing Business Operations with Customizable Solutions</w:t>
      </w:r>
      <w:r/>
    </w:p>
    <w:p>
      <w:r/>
      <w:r>
        <w:t>In the ever-evolving landscape of modern business operations, the demand for smarter and more efficient tools is on the rise. Addressing this need is Sintra AI, a cutting-edge artificial intelligence platform that is gaining traction for its highly adaptable and efficient solutions aimed at businesses of all sizes. From small enterprises to large corporations, Sintra AI promises to revolutionise workflows with its array of features including customizable AI employees, robust multi-language support, and seamless integration capabilities.</w:t>
      </w:r>
      <w:r/>
    </w:p>
    <w:p>
      <w:r/>
      <w:r>
        <w:rPr>
          <w:b/>
        </w:rPr>
        <w:t>Key Innovations and Features</w:t>
      </w:r>
      <w:r/>
    </w:p>
    <w:p>
      <w:r/>
      <w:r>
        <w:t>Sintra AI's defining feature is its suite of customizable AI employees. These virtual assistants can be tailored to specific tasks ranging from managing emails, generating detailed reports, to handling customer service interactions. This customization enables businesses to offload repetitive tasks, thus freeing human employees to concentrate on more strategic and creative initiatives.</w:t>
      </w:r>
      <w:r/>
    </w:p>
    <w:p>
      <w:r/>
      <w:r>
        <w:t>In addition to task management, Sintra AI excels in facilitating global business operations through its multi-language support, boasting capabilities in over 100 languages. This allows businesses to effectively manage communications, content creation, and customer service across diverse regions and languages.</w:t>
      </w:r>
      <w:r/>
    </w:p>
    <w:p>
      <w:r/>
      <w:r>
        <w:t>Another significant benefit is Sintra AI's compatibility with popular digital tools and platforms, such as Facebook, LinkedIn, and Google Calendar. This ensures a smooth transition to using Sintra AI without disrupting existing workflows. Businesses can continue leveraging trusted systems while enhancing them with AI-driven efficiencies.</w:t>
      </w:r>
      <w:r/>
    </w:p>
    <w:p>
      <w:r/>
      <w:r>
        <w:rPr>
          <w:b/>
        </w:rPr>
        <w:t>User-Friendly Onboarding and Training</w:t>
      </w:r>
      <w:r/>
    </w:p>
    <w:p>
      <w:r/>
      <w:r>
        <w:t>One of the standout attributes of Sintra AI is its streamlined onboarding and training processes. The platform is designed to be intuitive, catering to users of varying technical expertise. This ease of use reduces the initial learning curve and facilitates quicker adoption, allowing businesses to begin automating processes with minimal delay.</w:t>
      </w:r>
      <w:r/>
    </w:p>
    <w:p>
      <w:r/>
      <w:r>
        <w:t>Sintra AI also offers an affiliate programme, providing an opportunity for individuals and businesses to earn commissions. By referring new users to the platform, affiliates can generate revenue, making this an attractive proposition for influencers and entrepreneurs.</w:t>
      </w:r>
      <w:r/>
    </w:p>
    <w:p>
      <w:r/>
      <w:r>
        <w:rPr>
          <w:b/>
        </w:rPr>
        <w:t>Advantages for Businesses</w:t>
      </w:r>
      <w:r/>
    </w:p>
    <w:p>
      <w:r/>
      <w:r>
        <w:t>Utilising Sintra AI brings a multitude of advantages, notably increased operational efficiency. By delegating routine tasks to AI, businesses can enhance productivity, enabling staff to focus on higher-value activities. This also translates to cost savings, as the use of AI employees is often more economical than hiring additional staff.</w:t>
      </w:r>
      <w:r/>
    </w:p>
    <w:p>
      <w:r/>
      <w:r>
        <w:t>Moreover, Sintra AI offers scalability to accommodate the growth of businesses, making it suitable for various stages of operations from start-ups to expansive enterprises. The platform's flexible pricing plans ensure that businesses of all sizes can integrate AI solutions effectively without financial strain.</w:t>
      </w:r>
      <w:r/>
    </w:p>
    <w:p>
      <w:r/>
      <w:r>
        <w:t>Global reach is further enhanced through Sintra AI's language capabilities, allowing businesses to engage with international audiences seamlessly. The platform supports content and communication management in a wide array of languages, thus broadening service capabilities.</w:t>
      </w:r>
      <w:r/>
    </w:p>
    <w:p>
      <w:r/>
      <w:r>
        <w:rPr>
          <w:b/>
        </w:rPr>
        <w:t>Considerations and Audience</w:t>
      </w:r>
      <w:r/>
    </w:p>
    <w:p>
      <w:r/>
      <w:r>
        <w:t>Sintra AI's comprehensive suite of features is designed with a diverse user base in mind, from small and medium-sized businesses to large enterprises and even freelancers. It provides an invaluable tool for digital marketing agencies handling multiple client accounts.</w:t>
      </w:r>
      <w:r/>
    </w:p>
    <w:p>
      <w:r/>
      <w:r>
        <w:t>However, potential users should be aware of limitations, such as the current extent of third-party integrations. While accommodating popular platforms, businesses reliant on niche tools may face integration challenges. Some users may also experience a brief learning phase despite the platform’s intuitive design.</w:t>
      </w:r>
      <w:r/>
    </w:p>
    <w:p>
      <w:r/>
      <w:r>
        <w:rPr>
          <w:b/>
        </w:rPr>
        <w:t>Conclusion</w:t>
      </w:r>
      <w:r/>
    </w:p>
    <w:p>
      <w:r/>
      <w:r>
        <w:t>Sintra AI emerges as a formidable player in the field of business automation, providing innovative and customizable tools that enhance efficiency, scalability, and global reach. Whether employed by small businesses or large enterprises, the benefits of integrating Sintra AI into daily operations are significant. While some aspects such as third-party integrations and initial user adaptation continue to develop, the fundamental value of Sintra AI in revolutionising business processes is evident. As businesses seek to optimise their operations, Sintra AI offers a compelling solution in the ever-demanding quest for efficiency and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https://techbullion.com/sintra-ai-review-all-in-one-business-automation-platform/</w:t>
        </w:r>
      </w:hyperlink>
      <w:r>
        <w:t xml:space="preserve"> - Corroborates the customizable AI employees feature, multi-language support, and seamless integration with popular tools.</w:t>
      </w:r>
      <w:r/>
    </w:p>
    <w:p>
      <w:pPr>
        <w:pStyle w:val="ListNumber"/>
        <w:spacing w:line="240" w:lineRule="auto"/>
        <w:ind w:left="720"/>
      </w:pPr>
      <w:r/>
      <w:hyperlink r:id="rId11">
        <w:r>
          <w:rPr>
            <w:color w:val="0000EE"/>
            <w:u w:val="single"/>
          </w:rPr>
          <w:t>https://easywithai.com/ai-productivity-tools/sintra/</w:t>
        </w:r>
      </w:hyperlink>
      <w:r>
        <w:t xml:space="preserve"> - Supports the use of Sintra AI for automating daily tasks, boosting productivity, and streamlining operations across various business tasks.</w:t>
      </w:r>
      <w:r/>
    </w:p>
    <w:p>
      <w:pPr>
        <w:pStyle w:val="ListNumber"/>
        <w:spacing w:line="240" w:lineRule="auto"/>
        <w:ind w:left="720"/>
      </w:pPr>
      <w:r/>
      <w:hyperlink r:id="rId10">
        <w:r>
          <w:rPr>
            <w:color w:val="0000EE"/>
            <w:u w:val="single"/>
          </w:rPr>
          <w:t>https://techbullion.com/sintra-ai-review-all-in-one-business-automation-platform/</w:t>
        </w:r>
      </w:hyperlink>
      <w:r>
        <w:t xml:space="preserve"> - Details the user-friendly onboarding and training process, as well as the platform's suitability for different business sizes.</w:t>
      </w:r>
      <w:r/>
    </w:p>
    <w:p>
      <w:pPr>
        <w:pStyle w:val="ListNumber"/>
        <w:spacing w:line="240" w:lineRule="auto"/>
        <w:ind w:left="720"/>
      </w:pPr>
      <w:r/>
      <w:hyperlink r:id="rId12">
        <w:r>
          <w:rPr>
            <w:color w:val="0000EE"/>
            <w:u w:val="single"/>
          </w:rPr>
          <w:t>https://sintra.ai/soshie</w:t>
        </w:r>
      </w:hyperlink>
      <w:r>
        <w:t xml:space="preserve"> - Explains the integration capabilities with popular platforms and the use of AI brain to customize knowledge for better results.</w:t>
      </w:r>
      <w:r/>
    </w:p>
    <w:p>
      <w:pPr>
        <w:pStyle w:val="ListNumber"/>
        <w:spacing w:line="240" w:lineRule="auto"/>
        <w:ind w:left="720"/>
      </w:pPr>
      <w:r/>
      <w:hyperlink r:id="rId13">
        <w:r>
          <w:rPr>
            <w:color w:val="0000EE"/>
            <w:u w:val="single"/>
          </w:rPr>
          <w:t>https://sintra.ai/x</w:t>
        </w:r>
      </w:hyperlink>
      <w:r>
        <w:t xml:space="preserve"> - Highlights the power-ups and the ability to automate tasks in over 100 languages, as well as the ease of use and global reach.</w:t>
      </w:r>
      <w:r/>
    </w:p>
    <w:p>
      <w:pPr>
        <w:pStyle w:val="ListNumber"/>
        <w:spacing w:line="240" w:lineRule="auto"/>
        <w:ind w:left="720"/>
      </w:pPr>
      <w:r/>
      <w:hyperlink r:id="rId10">
        <w:r>
          <w:rPr>
            <w:color w:val="0000EE"/>
            <w:u w:val="single"/>
          </w:rPr>
          <w:t>https://techbullion.com/sintra-ai-review-all-in-one-business-automation-platform/</w:t>
        </w:r>
      </w:hyperlink>
      <w:r>
        <w:t xml:space="preserve"> - Discusses the advantages of using Sintra AI, including increased operational efficiency, cost savings, and scalability.</w:t>
      </w:r>
      <w:r/>
    </w:p>
    <w:p>
      <w:pPr>
        <w:pStyle w:val="ListNumber"/>
        <w:spacing w:line="240" w:lineRule="auto"/>
        <w:ind w:left="720"/>
      </w:pPr>
      <w:r/>
      <w:hyperlink r:id="rId12">
        <w:r>
          <w:rPr>
            <w:color w:val="0000EE"/>
            <w:u w:val="single"/>
          </w:rPr>
          <w:t>https://sintra.ai/soshie</w:t>
        </w:r>
      </w:hyperlink>
      <w:r>
        <w:t xml:space="preserve"> - Describes the multi-language support and the ability to manage communications and content creation globally.</w:t>
      </w:r>
      <w:r/>
    </w:p>
    <w:p>
      <w:pPr>
        <w:pStyle w:val="ListNumber"/>
        <w:spacing w:line="240" w:lineRule="auto"/>
        <w:ind w:left="720"/>
      </w:pPr>
      <w:r/>
      <w:hyperlink r:id="rId11">
        <w:r>
          <w:rPr>
            <w:color w:val="0000EE"/>
            <w:u w:val="single"/>
          </w:rPr>
          <w:t>https://easywithai.com/ai-productivity-tools/sintra/</w:t>
        </w:r>
      </w:hyperlink>
      <w:r>
        <w:t xml:space="preserve"> - Mentions the various tasks that can be automated, such as marketing, customer support, SEO, and copywriting.</w:t>
      </w:r>
      <w:r/>
    </w:p>
    <w:p>
      <w:pPr>
        <w:pStyle w:val="ListNumber"/>
        <w:spacing w:line="240" w:lineRule="auto"/>
        <w:ind w:left="720"/>
      </w:pPr>
      <w:r/>
      <w:hyperlink r:id="rId10">
        <w:r>
          <w:rPr>
            <w:color w:val="0000EE"/>
            <w:u w:val="single"/>
          </w:rPr>
          <w:t>https://techbullion.com/sintra-ai-review-all-in-one-business-automation-platform/</w:t>
        </w:r>
      </w:hyperlink>
      <w:r>
        <w:t xml:space="preserve"> - Addresses the potential drawbacks, including limited integrations and the initial learning curve for some users.</w:t>
      </w:r>
      <w:r/>
    </w:p>
    <w:p>
      <w:pPr>
        <w:pStyle w:val="ListNumber"/>
        <w:spacing w:line="240" w:lineRule="auto"/>
        <w:ind w:left="720"/>
      </w:pPr>
      <w:r/>
      <w:hyperlink r:id="rId13">
        <w:r>
          <w:rPr>
            <w:color w:val="0000EE"/>
            <w:u w:val="single"/>
          </w:rPr>
          <w:t>https://sintra.ai/x</w:t>
        </w:r>
      </w:hyperlink>
      <w:r>
        <w:t xml:space="preserve"> - Details the comprehensive suite of features and the suitability of Sintra AI for different types of businesses and users.</w:t>
      </w:r>
      <w:r/>
    </w:p>
    <w:p>
      <w:pPr>
        <w:pStyle w:val="ListNumber"/>
        <w:spacing w:line="240" w:lineRule="auto"/>
        <w:ind w:left="720"/>
      </w:pPr>
      <w:r/>
      <w:hyperlink r:id="rId14">
        <w:r>
          <w:rPr>
            <w:color w:val="0000EE"/>
            <w:u w:val="single"/>
          </w:rPr>
          <w:t>https://trysintra.com</w:t>
        </w:r>
      </w:hyperlink>
      <w:r>
        <w:t xml:space="preserve"> - Provides information on the various prompt packs and tasks that can be automated, supporting the platform's versatility and customization.</w:t>
      </w:r>
      <w:r/>
    </w:p>
    <w:p>
      <w:pPr>
        <w:pStyle w:val="ListNumber"/>
        <w:spacing w:line="240" w:lineRule="auto"/>
        <w:ind w:left="720"/>
      </w:pPr>
      <w:r/>
      <w:hyperlink r:id="rId10">
        <w:r>
          <w:rPr>
            <w:color w:val="0000EE"/>
            <w:u w:val="single"/>
          </w:rPr>
          <w:t>https://techbullion.com/sintra-ai-review-all-in-one-business-automation-platform/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sintra-ai-review-all-in-one-business-automation-platform/" TargetMode="External"/><Relationship Id="rId11" Type="http://schemas.openxmlformats.org/officeDocument/2006/relationships/hyperlink" Target="https://easywithai.com/ai-productivity-tools/sintra/" TargetMode="External"/><Relationship Id="rId12" Type="http://schemas.openxmlformats.org/officeDocument/2006/relationships/hyperlink" Target="https://sintra.ai/soshie" TargetMode="External"/><Relationship Id="rId13" Type="http://schemas.openxmlformats.org/officeDocument/2006/relationships/hyperlink" Target="https://sintra.ai/x" TargetMode="External"/><Relationship Id="rId14" Type="http://schemas.openxmlformats.org/officeDocument/2006/relationships/hyperlink" Target="https://trysintra.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