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Slingshot revolutionises business data management with AI enhancements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Slingshot, a work management platform developed by the software firm Infragistics, has announced a series of new capabilities powered by artificial intelligence aimed at revolutionising the way businesses handle data. This announcement represents a significant stride in bringing data to the centre of business operations, enabling transformative insights at a rapid pace. The platform's latest iteration is designed to empower businesses to make informed decisions based on comprehensive data from various sources across different departments and sectors.</w:t>
      </w:r>
      <w:r/>
    </w:p>
    <w:p>
      <w:r/>
      <w:r>
        <w:t>The backdrop to these developments is the overwhelming volume of data that modern enterprises must contend with. The challenge of capturing, understanding, and acting upon this data is compounded by the rapid advancement of AI technologies. Many businesses find themselves constrained by inadequate data management systems, often missing out on the opportunities promised by AI.</w:t>
      </w:r>
      <w:r/>
    </w:p>
    <w:p>
      <w:r/>
      <w:r>
        <w:t>Slingshot seeks to address this issue by centralising disparate data sources into a cohesive system, now bolstered by the integration of conversational AI. This innovation provides several key features aimed at increasing accessibility and understanding of data across business landscapes.</w:t>
      </w:r>
      <w:r/>
    </w:p>
    <w:p>
      <w:r/>
      <w:r>
        <w:t>One of the standout features is the AI-driven analysis, which allows teams to interact with their data by posing questions in straightforward business terms. Slingshot effectively consolidates data from varied sources, such as databases, spreadsheets, and SaaS systems, and delivers prompt solutions in a matter of seconds. This feature is especially beneficial for non-specialist users who may lack formal data analysis training.</w:t>
      </w:r>
      <w:r/>
    </w:p>
    <w:p>
      <w:r/>
      <w:r>
        <w:t>Another highlight is the automated visualisation function. This capability presents data insights through trends, performance assessments, and predictive steps using a variety of visual tools such as charts and graphs. These visual aids simplify the understanding of complex data, making it more accessible to users at all levels of an organisation.</w:t>
      </w:r>
      <w:r/>
    </w:p>
    <w:p>
      <w:r/>
      <w:r>
        <w:t>Furthermore, the platform promotes analytics democratization. Using Slingshot AI, everyday business users can extract meaningful value from data without needing extensive analytical expertise. This function converts data into accessible terms, making it easier for teams to derive actionable insights.</w:t>
      </w:r>
      <w:r/>
    </w:p>
    <w:p>
      <w:r/>
      <w:r>
        <w:t>In addition to these features, Slingshot enhances cross-team collaboration by improving data accessibility and facilitating the summarization of discussions. The platform enables the extraction of action items, which can be converted into tasks within the Slingshot system, promoting streamlined workflows and efficiency.</w:t>
      </w:r>
      <w:r/>
    </w:p>
    <w:p>
      <w:r/>
      <w:r>
        <w:t>Dean Guida, the founder of Slingshot, expressed the company’s long-term commitment to integrating advanced AI foundations within businesses, stating, “We’re making it easy for every company to be a data-driven organization, to power better decisions, improve productivity, and ultimately, increase business growth.”</w:t>
      </w:r>
      <w:r/>
    </w:p>
    <w:p>
      <w:r/>
      <w:r>
        <w:t>These developments from Slingshot are aligned with the broader trend of leveraging AI to improve business operations, offering tools that enable companies to harness their data effectively and efficiently. As Slingshot continues to innovate, it aims to reduce the divide between data and actionable business strategies, setting a new precedent in the work management sector.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https://builtin.com/articles/artifical-intelligence-efficiencies</w:t>
        </w:r>
      </w:hyperlink>
      <w:r>
        <w:t xml:space="preserve"> - Explains how Slingshot gathers data into a central location, enabling teams to make informed decisions and increase productivity through AI-driven analysis.</w:t>
      </w:r>
      <w:r/>
    </w:p>
    <w:p>
      <w:pPr>
        <w:pStyle w:val="ListNumber"/>
        <w:spacing w:line="240" w:lineRule="auto"/>
        <w:ind w:left="720"/>
      </w:pPr>
      <w:r/>
      <w:hyperlink r:id="rId11">
        <w:r>
          <w:rPr>
            <w:color w:val="0000EE"/>
            <w:u w:val="single"/>
          </w:rPr>
          <w:t>https://www.globenewswire.com/news-release/2024/10/10/2961344/0/en/Slingshot-Transforms-Data-Into-Actionable-Insights-for-Teams-with-New-AI-Capabilities.html</w:t>
        </w:r>
      </w:hyperlink>
      <w:r>
        <w:t xml:space="preserve"> - Details the new AI capabilities of Slingshot, including automated insights, data visualization, and analytics democratization.</w:t>
      </w:r>
      <w:r/>
    </w:p>
    <w:p>
      <w:pPr>
        <w:pStyle w:val="ListNumber"/>
        <w:spacing w:line="240" w:lineRule="auto"/>
        <w:ind w:left="720"/>
      </w:pPr>
      <w:r/>
      <w:hyperlink r:id="rId11">
        <w:r>
          <w:rPr>
            <w:color w:val="0000EE"/>
            <w:u w:val="single"/>
          </w:rPr>
          <w:t>https://www.globenewswire.com/news-release/2024/10/10/2961344/0/en/Slingshot-Transforms-Data-Into-Actionable-Insights-for-Teams-with-New-AI-Capabilities.html</w:t>
        </w:r>
      </w:hyperlink>
      <w:r>
        <w:t xml:space="preserve"> - Describes how Slingshot centralizes disparate data sources and uses conversational AI to provide rapid insights.</w:t>
      </w:r>
      <w:r/>
    </w:p>
    <w:p>
      <w:pPr>
        <w:pStyle w:val="ListNumber"/>
        <w:spacing w:line="240" w:lineRule="auto"/>
        <w:ind w:left="720"/>
      </w:pPr>
      <w:r/>
      <w:hyperlink r:id="rId12">
        <w:r>
          <w:rPr>
            <w:color w:val="0000EE"/>
            <w:u w:val="single"/>
          </w:rPr>
          <w:t>https://www.kmworld.com/Articles/News/News/Slingshot-brings-data-and-business-users-closer-with-new-AI-driven-capabilities-166320.aspx</w:t>
        </w:r>
      </w:hyperlink>
      <w:r>
        <w:t xml:space="preserve"> - Highlights the challenges of capturing and acting upon large volumes of data and how Slingshot addresses these issues with its new AI-driven capabilities.</w:t>
      </w:r>
      <w:r/>
    </w:p>
    <w:p>
      <w:pPr>
        <w:pStyle w:val="ListNumber"/>
        <w:spacing w:line="240" w:lineRule="auto"/>
        <w:ind w:left="720"/>
      </w:pPr>
      <w:r/>
      <w:hyperlink r:id="rId11">
        <w:r>
          <w:rPr>
            <w:color w:val="0000EE"/>
            <w:u w:val="single"/>
          </w:rPr>
          <w:t>https://www.globenewswire.com/news-release/2024/10/10/2961344/0/en/Slingshot-Transforms-Data-Into-Actionable-Insights-for-Teams-with-New-AI-Capabilities.html</w:t>
        </w:r>
      </w:hyperlink>
      <w:r>
        <w:t xml:space="preserve"> - Explains the AI-driven analysis feature that allows teams to interact with data by posing questions in straightforward business terms.</w:t>
      </w:r>
      <w:r/>
    </w:p>
    <w:p>
      <w:pPr>
        <w:pStyle w:val="ListNumber"/>
        <w:spacing w:line="240" w:lineRule="auto"/>
        <w:ind w:left="720"/>
      </w:pPr>
      <w:r/>
      <w:hyperlink r:id="rId12">
        <w:r>
          <w:rPr>
            <w:color w:val="0000EE"/>
            <w:u w:val="single"/>
          </w:rPr>
          <w:t>https://www.kmworld.com/Articles/News/News/Slingshot-brings-data-and-business-users-closer-with-new-AI-driven-capabilities-166320.aspx</w:t>
        </w:r>
      </w:hyperlink>
      <w:r>
        <w:t xml:space="preserve"> - Describes the automated visualization function and its role in presenting data insights through trends and performance assessments.</w:t>
      </w:r>
      <w:r/>
    </w:p>
    <w:p>
      <w:pPr>
        <w:pStyle w:val="ListNumber"/>
        <w:spacing w:line="240" w:lineRule="auto"/>
        <w:ind w:left="720"/>
      </w:pPr>
      <w:r/>
      <w:hyperlink r:id="rId10">
        <w:r>
          <w:rPr>
            <w:color w:val="0000EE"/>
            <w:u w:val="single"/>
          </w:rPr>
          <w:t>https://builtin.com/articles/artifical-intelligence-efficiencies</w:t>
        </w:r>
      </w:hyperlink>
      <w:r>
        <w:t xml:space="preserve"> - Details how Slingshot promotes analytics democratization, enabling everyday business users to extract meaningful value from data without extensive analytical expertise.</w:t>
      </w:r>
      <w:r/>
    </w:p>
    <w:p>
      <w:pPr>
        <w:pStyle w:val="ListNumber"/>
        <w:spacing w:line="240" w:lineRule="auto"/>
        <w:ind w:left="720"/>
      </w:pPr>
      <w:r/>
      <w:hyperlink r:id="rId11">
        <w:r>
          <w:rPr>
            <w:color w:val="0000EE"/>
            <w:u w:val="single"/>
          </w:rPr>
          <w:t>https://www.globenewswire.com/news-release/2024/10/10/2961344/0/en/Slingshot-Transforms-Data-Into-Actionable-Insights-for-Teams-with-New-AI-Capabilities.html</w:t>
        </w:r>
      </w:hyperlink>
      <w:r>
        <w:t xml:space="preserve"> - Explains how Slingshot enhances cross-team collaboration by improving data accessibility and facilitating the summarization of discussions and extraction of action items.</w:t>
      </w:r>
      <w:r/>
    </w:p>
    <w:p>
      <w:pPr>
        <w:pStyle w:val="ListNumber"/>
        <w:spacing w:line="240" w:lineRule="auto"/>
        <w:ind w:left="720"/>
      </w:pPr>
      <w:r/>
      <w:hyperlink r:id="rId12">
        <w:r>
          <w:rPr>
            <w:color w:val="0000EE"/>
            <w:u w:val="single"/>
          </w:rPr>
          <w:t>https://www.kmworld.com/Articles/News/News/Slingshot-brings-data-and-business-users-closer-with-new-AI-driven-capabilities-166320.aspx</w:t>
        </w:r>
      </w:hyperlink>
      <w:r>
        <w:t xml:space="preserve"> - Quotes Dean Guida on the company’s commitment to integrating advanced AI foundations within businesses to improve productivity and business growth.</w:t>
      </w:r>
      <w:r/>
    </w:p>
    <w:p>
      <w:pPr>
        <w:pStyle w:val="ListNumber"/>
        <w:spacing w:line="240" w:lineRule="auto"/>
        <w:ind w:left="720"/>
      </w:pPr>
      <w:r/>
      <w:hyperlink r:id="rId13">
        <w:r>
          <w:rPr>
            <w:color w:val="0000EE"/>
            <w:u w:val="single"/>
          </w:rPr>
          <w:t>https://www.slingshotapp.io</w:t>
        </w:r>
      </w:hyperlink>
      <w:r>
        <w:t xml:space="preserve"> - Provides an overview of how Slingshot unifies data, AI, and work management to drive business growth and collaboration.</w:t>
      </w:r>
      <w:r/>
    </w:p>
    <w:p>
      <w:pPr>
        <w:pStyle w:val="ListNumber"/>
        <w:spacing w:line="240" w:lineRule="auto"/>
        <w:ind w:left="720"/>
      </w:pPr>
      <w:r/>
      <w:hyperlink r:id="rId11">
        <w:r>
          <w:rPr>
            <w:color w:val="0000EE"/>
            <w:u w:val="single"/>
          </w:rPr>
          <w:t>https://www.globenewswire.com/news-release/2024/10/10/2961344/0/en/Slingshot-Transforms-Data-Into-Actionable-Insights-for-Teams-with-New-AI-Capabilities.html</w:t>
        </w:r>
      </w:hyperlink>
      <w:r>
        <w:t xml:space="preserve"> - Describes the broader trend of leveraging AI to improve business operations and how Slingshot aligns with this trend.</w:t>
      </w:r>
      <w:r/>
    </w:p>
    <w:p>
      <w:pPr>
        <w:pStyle w:val="ListNumber"/>
        <w:spacing w:line="240" w:lineRule="auto"/>
        <w:ind w:left="720"/>
      </w:pPr>
      <w:r/>
      <w:hyperlink r:id="rId14">
        <w:r>
          <w:rPr>
            <w:color w:val="0000EE"/>
            <w:u w:val="single"/>
          </w:rPr>
          <w:t>https://www.kmworld.com/Articles/ReadArticle.aspx?ArticleID=166320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uiltin.com/articles/artifical-intelligence-efficiencies" TargetMode="External"/><Relationship Id="rId11" Type="http://schemas.openxmlformats.org/officeDocument/2006/relationships/hyperlink" Target="https://www.globenewswire.com/news-release/2024/10/10/2961344/0/en/Slingshot-Transforms-Data-Into-Actionable-Insights-for-Teams-with-New-AI-Capabilities.html" TargetMode="External"/><Relationship Id="rId12" Type="http://schemas.openxmlformats.org/officeDocument/2006/relationships/hyperlink" Target="https://www.kmworld.com/Articles/News/News/Slingshot-brings-data-and-business-users-closer-with-new-AI-driven-capabilities-166320.aspx" TargetMode="External"/><Relationship Id="rId13" Type="http://schemas.openxmlformats.org/officeDocument/2006/relationships/hyperlink" Target="https://www.slingshotapp.io" TargetMode="External"/><Relationship Id="rId14" Type="http://schemas.openxmlformats.org/officeDocument/2006/relationships/hyperlink" Target="https://www.kmworld.com/Articles/ReadArticle.aspx?ArticleID=16632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