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Specifi and Nice North America announce strategic integration to enhance builder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Specifi and Nice North America Announce Strategic Integration to Enhance Builder Services</w:t>
      </w:r>
      <w:r/>
    </w:p>
    <w:p>
      <w:r/>
      <w:r>
        <w:rPr>
          <w:b/>
        </w:rPr>
        <w:t>Belfast, Northern Ireland, September 10, 2024</w:t>
      </w:r>
      <w:r>
        <w:t xml:space="preserve"> - In a strategic move that is expected to bolster the capabilities of custom installation (CI) dealers and elevate the home technology industry’s standards, Specifi, a prominent provider of AI-powered software solutions, has announced its latest integration with Nice North America. This partnership is set to revolutionise how dealers create proposals and manage projects for smart home technology and offers innovative tools to enhance client engagement and online presence.</w:t>
      </w:r>
      <w:r/>
    </w:p>
    <w:p>
      <w:r/>
      <w:r>
        <w:t>Specifi, renowned for its marketing, project management, and proposal software, joins forces with Nice North America, a subsidiary of the global leader Nice, known for crafting intelligent solutions in residential, commercial, and industrial domains. Their technology supports seamless installation of smart home controls, security systems, perimeter access, sunshade solutions, and whole home entertainment systems.</w:t>
      </w:r>
      <w:r/>
    </w:p>
    <w:p>
      <w:r/>
      <w:r>
        <w:t>This integration builds upon Specifi's previous success in collaborations through partnerships with Snap One and Masimo Consumer Audio, heralding a new chapter for Nice dealers. Dealers will now be able to utilise Specifi’s advanced proposal creation tools, designed to improve client communications and enhance web presence via Specifi WebBuilder. This synergy between the two companies is aimed at leveraging Specifi’s Builder Tech-Marketing Solutions to foster an efficient channel for Nice's builder and integrator partners.</w:t>
      </w:r>
      <w:r/>
    </w:p>
    <w:p>
      <w:r/>
      <w:r>
        <w:t>Matthew Booth, the Founder and Managing Director of Specifi, expressed enthusiasm about the new partnership: "We are proud to partner with Nice North America, providing our users with an even more efficient way to quote their favourite Nice products in their projects. This integration will save our users time, allowing them to focus on delivering exceptional installations."</w:t>
      </w:r>
      <w:r/>
    </w:p>
    <w:p>
      <w:r/>
      <w:r>
        <w:t>Joe Lautner, Nice’s Vice President of Strategy, highlighted the integration as a boon to Nice's recognised builder programme: "Nice has an award-winning builder programme, and we are excited to help tell the story, deliver consistent messaging, and elevate the sell-through of options to new home buyers."</w:t>
      </w:r>
      <w:r/>
    </w:p>
    <w:p>
      <w:r/>
      <w:r>
        <w:t>Echoing these sentiments was Horacio Morales, Vice President of Sales at Nice North America, who remarked: "We are thrilled to join Specifi in this collaboration that shares our passion for innovation in the builder services industry. Together, we have a tremendous opportunity to drive growth, deliver cutting-edge solutions, and elevate the standard of excellence for our partners."</w:t>
      </w:r>
      <w:r/>
    </w:p>
    <w:p>
      <w:r/>
      <w:r>
        <w:t>This integration is anticipated to offer substantial benefits, notably in streamlining project design, enhancing proposal creation with stunning visuals, improving the accuracy of project quotes, and increasing the sell-through of builder program options.</w:t>
      </w:r>
      <w:r/>
    </w:p>
    <w:p>
      <w:r/>
      <w:r>
        <w:t>With this collaboration, Specifi and Nice North America aim to set new benchmarks within the home technology sector, empowering their partners to achieve greater efficacy in their engagements and providing end-users with a richer and more seamless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https://www.cepro.com/productbriefs/specifi-announces-integration-with-nice-north-america/</w:t>
        </w:r>
      </w:hyperlink>
      <w:r>
        <w:t xml:space="preserve"> - Corroborates the announcement of the integration between Specifi and Nice North America to enhance dealer proposals and project management.</w:t>
      </w:r>
      <w:r/>
    </w:p>
    <w:p>
      <w:pPr>
        <w:pStyle w:val="ListNumber"/>
        <w:spacing w:line="240" w:lineRule="auto"/>
        <w:ind w:left="720"/>
      </w:pPr>
      <w:r/>
      <w:hyperlink r:id="rId11">
        <w:r>
          <w:rPr>
            <w:color w:val="0000EE"/>
            <w:u w:val="single"/>
          </w:rPr>
          <w:t>https://www.commercialintegrator.com/news/specifi-nice-north-america-project-management/136907/</w:t>
        </w:r>
      </w:hyperlink>
      <w:r>
        <w:t xml:space="preserve"> - Details the integration's benefits, including enhanced proposal creation, client communication, and online presence through Specifi WebBuilder.</w:t>
      </w:r>
      <w:r/>
    </w:p>
    <w:p>
      <w:pPr>
        <w:pStyle w:val="ListNumber"/>
        <w:spacing w:line="240" w:lineRule="auto"/>
        <w:ind w:left="720"/>
      </w:pPr>
      <w:r/>
      <w:hyperlink r:id="rId11">
        <w:r>
          <w:rPr>
            <w:color w:val="0000EE"/>
            <w:u w:val="single"/>
          </w:rPr>
          <w:t>https://www.commercialintegrator.com/news/specifi-nice-north-america-project-management/136907/</w:t>
        </w:r>
      </w:hyperlink>
      <w:r>
        <w:t xml:space="preserve"> - Quotes from Matthew Booth, Joe Lautner, and Horacio Morales on the partnership's goals and expected outcomes.</w:t>
      </w:r>
      <w:r/>
    </w:p>
    <w:p>
      <w:pPr>
        <w:pStyle w:val="ListNumber"/>
        <w:spacing w:line="240" w:lineRule="auto"/>
        <w:ind w:left="720"/>
      </w:pPr>
      <w:r/>
      <w:hyperlink r:id="rId11">
        <w:r>
          <w:rPr>
            <w:color w:val="0000EE"/>
            <w:u w:val="single"/>
          </w:rPr>
          <w:t>https://www.commercialintegrator.com/news/specifi-nice-north-america-project-management/136907/</w:t>
        </w:r>
      </w:hyperlink>
      <w:r>
        <w:t xml:space="preserve"> - Explains how the integration leverages Specifi’s Builder Tech-Marketing Solutions for Nice's builder and integrator partners.</w:t>
      </w:r>
      <w:r/>
    </w:p>
    <w:p>
      <w:pPr>
        <w:pStyle w:val="ListNumber"/>
        <w:spacing w:line="240" w:lineRule="auto"/>
        <w:ind w:left="720"/>
      </w:pPr>
      <w:r/>
      <w:hyperlink r:id="rId12">
        <w:r>
          <w:rPr>
            <w:color w:val="0000EE"/>
            <w:u w:val="single"/>
          </w:rPr>
          <w:t>https://na.niceforyou.com/news/press-releases/nice-north-america-unveils-proav-solutions-division-ahead-of-cedia-commercial-integrator-expo/</w:t>
        </w:r>
      </w:hyperlink>
      <w:r>
        <w:t xml:space="preserve"> - Provides background on Nice North America's role in smart residential, commercial, and industrial solutions, including smart home controls and security systems.</w:t>
      </w:r>
      <w:r/>
    </w:p>
    <w:p>
      <w:pPr>
        <w:pStyle w:val="ListNumber"/>
        <w:spacing w:line="240" w:lineRule="auto"/>
        <w:ind w:left="720"/>
      </w:pPr>
      <w:r/>
      <w:hyperlink r:id="rId12">
        <w:r>
          <w:rPr>
            <w:color w:val="0000EE"/>
            <w:u w:val="single"/>
          </w:rPr>
          <w:t>https://na.niceforyou.com/news/press-releases/nice-north-america-unveils-proav-solutions-division-ahead-of-cedia-commercial-integrator-expo/</w:t>
        </w:r>
      </w:hyperlink>
      <w:r>
        <w:t xml:space="preserve"> - Details Nice North America's technology and solutions, such as perimeter access, sunshade solutions, and whole home entertainment systems.</w:t>
      </w:r>
      <w:r/>
    </w:p>
    <w:p>
      <w:pPr>
        <w:pStyle w:val="ListNumber"/>
        <w:spacing w:line="240" w:lineRule="auto"/>
        <w:ind w:left="720"/>
      </w:pPr>
      <w:r/>
      <w:hyperlink r:id="rId11">
        <w:r>
          <w:rPr>
            <w:color w:val="0000EE"/>
            <w:u w:val="single"/>
          </w:rPr>
          <w:t>https://www.commercialintegrator.com/news/specifi-nice-north-america-project-management/136907/</w:t>
        </w:r>
      </w:hyperlink>
      <w:r>
        <w:t xml:space="preserve"> - Mentions Specifi's previous successful collaborations with Snap One and Masimo Consumer Audio.</w:t>
      </w:r>
      <w:r/>
    </w:p>
    <w:p>
      <w:pPr>
        <w:pStyle w:val="ListNumber"/>
        <w:spacing w:line="240" w:lineRule="auto"/>
        <w:ind w:left="720"/>
      </w:pPr>
      <w:r/>
      <w:hyperlink r:id="rId11">
        <w:r>
          <w:rPr>
            <w:color w:val="0000EE"/>
            <w:u w:val="single"/>
          </w:rPr>
          <w:t>https://www.commercialintegrator.com/news/specifi-nice-north-america-project-management/136907/</w:t>
        </w:r>
      </w:hyperlink>
      <w:r>
        <w:t xml:space="preserve"> - Highlights the expected benefits of the integration, including streamlined project design, improved proposal creation, and increased sell-through of builder program options.</w:t>
      </w:r>
      <w:r/>
    </w:p>
    <w:p>
      <w:pPr>
        <w:pStyle w:val="ListNumber"/>
        <w:spacing w:line="240" w:lineRule="auto"/>
        <w:ind w:left="720"/>
      </w:pPr>
      <w:r/>
      <w:hyperlink r:id="rId12">
        <w:r>
          <w:rPr>
            <w:color w:val="0000EE"/>
            <w:u w:val="single"/>
          </w:rPr>
          <w:t>https://na.niceforyou.com/news/press-releases/nice-north-america-unveils-proav-solutions-division-ahead-of-cedia-commercial-integrator-expo/</w:t>
        </w:r>
      </w:hyperlink>
      <w:r>
        <w:t xml:space="preserve"> - Provides context on Nice North America's commitment to innovation and growth in the home technology sector.</w:t>
      </w:r>
      <w:r/>
    </w:p>
    <w:p>
      <w:pPr>
        <w:pStyle w:val="ListNumber"/>
        <w:spacing w:line="240" w:lineRule="auto"/>
        <w:ind w:left="720"/>
      </w:pPr>
      <w:r/>
      <w:hyperlink r:id="rId13">
        <w:r>
          <w:rPr>
            <w:color w:val="0000EE"/>
            <w:u w:val="single"/>
          </w:rPr>
          <w:t>https://www.strata-gee.com/nice-announces-pivotal-changes-in-n-a-operations-to-drive-growth/</w:t>
        </w:r>
      </w:hyperlink>
      <w:r>
        <w:t xml:space="preserve"> - Details the structural changes and leadership appointments within Nice North America aimed at driving growth and innovation.</w:t>
      </w:r>
      <w:r/>
    </w:p>
    <w:p>
      <w:pPr>
        <w:pStyle w:val="ListNumber"/>
        <w:spacing w:line="240" w:lineRule="auto"/>
        <w:ind w:left="720"/>
      </w:pPr>
      <w:r/>
      <w:hyperlink r:id="rId13">
        <w:r>
          <w:rPr>
            <w:color w:val="0000EE"/>
            <w:u w:val="single"/>
          </w:rPr>
          <w:t>https://www.strata-gee.com/nice-announces-pivotal-changes-in-n-a-operations-to-drive-growth/</w:t>
        </w:r>
      </w:hyperlink>
      <w:r>
        <w:t xml:space="preserve"> - Explains the convergence of brands under Nice North America, including ELAN, SpeakerCraft, and Panamax, to create more powerful whole home solutions.</w:t>
      </w:r>
      <w:r/>
    </w:p>
    <w:p>
      <w:pPr>
        <w:pStyle w:val="ListNumber"/>
        <w:spacing w:line="240" w:lineRule="auto"/>
        <w:ind w:left="720"/>
      </w:pPr>
      <w:r/>
      <w:hyperlink r:id="rId14">
        <w:r>
          <w:rPr>
            <w:color w:val="0000EE"/>
            <w:u w:val="single"/>
          </w:rPr>
          <w:t>https://www.ravepubs.com/specifi-partners-with-nice-north-america-to-deliver-streamlined-proposals-and-project-management-for-the-nice-builder-program/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epro.com/productbriefs/specifi-announces-integration-with-nice-north-america/" TargetMode="External"/><Relationship Id="rId11" Type="http://schemas.openxmlformats.org/officeDocument/2006/relationships/hyperlink" Target="https://www.commercialintegrator.com/news/specifi-nice-north-america-project-management/136907/" TargetMode="External"/><Relationship Id="rId12" Type="http://schemas.openxmlformats.org/officeDocument/2006/relationships/hyperlink" Target="https://na.niceforyou.com/news/press-releases/nice-north-america-unveils-proav-solutions-division-ahead-of-cedia-commercial-integrator-expo/" TargetMode="External"/><Relationship Id="rId13" Type="http://schemas.openxmlformats.org/officeDocument/2006/relationships/hyperlink" Target="https://www.strata-gee.com/nice-announces-pivotal-changes-in-n-a-operations-to-drive-growth/" TargetMode="External"/><Relationship Id="rId14" Type="http://schemas.openxmlformats.org/officeDocument/2006/relationships/hyperlink" Target="https://www.ravepubs.com/specifi-partners-with-nice-north-america-to-deliver-streamlined-proposals-and-project-management-for-the-nice-builder-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