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Tech-savvy parenting: Alexis Ohanian uses AI to engage daughter in maths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Tech-Savvy Parenting: Alexis Ohanian Uses AI to Engage Daughter in Maths</w:t>
      </w:r>
      <w:r/>
    </w:p>
    <w:p>
      <w:r/>
      <w:r>
        <w:t>In an innovative move blending technology and parenting, Alexis Ohanian, co-founder of Reddit and renowned entrepreneur, has once again demonstrated his unique approach to fatherhood. Ohanian, who is often in the spotlight for his dedication and creative parenting techniques, recently shared a glimpse into how he tackles the common challenge of getting children interested in their schoolwork.</w:t>
      </w:r>
      <w:r/>
    </w:p>
    <w:p>
      <w:r/>
      <w:r>
        <w:t>On Saturday, October 12, Ohanian posted on his Instagram account showcasing a novel method he devised to capture his daughter Olympia’s attention towards solving mathematics problems. Utilising the power of artificial intelligence, he crafted math questions centred around themes and personalities adored by his seven-year-old daughter. Among these were influential figures like Taylor Swift, Beyoncé, and Simone Biles, all of whom Olympia has expressed admiration for.</w:t>
      </w:r>
      <w:r/>
    </w:p>
    <w:p>
      <w:r/>
      <w:r>
        <w:t>The Instagram post, captioned “I used AI to create Math Problems based on JR’s Favourite Things”, highlighted how personalising educational content can transform a seemingly mundane subject into something engaging and enjoyable for young learners. This approach underscores Ohanian’s commitment to ensuring his daughter’s academic journey is both educational and entertaining.</w:t>
      </w:r>
      <w:r/>
    </w:p>
    <w:p>
      <w:r/>
      <w:r>
        <w:t>Ohanian’s approach is neither coincidental nor isolated. During an interview at the INBOUND event with podcast host Kara Swisher, his wife, Serena Williams, mentioned that their daughter has a keen interest in cultural icons, notably the American singer-songwriter Taylor Swift. Williams shared, “My daughter just turned 7. She’s not into princesses, she’s into Taylor Swift,” indicating how these personal interests feed into Ohanian’s tailored educational strategies.</w:t>
      </w:r>
      <w:r/>
    </w:p>
    <w:p>
      <w:r/>
      <w:r>
        <w:t>The influence of prominent personalities doesn't stop with Swift. Ohanian’s Instagram narrative included how watching videos of Olympian Simone Biles inspired Olympia, noting her exhilaration led to her mimicking gymnastic moves. Such moments reflect a parenting style that seeks to align learning with the child's passions.</w:t>
      </w:r>
      <w:r/>
    </w:p>
    <w:p>
      <w:r/>
      <w:r>
        <w:t>Not only does Ohanian invest in educational tools, but he also ensures quality recreational time with his daughter. In September, he and Olympia enjoyed a visit to The Griddle Cafe in Los Angeles, famed for its sizeable pancakes. His Instagram post about this outing, humorously captioned, shows a hands-on approach that balances learning with leisure, contributing to a well-rounded upbringing.</w:t>
      </w:r>
      <w:r/>
    </w:p>
    <w:p>
      <w:r/>
      <w:r>
        <w:t>Ohanian’s insights into his parenting methodology were further detailed in an interview with businessman Bobby Kim for the ‘Business Dad’ podcast in July. There, he discussed how concepts like “gentle-ish parenting” shape his interactions, emphasising dialogue over hierarchy when communicating with children. Ohanian elaborated on the evolving dynamic of his relationship with his daughters, describing it as a process of mutual growth and discovery.</w:t>
      </w:r>
      <w:r/>
    </w:p>
    <w:p>
      <w:r/>
      <w:r>
        <w:t>As a father, Ohanian’s intention to nurture his daughters, Olympia and Adira, through personalised education and shared experiences demonstrates a modern parenting style that integrates technology with empathy. Through these efforts, he not only enhances his children's learning experiences but also shows how non-traditional approaches can positively impact familial relationships.</w:t>
      </w:r>
      <w:r/>
    </w:p>
    <w:p>
      <w:r/>
      <w:r>
        <w:t>In an era where technology plays an ever-increasing role in education and parenting, Alexis Ohanian’s practices may well inspire others seeking new ways to engage with their children. The stories he shares about balancing his successful career with his responsibilities as a father illustrate a commitment to both innovation and family life, aspects that continue to captivate followers and observers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https://www.marca.com/en/tennis/2024/10/12/670ab751e2704ef2aa8b45e9.html</w:t>
        </w:r>
      </w:hyperlink>
      <w:r>
        <w:t xml:space="preserve"> - Corroborates Alexis Ohanian's use of AI to develop math problems based on his daughter Olympia's interests, including Taylor Swift and Simone Biles.</w:t>
      </w:r>
      <w:r/>
    </w:p>
    <w:p>
      <w:pPr>
        <w:pStyle w:val="ListNumber"/>
        <w:spacing w:line="240" w:lineRule="auto"/>
        <w:ind w:left="720"/>
      </w:pPr>
      <w:r/>
      <w:hyperlink r:id="rId11">
        <w:r>
          <w:rPr>
            <w:color w:val="0000EE"/>
            <w:u w:val="single"/>
          </w:rPr>
          <w:t>https://www.sportskeeda.com/tennis/news-so-far-good-serena-williams-husband-alexis-ohanian-cleverly-uses-ai-integrate-taylor-swift-beyonce-math-problems-daughter-olympia</w:t>
        </w:r>
      </w:hyperlink>
      <w:r>
        <w:t xml:space="preserve"> - Supports the information about Ohanian using AI to integrate Taylor Swift and Beyonce into math problems for his daughter Olympia.</w:t>
      </w:r>
      <w:r/>
    </w:p>
    <w:p>
      <w:pPr>
        <w:pStyle w:val="ListNumber"/>
        <w:spacing w:line="240" w:lineRule="auto"/>
        <w:ind w:left="720"/>
      </w:pPr>
      <w:r/>
      <w:hyperlink r:id="rId12">
        <w:r>
          <w:rPr>
            <w:color w:val="0000EE"/>
            <w:u w:val="single"/>
          </w:rPr>
          <w:t>https://twitter.com/MissSassbox/status/1845085156568440989</w:t>
        </w:r>
      </w:hyperlink>
      <w:r>
        <w:t xml:space="preserve"> - Confirms Ohanian's Instagram post about using AI to create math problems based on his daughter's interests.</w:t>
      </w:r>
      <w:r/>
    </w:p>
    <w:p>
      <w:pPr>
        <w:pStyle w:val="ListNumber"/>
        <w:spacing w:line="240" w:lineRule="auto"/>
        <w:ind w:left="720"/>
      </w:pPr>
      <w:r/>
      <w:hyperlink r:id="rId13">
        <w:r>
          <w:rPr>
            <w:color w:val="0000EE"/>
            <w:u w:val="single"/>
          </w:rPr>
          <w:t>https://www.threads.net/@sportskeeda_tennis/post/DBDNbZloz4O</w:t>
        </w:r>
      </w:hyperlink>
      <w:r>
        <w:t xml:space="preserve"> - Provides additional details on Ohanian's method of using AI to make math problems engaging for his daughter by incorporating her favorite personalities.</w:t>
      </w:r>
      <w:r/>
    </w:p>
    <w:p>
      <w:pPr>
        <w:pStyle w:val="ListNumber"/>
        <w:spacing w:line="240" w:lineRule="auto"/>
        <w:ind w:left="720"/>
      </w:pPr>
      <w:r/>
      <w:hyperlink r:id="rId10">
        <w:r>
          <w:rPr>
            <w:color w:val="0000EE"/>
            <w:u w:val="single"/>
          </w:rPr>
          <w:t>https://www.marca.com/en/tennis/2024/10/12/670ab751e2704ef2aa8b45e9.html</w:t>
        </w:r>
      </w:hyperlink>
      <w:r>
        <w:t xml:space="preserve"> - Mentions Serena Williams' comment at the INBOUND event about Olympia's interest in Taylor Swift and Simone Biles.</w:t>
      </w:r>
      <w:r/>
    </w:p>
    <w:p>
      <w:pPr>
        <w:pStyle w:val="ListNumber"/>
        <w:spacing w:line="240" w:lineRule="auto"/>
        <w:ind w:left="720"/>
      </w:pPr>
      <w:r/>
      <w:hyperlink r:id="rId14">
        <w:r>
          <w:rPr>
            <w:color w:val="0000EE"/>
            <w:u w:val="single"/>
          </w:rPr>
          <w:t>https://afrotech.com/serena-williams-daughters-multi-millionares/</w:t>
        </w:r>
      </w:hyperlink>
      <w:r>
        <w:t xml:space="preserve"> - Provides context on the family, including the birth of their daughters Olympia and Adira, and their involvement in various investments.</w:t>
      </w:r>
      <w:r/>
    </w:p>
    <w:p>
      <w:pPr>
        <w:pStyle w:val="ListNumber"/>
        <w:spacing w:line="240" w:lineRule="auto"/>
        <w:ind w:left="720"/>
      </w:pPr>
      <w:r/>
      <w:hyperlink r:id="rId10">
        <w:r>
          <w:rPr>
            <w:color w:val="0000EE"/>
            <w:u w:val="single"/>
          </w:rPr>
          <w:t>https://www.marca.com/en/tennis/2024/10/12/670ab751e2704ef2aa8b45e9.html</w:t>
        </w:r>
      </w:hyperlink>
      <w:r>
        <w:t xml:space="preserve"> - Details Ohanian's net worth and his background as the co-founder of Reddit, highlighting his entrepreneurial and parenting approaches.</w:t>
      </w:r>
      <w:r/>
    </w:p>
    <w:p>
      <w:pPr>
        <w:pStyle w:val="ListNumber"/>
        <w:spacing w:line="240" w:lineRule="auto"/>
        <w:ind w:left="720"/>
      </w:pPr>
      <w:r/>
      <w:hyperlink r:id="rId11">
        <w:r>
          <w:rPr>
            <w:color w:val="0000EE"/>
            <w:u w:val="single"/>
          </w:rPr>
          <w:t>https://www.sportskeeda.com/tennis/news-so-far-good-serena-williams-husband-alexis-ohanian-cleverly-uses-ai-integrate-taylor-swift-beyonce-math-problems-daughter-olympia</w:t>
        </w:r>
      </w:hyperlink>
      <w:r>
        <w:t xml:space="preserve"> - Supports the idea that Ohanian’s approach to parenting involves balancing learning with leisure activities, such as visiting The Griddle Cafe.</w:t>
      </w:r>
      <w:r/>
    </w:p>
    <w:p>
      <w:pPr>
        <w:pStyle w:val="ListNumber"/>
        <w:spacing w:line="240" w:lineRule="auto"/>
        <w:ind w:left="720"/>
      </w:pPr>
      <w:r/>
      <w:hyperlink r:id="rId10">
        <w:r>
          <w:rPr>
            <w:color w:val="0000EE"/>
            <w:u w:val="single"/>
          </w:rPr>
          <w:t>https://www.marca.com/en/tennis/2024/10/12/670ab751e2704ef2aa8b45e9.html</w:t>
        </w:r>
      </w:hyperlink>
      <w:r>
        <w:t xml:space="preserve"> - Explains Ohanian’s parenting style, including his use of ‘gentle-ish parenting’ and the emphasis on dialogue over hierarchy in communicating with his daughters.</w:t>
      </w:r>
      <w:r/>
    </w:p>
    <w:p>
      <w:pPr>
        <w:pStyle w:val="ListNumber"/>
        <w:spacing w:line="240" w:lineRule="auto"/>
        <w:ind w:left="720"/>
      </w:pPr>
      <w:r/>
      <w:hyperlink r:id="rId14">
        <w:r>
          <w:rPr>
            <w:color w:val="0000EE"/>
            <w:u w:val="single"/>
          </w:rPr>
          <w:t>https://afrotech.com/serena-williams-daughters-multi-millionares/</w:t>
        </w:r>
      </w:hyperlink>
      <w:r>
        <w:t xml:space="preserve"> - Corroborates the information about Ohanian’s commitment to his daughters’ futures, including their involvement in professional sports teams and financial investments.</w:t>
      </w:r>
      <w:r/>
    </w:p>
    <w:p>
      <w:pPr>
        <w:pStyle w:val="ListNumber"/>
        <w:spacing w:line="240" w:lineRule="auto"/>
        <w:ind w:left="720"/>
      </w:pPr>
      <w:r/>
      <w:hyperlink r:id="rId11">
        <w:r>
          <w:rPr>
            <w:color w:val="0000EE"/>
            <w:u w:val="single"/>
          </w:rPr>
          <w:t>https://www.sportskeeda.com/tennis/news-so-far-good-serena-williams-husband-alexis-ohanian-cleverly-uses-ai-integrate-taylor-swift-beyonce-math-problems-daughter-olympia</w:t>
        </w:r>
      </w:hyperlink>
      <w:r>
        <w:t xml:space="preserve"> - Highlights Ohanian’s innovative and non-traditional parenting methods that integrate technology and empathy to enhance his children’s learning experiences.</w:t>
      </w:r>
      <w:r/>
    </w:p>
    <w:p>
      <w:pPr>
        <w:pStyle w:val="ListNumber"/>
        <w:spacing w:line="240" w:lineRule="auto"/>
        <w:ind w:left="720"/>
      </w:pPr>
      <w:r/>
      <w:hyperlink r:id="rId15">
        <w:r>
          <w:rPr>
            <w:color w:val="0000EE"/>
            <w:u w:val="single"/>
          </w:rPr>
          <w:t>https://www.essentiallysports.com/wta-tennis-news-serena-williams-husband-alexis-ohanian-put-multi-billion-dollar-brain-to-good-effect-for-daughter-olympia-as-ai-witnesses-unexpected-twist/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ca.com/en/tennis/2024/10/12/670ab751e2704ef2aa8b45e9.html" TargetMode="External"/><Relationship Id="rId11" Type="http://schemas.openxmlformats.org/officeDocument/2006/relationships/hyperlink" Target="https://www.sportskeeda.com/tennis/news-so-far-good-serena-williams-husband-alexis-ohanian-cleverly-uses-ai-integrate-taylor-swift-beyonce-math-problems-daughter-olympia" TargetMode="External"/><Relationship Id="rId12" Type="http://schemas.openxmlformats.org/officeDocument/2006/relationships/hyperlink" Target="https://twitter.com/MissSassbox/status/1845085156568440989" TargetMode="External"/><Relationship Id="rId13" Type="http://schemas.openxmlformats.org/officeDocument/2006/relationships/hyperlink" Target="https://www.threads.net/@sportskeeda_tennis/post/DBDNbZloz4O" TargetMode="External"/><Relationship Id="rId14" Type="http://schemas.openxmlformats.org/officeDocument/2006/relationships/hyperlink" Target="https://afrotech.com/serena-williams-daughters-multi-millionares/" TargetMode="External"/><Relationship Id="rId15" Type="http://schemas.openxmlformats.org/officeDocument/2006/relationships/hyperlink" Target="https://www.essentiallysports.com/wta-tennis-news-serena-williams-husband-alexis-ohanian-put-multi-billion-dollar-brain-to-good-effect-for-daughter-olympia-as-ai-witnesses-unexpected-tw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