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Tensions escalate as North Korea warns of nuclear retaliation amid military drills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Tensions Escalate as North Korea Warns of Nuclear Retaliation Amid Military Drills</w:t>
      </w:r>
      <w:r/>
    </w:p>
    <w:p>
      <w:r/>
      <w:r>
        <w:t>In a significant show of military posturing, North Korean troops recently engaged in training exercises at a Korean People’s Army base located in the nation's western region. This exercise was part of the special operations forces' routine, underlining the country's focus on maintaining and showcasing its military capabilities. The exercise gained international attention following a stern warning from North Korean leader Kim Jong Un, who declared that his nation would not hesitate to use nuclear weapons in retaliation if its territory were to be attacked by the United States and South Korea.</w:t>
      </w:r>
      <w:r/>
    </w:p>
    <w:p>
      <w:r/>
      <w:r>
        <w:t>These developments contribute to the longstanding tensions in the Korean Peninsula, where diplomatic efforts for peace have often been overshadowed by military threats and displays of force. Kim Jong Un's statement comes as a reminder of the volatile security dynamics in the region, especially considering North Korea’s pursuit of advanced nuclear capabilities.</w:t>
      </w:r>
      <w:r/>
    </w:p>
    <w:p>
      <w:r/>
      <w:r>
        <w:t>The military exercises and Kim's pronouncements are part and parcel of North Korea's broader strategic efforts, promoting a narrative of military readiness and deterrence against perceived external threats. The situation continues to be closely monitored by neighbouring countries and international stakeholders, committed to maintaining regional stability and security.</w:t>
      </w:r>
      <w:r/>
    </w:p>
    <w:p>
      <w:r/>
      <w:r>
        <w:rPr>
          <w:b/>
        </w:rPr>
        <w:t>North Carolina Grapples with Aftermath of Hurricane Helene</w:t>
      </w:r>
      <w:r/>
    </w:p>
    <w:p>
      <w:r/>
      <w:r>
        <w:t>Meanwhile, across the globe in the United States, communities in North Carolina have been undergoing extensive cleanup operations following the devastation brought by Hurricane Helene. The hurricane, which struck over a week ago, resulted in significant flooding, particularly impacting towns such as Marshall. Situated beside the French Broad River, Marshall was inundated with mud and debris, creating challenging living conditions and complicating recovery efforts.</w:t>
      </w:r>
      <w:r/>
    </w:p>
    <w:p>
      <w:r/>
      <w:r>
        <w:t>State and local authorities, alongside residents and support teams, have been tirelessly working to clear the thick mud that enveloped the region. The cleanup operations involve not only removing debris but also addressing the infrastructure damage caused by the swelling river waters. Reporting from the scene, CBS News national correspondent Manuel Bojorquez highlighted the efforts and resilience of the community amidst this natural disaster.</w:t>
      </w:r>
      <w:r/>
    </w:p>
    <w:p>
      <w:r/>
      <w:r>
        <w:t>Hurricanes like Helene are not uncommon in this part of the United States, often leaving a path of destruction that necessitates substantial recovery efforts. The current situation in North Carolina underscores the ongoing challenge of disaster response and recovery in areas vulnerable to such extreme weather events. While the cleanup continues, the affected communities remain focused on restoring normalcy and rebuilding in the wake of the hurricane's impact.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https://www.rfa.org/english/news/korea/north-korea-nuclear-weapon-use-10042024000138.html</w:t>
        </w:r>
      </w:hyperlink>
      <w:r>
        <w:t xml:space="preserve"> - Corroborates Kim Jong Un's warning that North Korea would use nuclear weapons if its territory was attacked by the United States and South Korea.</w:t>
      </w:r>
      <w:r/>
    </w:p>
    <w:p>
      <w:pPr>
        <w:pStyle w:val="ListNumber"/>
        <w:spacing w:line="240" w:lineRule="auto"/>
        <w:ind w:left="720"/>
      </w:pPr>
      <w:r/>
      <w:hyperlink r:id="rId11">
        <w:r>
          <w:rPr>
            <w:color w:val="0000EE"/>
            <w:u w:val="single"/>
          </w:rPr>
          <w:t>https://www.cbsnews.com/news/north-korea-kim-jong-un-us-missile-tests-threat-nuclear-war/</w:t>
        </w:r>
      </w:hyperlink>
      <w:r>
        <w:t xml:space="preserve"> - Supports the information on North Korea's military posturing and Kim Jong Un's orders to 'thoroughly annihilate' the United States and South Korea if provoked.</w:t>
      </w:r>
      <w:r/>
    </w:p>
    <w:p>
      <w:pPr>
        <w:pStyle w:val="ListNumber"/>
        <w:spacing w:line="240" w:lineRule="auto"/>
        <w:ind w:left="720"/>
      </w:pPr>
      <w:r/>
      <w:hyperlink r:id="rId12">
        <w:r>
          <w:rPr>
            <w:color w:val="0000EE"/>
            <w:u w:val="single"/>
          </w:rPr>
          <w:t>https://www.newsweek.com/north-korea-kim-jong-un-threatens-nuclear-weapons-against-south-1963820</w:t>
        </w:r>
      </w:hyperlink>
      <w:r>
        <w:t xml:space="preserve"> - Confirms Kim Jong Un's threat of nuclear retaliation against South Korea following remarks by South Korean President Yoon Suk-yeol.</w:t>
      </w:r>
      <w:r/>
    </w:p>
    <w:p>
      <w:pPr>
        <w:pStyle w:val="ListNumber"/>
        <w:spacing w:line="240" w:lineRule="auto"/>
        <w:ind w:left="720"/>
      </w:pPr>
      <w:r/>
      <w:hyperlink r:id="rId13">
        <w:r>
          <w:rPr>
            <w:color w:val="0000EE"/>
            <w:u w:val="single"/>
          </w:rPr>
          <w:t>https://www.npr.org/2024/04/23/1246547124/north-korea-kim-jong-un-rocket-drills-simulate-nuclear-counterattack</w:t>
        </w:r>
      </w:hyperlink>
      <w:r>
        <w:t xml:space="preserve"> - Details the military exercises led by Kim Jong Un, including the simulation of a nuclear counterattack using 'super-large' multiple rocket launchers.</w:t>
      </w:r>
      <w:r/>
    </w:p>
    <w:p>
      <w:pPr>
        <w:pStyle w:val="ListNumber"/>
        <w:spacing w:line="240" w:lineRule="auto"/>
        <w:ind w:left="720"/>
      </w:pPr>
      <w:r/>
      <w:hyperlink r:id="rId10">
        <w:r>
          <w:rPr>
            <w:color w:val="0000EE"/>
            <w:u w:val="single"/>
          </w:rPr>
          <w:t>https://www.rfa.org/english/news/korea/north-korea-nuclear-weapon-use-10042024000138.html</w:t>
        </w:r>
      </w:hyperlink>
      <w:r>
        <w:t xml:space="preserve"> - Provides context on the Hyunmoo-5 missile showcased by South Korea and North Korea's response to it, highlighting the military readiness and deterrence efforts.</w:t>
      </w:r>
      <w:r/>
    </w:p>
    <w:p>
      <w:pPr>
        <w:pStyle w:val="ListNumber"/>
        <w:spacing w:line="240" w:lineRule="auto"/>
        <w:ind w:left="720"/>
      </w:pPr>
      <w:r/>
      <w:hyperlink r:id="rId11">
        <w:r>
          <w:rPr>
            <w:color w:val="0000EE"/>
            <w:u w:val="single"/>
          </w:rPr>
          <w:t>https://www.cbsnews.com/news/north-korea-kim-jong-un-us-missile-tests-threat-nuclear-war/</w:t>
        </w:r>
      </w:hyperlink>
      <w:r>
        <w:t xml:space="preserve"> - Discusses North Korea's pursuit of advanced nuclear capabilities and the country's broader strategic efforts in military readiness and deterrence.</w:t>
      </w:r>
      <w:r/>
    </w:p>
    <w:p>
      <w:pPr>
        <w:pStyle w:val="ListNumber"/>
        <w:spacing w:line="240" w:lineRule="auto"/>
        <w:ind w:left="720"/>
      </w:pPr>
      <w:r/>
      <w:hyperlink r:id="rId13">
        <w:r>
          <w:rPr>
            <w:color w:val="0000EE"/>
            <w:u w:val="single"/>
          </w:rPr>
          <w:t>https://www.npr.org/2024/04/23/1246547124/north-korea-kim-jong-un-rocket-drills-simulate-nuclear-counterattack</w:t>
        </w:r>
      </w:hyperlink>
      <w:r>
        <w:t xml:space="preserve"> - Explains the international monitoring of North Korea's military activities and the commitment to maintaining regional stability and security.</w:t>
      </w:r>
      <w:r/>
    </w:p>
    <w:p>
      <w:pPr>
        <w:pStyle w:val="ListNumber"/>
        <w:spacing w:line="240" w:lineRule="auto"/>
        <w:ind w:left="720"/>
      </w:pPr>
      <w:r/>
      <w:hyperlink r:id="rId14">
        <w:r>
          <w:rPr>
            <w:color w:val="0000EE"/>
            <w:u w:val="single"/>
          </w:rPr>
          <w:t>https://www.apnews.com/article/south-korea-us-military-drills-north-korea-nuclear-d51ada6ac429757378322f8dcd209b15</w:t>
        </w:r>
      </w:hyperlink>
      <w:r>
        <w:t xml:space="preserve"> - Details the upcoming summer military drills between South Korea and the United States, which may provoke a response from North Korea.</w:t>
      </w:r>
      <w:r/>
    </w:p>
    <w:p>
      <w:pPr>
        <w:pStyle w:val="ListNumber"/>
        <w:spacing w:line="240" w:lineRule="auto"/>
        <w:ind w:left="720"/>
      </w:pPr>
      <w:r/>
      <w:hyperlink r:id="rId11">
        <w:r>
          <w:rPr>
            <w:color w:val="0000EE"/>
            <w:u w:val="single"/>
          </w:rPr>
          <w:t>https://www.cbsnews.com/news/north-korea-kim-jong-un-us-missile-tests-threat-nuclear-war/</w:t>
        </w:r>
      </w:hyperlink>
      <w:r>
        <w:t xml:space="preserve"> - Mentions North Korea's recent satellite launches and missile tests, contributing to the escalating tensions in the region.</w:t>
      </w:r>
      <w:r/>
    </w:p>
    <w:p>
      <w:pPr>
        <w:pStyle w:val="ListNumber"/>
        <w:spacing w:line="240" w:lineRule="auto"/>
        <w:ind w:left="720"/>
      </w:pPr>
      <w:r/>
      <w:hyperlink r:id="rId12">
        <w:r>
          <w:rPr>
            <w:color w:val="0000EE"/>
            <w:u w:val="single"/>
          </w:rPr>
          <w:t>https://www.newsweek.com/north-korea-kim-jong-un-threatens-nuclear-weapons-against-south-1963820</w:t>
        </w:r>
      </w:hyperlink>
      <w:r>
        <w:t xml:space="preserve"> - Highlights the revision of North Korea's constitution to designate Seoul as its primary adversary and the potential for further escalation in tensions.</w:t>
      </w:r>
      <w:r/>
    </w:p>
    <w:p>
      <w:pPr>
        <w:pStyle w:val="ListNumber"/>
        <w:spacing w:line="240" w:lineRule="auto"/>
        <w:ind w:left="720"/>
      </w:pPr>
      <w:r/>
      <w:hyperlink r:id="rId13">
        <w:r>
          <w:rPr>
            <w:color w:val="0000EE"/>
            <w:u w:val="single"/>
          </w:rPr>
          <w:t>https://www.npr.org/2024/04/23/1246547124/north-korea-kim-jong-un-rocket-drills-simulate-nuclear-counterattack</w:t>
        </w:r>
      </w:hyperlink>
      <w:r>
        <w:t xml:space="preserve"> - Discusses North Korea's cooperation with Russia and the potential export of military technology, adding to the regional security concerns.</w:t>
      </w:r>
      <w:r/>
    </w:p>
    <w:p>
      <w:pPr>
        <w:pStyle w:val="ListNumber"/>
        <w:spacing w:line="240" w:lineRule="auto"/>
        <w:ind w:left="720"/>
      </w:pPr>
      <w:r/>
      <w:hyperlink r:id="rId15">
        <w:r>
          <w:rPr>
            <w:color w:val="0000EE"/>
            <w:u w:val="single"/>
          </w:rPr>
          <w:t>https://www.theguardian.com/news/gallery/2024/oct/04/elephant-calves-and-golf-dogs-photos-of-the-day-friday</w:t>
        </w:r>
      </w:hyperlink>
      <w:r>
        <w:t xml:space="preserve"> - Please view link - unable to able to access data</w:t>
      </w:r>
      <w:r/>
    </w:p>
    <w:p>
      <w:pPr>
        <w:pStyle w:val="ListNumber"/>
        <w:spacing w:line="240" w:lineRule="auto"/>
        <w:ind w:left="720"/>
      </w:pPr>
      <w:r/>
      <w:hyperlink r:id="rId16">
        <w:r>
          <w:rPr>
            <w:color w:val="0000EE"/>
            <w:u w:val="single"/>
          </w:rPr>
          <w:t>https://www.cbsnews.com/video/north-carolinas-massive-cleanup-efforts-underway-more-week-helene/</w:t>
        </w:r>
      </w:hyperlink>
      <w:r>
        <w:t xml:space="preserve"> - Please view link - unable to able to access data</w:t>
      </w:r>
      <w:r/>
    </w:p>
    <w:p>
      <w:pPr>
        <w:pStyle w:val="ListNumber"/>
        <w:spacing w:line="240" w:lineRule="auto"/>
        <w:ind w:left="720"/>
      </w:pPr>
      <w:r/>
      <w:hyperlink r:id="rId17">
        <w:r>
          <w:rPr>
            <w:color w:val="0000EE"/>
            <w:u w:val="single"/>
          </w:rPr>
          <w:t>https://www.tribuneledgernews.com/local_news/coed-launches-ai-powered-guide-to-help-cherokee-county-businesses/article_2076489c-81d0-11ef-a6e0-e77ce028bbbc.html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fa.org/english/news/korea/north-korea-nuclear-weapon-use-10042024000138.html" TargetMode="External"/><Relationship Id="rId11" Type="http://schemas.openxmlformats.org/officeDocument/2006/relationships/hyperlink" Target="https://www.cbsnews.com/news/north-korea-kim-jong-un-us-missile-tests-threat-nuclear-war/" TargetMode="External"/><Relationship Id="rId12" Type="http://schemas.openxmlformats.org/officeDocument/2006/relationships/hyperlink" Target="https://www.newsweek.com/north-korea-kim-jong-un-threatens-nuclear-weapons-against-south-1963820" TargetMode="External"/><Relationship Id="rId13" Type="http://schemas.openxmlformats.org/officeDocument/2006/relationships/hyperlink" Target="https://www.npr.org/2024/04/23/1246547124/north-korea-kim-jong-un-rocket-drills-simulate-nuclear-counterattack" TargetMode="External"/><Relationship Id="rId14" Type="http://schemas.openxmlformats.org/officeDocument/2006/relationships/hyperlink" Target="https://www.apnews.com/article/south-korea-us-military-drills-north-korea-nuclear-d51ada6ac429757378322f8dcd209b15" TargetMode="External"/><Relationship Id="rId15" Type="http://schemas.openxmlformats.org/officeDocument/2006/relationships/hyperlink" Target="https://www.theguardian.com/news/gallery/2024/oct/04/elephant-calves-and-golf-dogs-photos-of-the-day-friday" TargetMode="External"/><Relationship Id="rId16" Type="http://schemas.openxmlformats.org/officeDocument/2006/relationships/hyperlink" Target="https://www.cbsnews.com/video/north-carolinas-massive-cleanup-efforts-underway-more-week-helene/" TargetMode="External"/><Relationship Id="rId17" Type="http://schemas.openxmlformats.org/officeDocument/2006/relationships/hyperlink" Target="https://www.tribuneledgernews.com/local_news/coed-launches-ai-powered-guide-to-help-cherokee-county-businesses/article_2076489c-81d0-11ef-a6e0-e77ce028bbb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