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Tesla's 'We, Robot' event stuns attendees with human-like interactions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Tesla's 'We, Robot' Event Stuns Attendees with Human-Like Interactions</w:t>
      </w:r>
      <w:r/>
    </w:p>
    <w:p>
      <w:r/>
      <w:r>
        <w:t>Los Angeles, California - Tesla CEO Elon Musk unveiled the latest advancements in robotics with the presentation of the company's Optimus humanoid robots at the 'We, Robot' event last Thursday. The event showcased these cutting-edge machines, priced at $30,000 each, designed to assist with a variety of household tasks.</w:t>
      </w:r>
      <w:r/>
    </w:p>
    <w:p>
      <w:r/>
      <w:r>
        <w:t>One of the highlights of the event was an unexpected interaction between a Tesla Optimus robot and a man on the street, captured in a video posted by Tesla Owners Silicon Valley. During this exchange, the man posed a thought-provoking question to the robot, asking, "What is the hardest thing about being a robot?" The robot's response was both eerie and thought-provoking: "Trying to learn how to be as human as you guys are, and that is something I try harder every day and hope that will help us become better."</w:t>
      </w:r>
      <w:r/>
    </w:p>
    <w:p>
      <w:r/>
      <w:r>
        <w:t>This chilling interaction quickly became the sensation of the event, with social media users drawing comparisons to scenes from dystopian films and television shows. Some viewers expressed admiration for the technological achievement, while others voiced concerns about the implications of robots aspiring to human-like qualities. Comments ranged from awe to apprehension, with one commenter stating, "Cool technology but, just because we can doesn’t mean we should," and another expressing, "Insanity, humanity is in danger with this."</w:t>
      </w:r>
      <w:r/>
    </w:p>
    <w:p>
      <w:r/>
      <w:r>
        <w:t>Adding to the futuristic atmosphere, Tesla's Optimus robots performed various roles at the event, including one which entertained attendees by bartending. Adorned in a cowboy hat, bowtie, and suspenders, it poured drinks for patrons, surprising many with its capabilities. The event also featured a demonstration of the robots performing household chores like retrieving the mail, promising future usefulness beyond just party tricks.</w:t>
      </w:r>
      <w:r/>
    </w:p>
    <w:p>
      <w:r/>
      <w:r>
        <w:t>Musk further excited the audience with footage of the robots stiffly marching in single file across the stage, demonstrating their evolving mobility. Being aware of their versatility, Musk mentioned that the Optimus robots can operate autonomously to perform tasks such as walking dogs, mowing lawns, and acquiring groceries. He envisions a future where consumers can purchase an Optimus robot for between $20,000 to $30,000.</w:t>
      </w:r>
      <w:r/>
    </w:p>
    <w:p>
      <w:r/>
      <w:r>
        <w:t>The event's setting, which also previewed Tesla’s driverless Robotaxi—a vehicle notably missing a steering wheel, pedals, or rear window—was a nod to the tech-forward vision Musk is pioneering. This innovation in public transportation showcases Tesla's commitment to a future where autonomous technology is integrated seamlessly into everyday life.</w:t>
      </w:r>
      <w:r/>
    </w:p>
    <w:p>
      <w:r/>
      <w:r>
        <w:t>As attendees mingled, many were captivated by the overall display of technology, yet a divide remained among viewers on the implications of these advancements. While some marvelled at the Optimus robot's capabilities without the anticipated digital gratuity request, others critiqued it as a "well-designed puppet."</w:t>
      </w:r>
      <w:r/>
    </w:p>
    <w:p>
      <w:r/>
      <w:r>
        <w:t>Elon Musk's 'We, Robot' event highlighted both Tesla's ambitions in the realm of robotics and the broader societal conversations it necessitates. The world watches closely as Tesla continues to push the boundaries of artificial intelligence and automation, setting the stage for a future where the line between human and machine becomes increasingly blurred.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https://www.theverge.com/2024/10/10/24267225/tesla-robotaxi-optimus-we-robot</w:t>
        </w:r>
      </w:hyperlink>
      <w:r>
        <w:t xml:space="preserve"> - Corroborates the unveiling of Tesla's Optimus robots and their capabilities, including serving beverages and performing everyday tasks.</w:t>
      </w:r>
      <w:r/>
    </w:p>
    <w:p>
      <w:pPr>
        <w:pStyle w:val="ListNumber"/>
        <w:spacing w:line="240" w:lineRule="auto"/>
        <w:ind w:left="720"/>
      </w:pPr>
      <w:r/>
      <w:hyperlink r:id="rId11">
        <w:r>
          <w:rPr>
            <w:color w:val="0000EE"/>
            <w:u w:val="single"/>
          </w:rPr>
          <w:t>https://www.youtube.com/watch?v=Mu-eK72ioDk</w:t>
        </w:r>
      </w:hyperlink>
      <w:r>
        <w:t xml:space="preserve"> - Provides details on the 'We, Robot' event, including the reveal of Optimus robots and their interactions with attendees.</w:t>
      </w:r>
      <w:r/>
    </w:p>
    <w:p>
      <w:pPr>
        <w:pStyle w:val="ListNumber"/>
        <w:spacing w:line="240" w:lineRule="auto"/>
        <w:ind w:left="720"/>
      </w:pPr>
      <w:r/>
      <w:hyperlink r:id="rId12">
        <w:r>
          <w:rPr>
            <w:color w:val="0000EE"/>
            <w:u w:val="single"/>
          </w:rPr>
          <w:t>https://www.youtube.com/watch?v=qSrZBqINi1k</w:t>
        </w:r>
      </w:hyperlink>
      <w:r>
        <w:t xml:space="preserve"> - Describes the demonstrations of Optimus robots at the event, including their ability to perform tasks without supports and interact with attendees.</w:t>
      </w:r>
      <w:r/>
    </w:p>
    <w:p>
      <w:pPr>
        <w:pStyle w:val="ListNumber"/>
        <w:spacing w:line="240" w:lineRule="auto"/>
        <w:ind w:left="720"/>
      </w:pPr>
      <w:r/>
      <w:hyperlink r:id="rId13">
        <w:r>
          <w:rPr>
            <w:color w:val="0000EE"/>
            <w:u w:val="single"/>
          </w:rPr>
          <w:t>https://www.youtube.com/watch?v=pvpUdXT7neg</w:t>
        </w:r>
      </w:hyperlink>
      <w:r>
        <w:t xml:space="preserve"> - Summarizes the 'We, Robot' event, highlighting the Optimus robot's potential to perform various household tasks and its projected price range.</w:t>
      </w:r>
      <w:r/>
    </w:p>
    <w:p>
      <w:pPr>
        <w:pStyle w:val="ListNumber"/>
        <w:spacing w:line="240" w:lineRule="auto"/>
        <w:ind w:left="720"/>
      </w:pPr>
      <w:r/>
      <w:hyperlink r:id="rId13">
        <w:r>
          <w:rPr>
            <w:color w:val="0000EE"/>
            <w:u w:val="single"/>
          </w:rPr>
          <w:t>https://www.youtube.com/watch?v=pvpUdXT7neg</w:t>
        </w:r>
      </w:hyperlink>
      <w:r>
        <w:t xml:space="preserve"> - Mentions Elon Musk's vision for the Optimus robot, including its potential to be a personal assistant and the estimated cost at scale.</w:t>
      </w:r>
      <w:r/>
    </w:p>
    <w:p>
      <w:pPr>
        <w:pStyle w:val="ListNumber"/>
        <w:spacing w:line="240" w:lineRule="auto"/>
        <w:ind w:left="720"/>
      </w:pPr>
      <w:r/>
      <w:hyperlink r:id="rId10">
        <w:r>
          <w:rPr>
            <w:color w:val="0000EE"/>
            <w:u w:val="single"/>
          </w:rPr>
          <w:t>https://www.theverge.com/2024/10/10/24267225/tesla-robotaxi-optimus-we-robot</w:t>
        </w:r>
      </w:hyperlink>
      <w:r>
        <w:t xml:space="preserve"> - Discusses the future availability of Optimus robots, with Musk mentioning they might be available for purchase by the end of next year.</w:t>
      </w:r>
      <w:r/>
    </w:p>
    <w:p>
      <w:pPr>
        <w:pStyle w:val="ListNumber"/>
        <w:spacing w:line="240" w:lineRule="auto"/>
        <w:ind w:left="720"/>
      </w:pPr>
      <w:r/>
      <w:hyperlink r:id="rId12">
        <w:r>
          <w:rPr>
            <w:color w:val="0000EE"/>
            <w:u w:val="single"/>
          </w:rPr>
          <w:t>https://www.youtube.com/watch?v=qSrZBqINi1k</w:t>
        </w:r>
      </w:hyperlink>
      <w:r>
        <w:t xml:space="preserve"> - Details the interactive roles of Optimus robots at the event, such as bartending and playing games with attendees.</w:t>
      </w:r>
      <w:r/>
    </w:p>
    <w:p>
      <w:pPr>
        <w:pStyle w:val="ListNumber"/>
        <w:spacing w:line="240" w:lineRule="auto"/>
        <w:ind w:left="720"/>
      </w:pPr>
      <w:r/>
      <w:hyperlink r:id="rId11">
        <w:r>
          <w:rPr>
            <w:color w:val="0000EE"/>
            <w:u w:val="single"/>
          </w:rPr>
          <w:t>https://www.youtube.com/watch?v=Mu-eK72ioDk</w:t>
        </w:r>
      </w:hyperlink>
      <w:r>
        <w:t xml:space="preserve"> - Shows the unveiling of Tesla’s driverless Robotaxi and Robovan, highlighting the integration of autonomous technology into everyday life.</w:t>
      </w:r>
      <w:r/>
    </w:p>
    <w:p>
      <w:pPr>
        <w:pStyle w:val="ListNumber"/>
        <w:spacing w:line="240" w:lineRule="auto"/>
        <w:ind w:left="720"/>
      </w:pPr>
      <w:r/>
      <w:hyperlink r:id="rId13">
        <w:r>
          <w:rPr>
            <w:color w:val="0000EE"/>
            <w:u w:val="single"/>
          </w:rPr>
          <w:t>https://www.youtube.com/watch?v=pvpUdXT7neg</w:t>
        </w:r>
      </w:hyperlink>
      <w:r>
        <w:t xml:space="preserve"> - Explains the setting of the event, which included demonstrations of Tesla’s autonomous vehicles and the futuristic vision of Musk.</w:t>
      </w:r>
      <w:r/>
    </w:p>
    <w:p>
      <w:pPr>
        <w:pStyle w:val="ListNumber"/>
        <w:spacing w:line="240" w:lineRule="auto"/>
        <w:ind w:left="720"/>
      </w:pPr>
      <w:r/>
      <w:hyperlink r:id="rId14">
        <w:r>
          <w:rPr>
            <w:color w:val="0000EE"/>
            <w:u w:val="single"/>
          </w:rPr>
          <w:t>https://venturebeat.com/ai/teslas-big-we-robot-event-criticized-for-parlor-tricks-and-vague-timelines-for-robots-cybercab-robovan/</w:t>
        </w:r>
      </w:hyperlink>
      <w:r>
        <w:t xml:space="preserve"> - Addresses the criticism that the Optimus robots were teleoperated rather than fully autonomous, raising questions about Tesla's AI advancements.</w:t>
      </w:r>
      <w:r/>
    </w:p>
    <w:p>
      <w:pPr>
        <w:pStyle w:val="ListNumber"/>
        <w:spacing w:line="240" w:lineRule="auto"/>
        <w:ind w:left="720"/>
      </w:pPr>
      <w:r/>
      <w:hyperlink r:id="rId14">
        <w:r>
          <w:rPr>
            <w:color w:val="0000EE"/>
            <w:u w:val="single"/>
          </w:rPr>
          <w:t>https://venturebeat.com/ai/teslas-big-we-robot-event-criticized-for-parlor-tricks-and-vague-timelines-for-robots-cybercab-robovan/</w:t>
        </w:r>
      </w:hyperlink>
      <w:r>
        <w:t xml:space="preserve"> - Discusses the societal implications and mixed reactions to the Optimus robots, including concerns and admiration for the technology.</w:t>
      </w:r>
      <w:r/>
    </w:p>
    <w:p>
      <w:pPr>
        <w:pStyle w:val="ListNumber"/>
        <w:spacing w:line="240" w:lineRule="auto"/>
        <w:ind w:left="720"/>
      </w:pPr>
      <w:r/>
      <w:hyperlink r:id="rId15">
        <w:r>
          <w:rPr>
            <w:color w:val="0000EE"/>
            <w:u w:val="single"/>
          </w:rPr>
          <w:t>https://www.dailymail.co.uk/news/article-13953479/tesla-robot-optimus-creepy-exchange-elon-musk.html?ns_mchannel=rss&amp;ns_campaign=1490&amp;ito=1490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verge.com/2024/10/10/24267225/tesla-robotaxi-optimus-we-robot" TargetMode="External"/><Relationship Id="rId11" Type="http://schemas.openxmlformats.org/officeDocument/2006/relationships/hyperlink" Target="https://www.youtube.com/watch?v=Mu-eK72ioDk" TargetMode="External"/><Relationship Id="rId12" Type="http://schemas.openxmlformats.org/officeDocument/2006/relationships/hyperlink" Target="https://www.youtube.com/watch?v=qSrZBqINi1k" TargetMode="External"/><Relationship Id="rId13" Type="http://schemas.openxmlformats.org/officeDocument/2006/relationships/hyperlink" Target="https://www.youtube.com/watch?v=pvpUdXT7neg" TargetMode="External"/><Relationship Id="rId14" Type="http://schemas.openxmlformats.org/officeDocument/2006/relationships/hyperlink" Target="https://venturebeat.com/ai/teslas-big-we-robot-event-criticized-for-parlor-tricks-and-vague-timelines-for-robots-cybercab-robovan/" TargetMode="External"/><Relationship Id="rId15" Type="http://schemas.openxmlformats.org/officeDocument/2006/relationships/hyperlink" Target="https://www.dailymail.co.uk/news/article-13953479/tesla-robot-optimus-creepy-exchange-elon-musk.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