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Tesla unveils humanoid robot Optimus at 'We, Robot' event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Tesla, led by CEO Elon Musk, recently showcased its humanoid robot Optimus at the 'We, Robot' event in Burbank, California. The unveiling has drawn significant attention for its striking resemblance to Sonny, the robot in the 2004 science fiction movie "I, Robot." This likeness seems to be no accident, as indicated by the event's name, which not only alludes to Asimov’s seminal collection of sci-fi stories but also cleverly taps into popular culture.</w:t>
      </w:r>
      <w:r/>
    </w:p>
    <w:p>
      <w:r/>
      <w:r>
        <w:t>Optimus was displayed alongside Tesla's much-anticipated Cybercab. At the event, attended by tech enthusiasts and curious onlookers, Optimus demonstrated its capability to engage in basic human interactions. Captured in a viral clip shared on social media by user @cb_doge, Optimus was seen conversing with an attendee and participating in light-hearted activities such as serving drinks and playing Rock, Paper, Scissors.</w:t>
      </w:r>
      <w:r/>
    </w:p>
    <w:p>
      <w:r/>
      <w:r>
        <w:t>The humanoid robot, encased in a minimalist design with unspecified facial features, was also depicted in a promotional video carrying out household tasks. Tasks such as picking up parcels, watering plants, and even assisting with light kitchen duties were shown, projecting a future where such robots might seamlessly integrate into domestic life. Musk explained that the Optimus robot is designed to help with "unsafe, repetitive or boring" tasks.</w:t>
      </w:r>
      <w:r/>
    </w:p>
    <w:p>
      <w:r/>
      <w:r>
        <w:t>Throughout the event, Musk reiterated the wide potential applications for Optimus, envisioning roles as diverse as teaching, babysitting, and simple companionship. He stated, “What can it do? It'll do anything you want." Although the robots currently work within Tesla’s factories, they are expected to see broader availability by 2026. Musk estimates the cost of Optimus robots will eventually be between $20,000 and $30,000.</w:t>
      </w:r>
      <w:r/>
    </w:p>
    <w:p>
      <w:r/>
      <w:r>
        <w:t>The demonstration at the event included Optimus showcasing advanced motor skills by moving among attendees, engaging them directly, and even performing simple dances. Musk emphasised the importance of public interaction as a means to build trust in the robots, an aspect he sees as crucial for their eventual placement in domestic environments.</w:t>
      </w:r>
      <w:r/>
    </w:p>
    <w:p>
      <w:r/>
      <w:r>
        <w:t>Interestingly, this event also marked the concurrent debut of Tesla's Cybervan. Some observers drew parallels between the vehicles and robot transport systems featured in "I, Robot," further blending the lines between science fiction and current technological advancements.</w:t>
      </w:r>
      <w:r/>
    </w:p>
    <w:p>
      <w:r/>
      <w:r>
        <w:t>This unveiling of Optimus and introduction of the Cybervan highlights Tesla's ambition in the field of robotics and autonomous technologies, underscoring its potential to redefine everyday living through automation. The vision presented by Musk at the event, portrayed Optimus not merely as assistance but as a potential transformative presence in future households.</w:t>
      </w:r>
      <w:r/>
    </w:p>
    <w:p>
      <w:r/>
      <w:r>
        <w:t>As Tesla continues to develop its humanoid robots, it remains to be seen how these technologies will evolve and integrate into broader society. While Musk is known for his ambitious goals, the reception and adaptation of such advanced robotics will likely present both technological and social challenges ahead.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https://www.theverge.com/2024/10/10/24267225/tesla-robotaxi-optimus-we-robot</w:t>
        </w:r>
      </w:hyperlink>
      <w:r>
        <w:t xml:space="preserve"> - Corroborates the unveiling of Tesla's humanoid robot Optimus at the 'We, Robot' event and its capabilities such as serving beverages.</w:t>
      </w:r>
      <w:r/>
    </w:p>
    <w:p>
      <w:pPr>
        <w:pStyle w:val="ListNumber"/>
        <w:spacing w:line="240" w:lineRule="auto"/>
        <w:ind w:left="720"/>
      </w:pPr>
      <w:r/>
      <w:hyperlink r:id="rId11">
        <w:r>
          <w:rPr>
            <w:color w:val="0000EE"/>
            <w:u w:val="single"/>
          </w:rPr>
          <w:t>https://www.youtube.com/watch?v=sJ-QPOLXnLw</w:t>
        </w:r>
      </w:hyperlink>
      <w:r>
        <w:t xml:space="preserve"> - Shows Optimus interacting with attendees, serving drinks, and playing Rock, Paper, Scissors, highlighting its human-like interactions.</w:t>
      </w:r>
      <w:r/>
    </w:p>
    <w:p>
      <w:pPr>
        <w:pStyle w:val="ListNumber"/>
        <w:spacing w:line="240" w:lineRule="auto"/>
        <w:ind w:left="720"/>
      </w:pPr>
      <w:r/>
      <w:hyperlink r:id="rId10">
        <w:r>
          <w:rPr>
            <w:color w:val="0000EE"/>
            <w:u w:val="single"/>
          </w:rPr>
          <w:t>https://www.theverge.com/2024/10/10/24267225/tesla-robotaxi-optimus-we-robot</w:t>
        </w:r>
      </w:hyperlink>
      <w:r>
        <w:t xml:space="preserve"> - Mentions Elon Musk's statement on the potential applications of Optimus, including helping with 'unsafe, repetitive or boring' tasks.</w:t>
      </w:r>
      <w:r/>
    </w:p>
    <w:p>
      <w:pPr>
        <w:pStyle w:val="ListNumber"/>
        <w:spacing w:line="240" w:lineRule="auto"/>
        <w:ind w:left="720"/>
      </w:pPr>
      <w:r/>
      <w:hyperlink r:id="rId12">
        <w:r>
          <w:rPr>
            <w:color w:val="0000EE"/>
            <w:u w:val="single"/>
          </w:rPr>
          <w:t>https://www.youtube.com/watch?v=qSrZBqINi1k</w:t>
        </w:r>
      </w:hyperlink>
      <w:r>
        <w:t xml:space="preserve"> - Describes the demonstration of Optimus performing various tasks such as picking up parcels and assisting with kitchen duties.</w:t>
      </w:r>
      <w:r/>
    </w:p>
    <w:p>
      <w:pPr>
        <w:pStyle w:val="ListNumber"/>
        <w:spacing w:line="240" w:lineRule="auto"/>
        <w:ind w:left="720"/>
      </w:pPr>
      <w:r/>
      <w:hyperlink r:id="rId10">
        <w:r>
          <w:rPr>
            <w:color w:val="0000EE"/>
            <w:u w:val="single"/>
          </w:rPr>
          <w:t>https://www.theverge.com/2024/10/10/24267225/tesla-robotaxi-optimus-we-robot</w:t>
        </w:r>
      </w:hyperlink>
      <w:r>
        <w:t xml:space="preserve"> - Discusses the expected availability and cost of Optimus robots, with Musk estimating a price range of $20,000 to $30,000.</w:t>
      </w:r>
      <w:r/>
    </w:p>
    <w:p>
      <w:pPr>
        <w:pStyle w:val="ListNumber"/>
        <w:spacing w:line="240" w:lineRule="auto"/>
        <w:ind w:left="720"/>
      </w:pPr>
      <w:r/>
      <w:hyperlink r:id="rId11">
        <w:r>
          <w:rPr>
            <w:color w:val="0000EE"/>
            <w:u w:val="single"/>
          </w:rPr>
          <w:t>https://www.youtube.com/watch?v=sJ-QPOLXnLw</w:t>
        </w:r>
      </w:hyperlink>
      <w:r>
        <w:t xml:space="preserve"> - Highlights Optimus's advanced motor skills and its ability to move among attendees and perform simple dances.</w:t>
      </w:r>
      <w:r/>
    </w:p>
    <w:p>
      <w:pPr>
        <w:pStyle w:val="ListNumber"/>
        <w:spacing w:line="240" w:lineRule="auto"/>
        <w:ind w:left="720"/>
      </w:pPr>
      <w:r/>
      <w:hyperlink r:id="rId10">
        <w:r>
          <w:rPr>
            <w:color w:val="0000EE"/>
            <w:u w:val="single"/>
          </w:rPr>
          <w:t>https://www.theverge.com/2024/10/10/24267225/tesla-robotaxi-optimus-we-robot</w:t>
        </w:r>
      </w:hyperlink>
      <w:r>
        <w:t xml:space="preserve"> - Mentions the importance of public interaction to build trust in the robots, as emphasized by Elon Musk.</w:t>
      </w:r>
      <w:r/>
    </w:p>
    <w:p>
      <w:pPr>
        <w:pStyle w:val="ListNumber"/>
        <w:spacing w:line="240" w:lineRule="auto"/>
        <w:ind w:left="720"/>
      </w:pPr>
      <w:r/>
      <w:hyperlink r:id="rId12">
        <w:r>
          <w:rPr>
            <w:color w:val="0000EE"/>
            <w:u w:val="single"/>
          </w:rPr>
          <w:t>https://www.youtube.com/watch?v=qSrZBqINi1k</w:t>
        </w:r>
      </w:hyperlink>
      <w:r>
        <w:t xml:space="preserve"> - Describes the concurrent debut of Tesla's Cybervan and its potential implications in the field of robotics and autonomous technologies.</w:t>
      </w:r>
      <w:r/>
    </w:p>
    <w:p>
      <w:pPr>
        <w:pStyle w:val="ListNumber"/>
        <w:spacing w:line="240" w:lineRule="auto"/>
        <w:ind w:left="720"/>
      </w:pPr>
      <w:r/>
      <w:hyperlink r:id="rId13">
        <w:r>
          <w:rPr>
            <w:color w:val="0000EE"/>
            <w:u w:val="single"/>
          </w:rPr>
          <w:t>https://www.reddit.com/r/Futurology/comments/1g33on9/the_optimus_robots_at_teslas_cybercab_event_were/</w:t>
        </w:r>
      </w:hyperlink>
      <w:r>
        <w:t xml:space="preserve"> - Discusses the current state of Optimus robots being controlled remotely and the potential for future autonomous capabilities.</w:t>
      </w:r>
      <w:r/>
    </w:p>
    <w:p>
      <w:pPr>
        <w:pStyle w:val="ListNumber"/>
        <w:spacing w:line="240" w:lineRule="auto"/>
        <w:ind w:left="720"/>
      </w:pPr>
      <w:r/>
      <w:hyperlink r:id="rId10">
        <w:r>
          <w:rPr>
            <w:color w:val="0000EE"/>
            <w:u w:val="single"/>
          </w:rPr>
          <w:t>https://www.theverge.com/2024/10/10/24267225/tesla-robotaxi-optimus-we-robot</w:t>
        </w:r>
      </w:hyperlink>
      <w:r>
        <w:t xml:space="preserve"> - Provides context on the evolution of Tesla's humanoid robot project, from its initial announcement to the current Generation 2 robot.</w:t>
      </w:r>
      <w:r/>
    </w:p>
    <w:p>
      <w:pPr>
        <w:pStyle w:val="ListNumber"/>
        <w:spacing w:line="240" w:lineRule="auto"/>
        <w:ind w:left="720"/>
      </w:pPr>
      <w:r/>
      <w:hyperlink r:id="rId12">
        <w:r>
          <w:rPr>
            <w:color w:val="0000EE"/>
            <w:u w:val="single"/>
          </w:rPr>
          <w:t>https://www.youtube.com/watch?v=qSrZBqINi1k</w:t>
        </w:r>
      </w:hyperlink>
      <w:r>
        <w:t xml:space="preserve"> - Details the event's focus on showcasing the real capabilities of Optimus, contrasting with previous CGI or costume-based presentations.</w:t>
      </w:r>
      <w:r/>
    </w:p>
    <w:p>
      <w:pPr>
        <w:pStyle w:val="ListNumber"/>
        <w:spacing w:line="240" w:lineRule="auto"/>
        <w:ind w:left="720"/>
      </w:pPr>
      <w:r/>
      <w:hyperlink r:id="rId14">
        <w:r>
          <w:rPr>
            <w:color w:val="0000EE"/>
            <w:u w:val="single"/>
          </w:rPr>
          <w:t>https://www.newsweek.com/tesla-optimus-robot-sparks-i-robot-comparisons-1967538</w:t>
        </w:r>
      </w:hyperlink>
      <w:r>
        <w:t xml:space="preserve"> - Please view link - unable to able to access data</w:t>
      </w:r>
      <w:r/>
    </w:p>
    <w:p>
      <w:pPr>
        <w:pStyle w:val="ListNumber"/>
        <w:spacing w:line="240" w:lineRule="auto"/>
        <w:ind w:left="720"/>
      </w:pPr>
      <w:r/>
      <w:hyperlink r:id="rId15">
        <w:r>
          <w:rPr>
            <w:color w:val="0000EE"/>
            <w:u w:val="single"/>
          </w:rPr>
          <w:t>https://www.cnet.com/videos/elon-musk-shares-vision-for-optimus-robots-at-we-robot-event/#ftag=CAD590a51e</w:t>
        </w:r>
      </w:hyperlink>
      <w:r>
        <w:t xml:space="preserve"> - Please view link - unable to able to access data</w:t>
      </w:r>
      <w:r/>
    </w:p>
    <w:p>
      <w:pPr>
        <w:pStyle w:val="ListNumber"/>
        <w:spacing w:line="240" w:lineRule="auto"/>
        <w:ind w:left="720"/>
      </w:pPr>
      <w:r/>
      <w:hyperlink r:id="rId16">
        <w:r>
          <w:rPr>
            <w:color w:val="0000EE"/>
            <w:u w:val="single"/>
          </w:rPr>
          <w:t>https://www.thesun.co.uk/tech/31012254/moment-elon-musk-reveals-tesla-optimus-robots/</w:t>
        </w:r>
      </w:hyperlink>
      <w:r>
        <w:t xml:space="preserve"> - Please view link - unable to able to access data</w:t>
      </w:r>
      <w:r/>
    </w:p>
    <w:p>
      <w:pPr>
        <w:pStyle w:val="ListNumber"/>
        <w:spacing w:line="240" w:lineRule="auto"/>
        <w:ind w:left="720"/>
      </w:pPr>
      <w:r/>
      <w:hyperlink r:id="rId17">
        <w:r>
          <w:rPr>
            <w:color w:val="0000EE"/>
            <w:u w:val="single"/>
          </w:rPr>
          <w:t>https://www.cnet.com/videos/elon-musk-shares-vision-for-optimus-robots-at-we-robot-event/#ftag=CADf328eec</w:t>
        </w:r>
      </w:hyperlink>
      <w:r>
        <w:t xml:space="preserve"> - Please view link - unable to able to access data</w:t>
      </w:r>
      <w:r/>
    </w:p>
    <w:p>
      <w:pPr>
        <w:pStyle w:val="ListNumber"/>
        <w:spacing w:line="240" w:lineRule="auto"/>
        <w:ind w:left="720"/>
      </w:pPr>
      <w:r/>
      <w:hyperlink r:id="rId18">
        <w:r>
          <w:rPr>
            <w:color w:val="0000EE"/>
            <w:u w:val="single"/>
          </w:rPr>
          <w:t>https://www.techtimes.com/articles/307825/20241011/elon-musk-tesla-optimus-can-do-anything-you-want-hyping-its-humanoid-robot.htm</w:t>
        </w:r>
      </w:hyperlink>
      <w:r>
        <w:t xml:space="preserve"> - Please view link - unable to able to access data</w:t>
      </w:r>
      <w:r/>
    </w:p>
    <w:p>
      <w:pPr>
        <w:pStyle w:val="ListNumber"/>
        <w:spacing w:line="240" w:lineRule="auto"/>
        <w:ind w:left="720"/>
      </w:pPr>
      <w:r/>
      <w:hyperlink r:id="rId19">
        <w:r>
          <w:rPr>
            <w:color w:val="0000EE"/>
            <w:u w:val="single"/>
          </w:rPr>
          <w:t>https://insider-gaming.com/elon-musk-tesla-optimus-detroid/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verge.com/2024/10/10/24267225/tesla-robotaxi-optimus-we-robot" TargetMode="External"/><Relationship Id="rId11" Type="http://schemas.openxmlformats.org/officeDocument/2006/relationships/hyperlink" Target="https://www.youtube.com/watch?v=sJ-QPOLXnLw" TargetMode="External"/><Relationship Id="rId12" Type="http://schemas.openxmlformats.org/officeDocument/2006/relationships/hyperlink" Target="https://www.youtube.com/watch?v=qSrZBqINi1k" TargetMode="External"/><Relationship Id="rId13" Type="http://schemas.openxmlformats.org/officeDocument/2006/relationships/hyperlink" Target="https://www.reddit.com/r/Futurology/comments/1g33on9/the_optimus_robots_at_teslas_cybercab_event_were/" TargetMode="External"/><Relationship Id="rId14" Type="http://schemas.openxmlformats.org/officeDocument/2006/relationships/hyperlink" Target="https://www.newsweek.com/tesla-optimus-robot-sparks-i-robot-comparisons-1967538" TargetMode="External"/><Relationship Id="rId15" Type="http://schemas.openxmlformats.org/officeDocument/2006/relationships/hyperlink" Target="https://www.cnet.com/videos/elon-musk-shares-vision-for-optimus-robots-at-we-robot-event/#ftag=CAD590a51e" TargetMode="External"/><Relationship Id="rId16" Type="http://schemas.openxmlformats.org/officeDocument/2006/relationships/hyperlink" Target="https://www.thesun.co.uk/tech/31012254/moment-elon-musk-reveals-tesla-optimus-robots/" TargetMode="External"/><Relationship Id="rId17" Type="http://schemas.openxmlformats.org/officeDocument/2006/relationships/hyperlink" Target="https://www.cnet.com/videos/elon-musk-shares-vision-for-optimus-robots-at-we-robot-event/#ftag=CADf328eec" TargetMode="External"/><Relationship Id="rId18" Type="http://schemas.openxmlformats.org/officeDocument/2006/relationships/hyperlink" Target="https://www.techtimes.com/articles/307825/20241011/elon-musk-tesla-optimus-can-do-anything-you-want-hyping-its-humanoid-robot.htm" TargetMode="External"/><Relationship Id="rId19" Type="http://schemas.openxmlformats.org/officeDocument/2006/relationships/hyperlink" Target="https://insider-gaming.com/elon-musk-tesla-optimus-detroi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