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clash of AI and user-generated content on digital platforms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growing intersection of user-generated content and artificial intelligence (AI) is generating significant debate and resistance across several digital platforms. Many long-time contributors on online forums such as Reddit, Stack Overflow, and Wikipedia find themselves part of a larger, often involuntary, experiment supporting the next wave of AI advancement.</w:t>
      </w:r>
      <w:r/>
    </w:p>
    <w:p>
      <w:r/>
      <w:r>
        <w:t>Individuals who have spent years contributing to these digital spaces are growing uneasy as AI-generated commentary begins to mimic authentic human interactions on these platforms. Some users have even attempted to erase their digital footprints or transform their past posts into nonsensical text. However, such efforts appear largely ineffective as a form of protest.</w:t>
      </w:r>
      <w:r/>
    </w:p>
    <w:p>
      <w:r/>
      <w:r>
        <w:t>Governments have also stepped into the fray. In June, Brazil’s data protection agency issued a regulation prohibiting Meta Platforms from using the Facebook and Instagram posts of Brazilian citizens to train its AI models. This regulation includes a daily non-compliance fine of 50,000 reais (approximately £7,250). Meta, in its defence, labelled the regulation a "step backwards for innovation" and highlighted its compliance with Brazilian legislation and transparency compared to competitors.</w:t>
      </w:r>
      <w:r/>
    </w:p>
    <w:p>
      <w:r/>
      <w:r>
        <w:t>Platforms are responding to user concerns with various strategies. Stack Overflow, a widely used community for soliciting and providing programming advice, initially banned AI-generated responses because they were often incorrect. However, the platform is now collaborating with AI developers and has even reprimanded users attempting to remove their historical contributions following its partnership with OpenAI and Google.</w:t>
      </w:r>
      <w:r/>
    </w:p>
    <w:p>
      <w:r/>
      <w:r>
        <w:t>Concerns among the Stack Overflow community are palpable. Andy Rotering, a software developer from Bloomington, Minnesota, who has frequented Stack Overflow for 15 years, expressed concerns about inadvertently damaging the community of contributors. Stack Overflow CEO, Prashanth Chandrasekar, affirmed that the company is striving to balance the increased demand for AI-generated answers with maintaining a "knowledge base" that honours human contribution.</w:t>
      </w:r>
      <w:r/>
    </w:p>
    <w:p>
      <w:r/>
      <w:r>
        <w:t>This tension dates back to the late 2022 introduction of ChatGPT, which threatened Stack Overflow's relevance by offering instant coding solutions. In response, Chandrasekar led the development of Overflow AI, a specialised chatbot, and secured partnerships with AI developers to access Stack Overflow's archives to enhance their training algorithms.</w:t>
      </w:r>
      <w:r/>
    </w:p>
    <w:p>
      <w:r/>
      <w:r>
        <w:t>The transitional strategy Stack Overflow employed is viewed by some, such as Maria Roche of Harvard Business School, as tardy. Following these partnerships, when some users sought to delete their past comments, Stack Overflow suspended their accounts under terms stating that contributions are "perpetually and irrevocably licensed" to the platform. Chandrasekar reaffirmed the company's policy against such actions, dismissing the protesters as a small minority.</w:t>
      </w:r>
      <w:r/>
    </w:p>
    <w:p>
      <w:r/>
      <w:r>
        <w:t>Meanwhile, Reddit embraces a different approach by forging alliances with AI developers like OpenAI and Google while upholding user rights. This strategy helped the platform achieve significant financial success, notably during its debut on the New York Stock Exchange with an approximate valuation of £7.3 billion.</w:t>
      </w:r>
      <w:r/>
    </w:p>
    <w:p>
      <w:r/>
      <w:r>
        <w:t>Despite this success, Reddit faces challenges similar to those on Stack Overflow. Moderators, such as Sarah Gilbert from Cornell University, who oversight the "AskHistorians" community, grapple with the influx of AI-generated content. Unlike Stack Overflow, Reddit has not taken punitive actions against users expressing dissent — partly due to the substantial influence voluntary moderators wield over subreddit content.</w:t>
      </w:r>
      <w:r/>
    </w:p>
    <w:p>
      <w:r/>
      <w:r>
        <w:t>In Europe, resistance to AI content use is also apparent, prompting Meta to pause its plans to integrate public posts into AI training systems. Conversely, in the United States, where no national online privacy law exists, such practices are likely ongoing, often unbeknownst to the majority of users, as noted by Gilbert.</w:t>
      </w:r>
      <w:r/>
    </w:p>
    <w:p>
      <w:r/>
      <w:r>
        <w:t>The evolution of AI and its reliance on public data raises complex questions about user rights, privacy, and the future authenticity of digital communication. As these platforms navigate this changing landscape, the tension between AI progression and community contribution remains a central theme.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https://www.techtarget.com/whatis/feature/Pros-and-cons-of-AI-generated-content</w:t>
        </w:r>
      </w:hyperlink>
      <w:r>
        <w:t xml:space="preserve"> - This article discusses the pros and cons of AI-generated content, including the issues of accuracy, plagiarism, and the lack of creativity and personal touch, which corroborates the concerns about AI-generated commentary on online forums.</w:t>
      </w:r>
      <w:r/>
    </w:p>
    <w:p>
      <w:pPr>
        <w:pStyle w:val="ListNumber"/>
        <w:spacing w:line="240" w:lineRule="auto"/>
        <w:ind w:left="720"/>
      </w:pPr>
      <w:r/>
      <w:hyperlink r:id="rId11">
        <w:r>
          <w:rPr>
            <w:color w:val="0000EE"/>
            <w:u w:val="single"/>
          </w:rPr>
          <w:t>https://mitsloan.mit.edu/ideas-made-to-matter/study-gauges-how-people-perceive-ai-created-content</w:t>
        </w:r>
      </w:hyperlink>
      <w:r>
        <w:t xml:space="preserve"> - This study highlights how people perceive AI-created content, showing that while consumers are generally OK with AI-generated content, they express a positive bias toward human-created content when they know the source, which aligns with the unease among long-time contributors on digital platforms.</w:t>
      </w:r>
      <w:r/>
    </w:p>
    <w:p>
      <w:pPr>
        <w:pStyle w:val="ListNumber"/>
        <w:spacing w:line="240" w:lineRule="auto"/>
        <w:ind w:left="720"/>
      </w:pPr>
      <w:r/>
      <w:hyperlink r:id="rId12">
        <w:r>
          <w:rPr>
            <w:color w:val="0000EE"/>
            <w:u w:val="single"/>
          </w:rPr>
          <w:t>https://www.theroster.agency/insights-blog/the-great-ai-content-debate-tool-or-threat-part-one</w:t>
        </w:r>
      </w:hyperlink>
      <w:r>
        <w:t xml:space="preserve"> - This article debates the role of AI in content creation, discussing its limitations such as lack of creativity, nuance, and personal touch, and the concerns about its impact on human contributors, mirroring the resistance seen on platforms like Reddit and Stack Overflow.</w:t>
      </w:r>
      <w:r/>
    </w:p>
    <w:p>
      <w:pPr>
        <w:pStyle w:val="ListNumber"/>
        <w:spacing w:line="240" w:lineRule="auto"/>
        <w:ind w:left="720"/>
      </w:pPr>
      <w:r/>
      <w:hyperlink r:id="rId13">
        <w:r>
          <w:rPr>
            <w:color w:val="0000EE"/>
            <w:u w:val="single"/>
          </w:rPr>
          <w:t>https://www.clearvoice.com/resources/content-marketing-debate-humans-vs-ai/</w:t>
        </w:r>
      </w:hyperlink>
      <w:r>
        <w:t xml:space="preserve"> - This article explains why AI cannot fully replace human writers, highlighting the importance of human elements like empathy and emotional intelligence in content creation, which is relevant to the concerns about AI-generated content on online forums.</w:t>
      </w:r>
      <w:r/>
    </w:p>
    <w:p>
      <w:pPr>
        <w:pStyle w:val="ListNumber"/>
        <w:spacing w:line="240" w:lineRule="auto"/>
        <w:ind w:left="720"/>
      </w:pPr>
      <w:r/>
      <w:hyperlink r:id="rId10">
        <w:r>
          <w:rPr>
            <w:color w:val="0000EE"/>
            <w:u w:val="single"/>
          </w:rPr>
          <w:t>https://www.techtarget.com/whatis/feature/Pros-and-cons-of-AI-generated-content</w:t>
        </w:r>
      </w:hyperlink>
      <w:r>
        <w:t xml:space="preserve"> - This article mentions Stack Overflow's initial ban on AI-generated responses due to their inaccuracy and the subsequent collaboration with AI developers, corroborating the strategies platforms are using to address user concerns.</w:t>
      </w:r>
      <w:r/>
    </w:p>
    <w:p>
      <w:pPr>
        <w:pStyle w:val="ListNumber"/>
        <w:spacing w:line="240" w:lineRule="auto"/>
        <w:ind w:left="720"/>
      </w:pPr>
      <w:r/>
      <w:hyperlink r:id="rId12">
        <w:r>
          <w:rPr>
            <w:color w:val="0000EE"/>
            <w:u w:val="single"/>
          </w:rPr>
          <w:t>https://www.theroster.agency/insights-blog/the-great-ai-content-debate-tool-or-threat-part-one</w:t>
        </w:r>
      </w:hyperlink>
      <w:r>
        <w:t xml:space="preserve"> - This article discusses the introduction of ChatGPT and its impact on platforms like Stack Overflow, which had to adapt by developing specialized chatbots and partnering with AI developers, reflecting the tension between AI progression and community contribution.</w:t>
      </w:r>
      <w:r/>
    </w:p>
    <w:p>
      <w:pPr>
        <w:pStyle w:val="ListNumber"/>
        <w:spacing w:line="240" w:lineRule="auto"/>
        <w:ind w:left="720"/>
      </w:pPr>
      <w:r/>
      <w:hyperlink r:id="rId11">
        <w:r>
          <w:rPr>
            <w:color w:val="0000EE"/>
            <w:u w:val="single"/>
          </w:rPr>
          <w:t>https://mitsloan.mit.edu/ideas-made-to-matter/study-gauges-how-people-perceive-ai-created-content</w:t>
        </w:r>
      </w:hyperlink>
      <w:r>
        <w:t xml:space="preserve"> - The study's findings on the preference for human-generated content when the source is known support the actions of platforms like Stack Overflow in balancing AI-generated answers with human contributions.</w:t>
      </w:r>
      <w:r/>
    </w:p>
    <w:p>
      <w:pPr>
        <w:pStyle w:val="ListNumber"/>
        <w:spacing w:line="240" w:lineRule="auto"/>
        <w:ind w:left="720"/>
      </w:pPr>
      <w:r/>
      <w:hyperlink r:id="rId13">
        <w:r>
          <w:rPr>
            <w:color w:val="0000EE"/>
            <w:u w:val="single"/>
          </w:rPr>
          <w:t>https://www.clearvoice.com/resources/content-marketing-debate-humans-vs-ai/</w:t>
        </w:r>
      </w:hyperlink>
      <w:r>
        <w:t xml:space="preserve"> - This article highlights Google's preference for human-generated content and the importance of maintaining a human element in content creation, which is relevant to the strategies employed by platforms to address user concerns about AI-generated content.</w:t>
      </w:r>
      <w:r/>
    </w:p>
    <w:p>
      <w:pPr>
        <w:pStyle w:val="ListNumber"/>
        <w:spacing w:line="240" w:lineRule="auto"/>
        <w:ind w:left="720"/>
      </w:pPr>
      <w:r/>
      <w:hyperlink r:id="rId10">
        <w:r>
          <w:rPr>
            <w:color w:val="0000EE"/>
            <w:u w:val="single"/>
          </w:rPr>
          <w:t>https://www.techtarget.com/whatis/feature/Pros-and-cons-of-AI-generated-content</w:t>
        </w:r>
      </w:hyperlink>
      <w:r>
        <w:t xml:space="preserve"> - The article discusses the regulatory actions, such as Brazil's data protection agency's regulation against Meta, which aligns with the broader theme of government intervention in the use of AI-generated content.</w:t>
      </w:r>
      <w:r/>
    </w:p>
    <w:p>
      <w:pPr>
        <w:pStyle w:val="ListNumber"/>
        <w:spacing w:line="240" w:lineRule="auto"/>
        <w:ind w:left="720"/>
      </w:pPr>
      <w:r/>
      <w:hyperlink r:id="rId12">
        <w:r>
          <w:rPr>
            <w:color w:val="0000EE"/>
            <w:u w:val="single"/>
          </w:rPr>
          <w:t>https://www.theroster.agency/insights-blog/the-great-ai-content-debate-tool-or-threat-part-one</w:t>
        </w:r>
      </w:hyperlink>
      <w:r>
        <w:t xml:space="preserve"> - This article touches on the global implications of AI content creation, including the differences in regulatory approaches between regions like Europe and the United States, reflecting the complex questions about user rights and privacy.</w:t>
      </w:r>
      <w:r/>
    </w:p>
    <w:p>
      <w:pPr>
        <w:pStyle w:val="ListNumber"/>
        <w:spacing w:line="240" w:lineRule="auto"/>
        <w:ind w:left="720"/>
      </w:pPr>
      <w:r/>
      <w:hyperlink r:id="rId13">
        <w:r>
          <w:rPr>
            <w:color w:val="0000EE"/>
            <w:u w:val="single"/>
          </w:rPr>
          <w:t>https://www.clearvoice.com/resources/content-marketing-debate-humans-vs-ai/</w:t>
        </w:r>
      </w:hyperlink>
      <w:r>
        <w:t xml:space="preserve"> - The article emphasizes the need for human oversight and editing of AI-generated content, which is consistent with the challenges faced by moderators on platforms like Reddit in managing the influx of AI-generated content.</w:t>
      </w:r>
      <w:r/>
    </w:p>
    <w:p>
      <w:pPr>
        <w:pStyle w:val="ListNumber"/>
        <w:spacing w:line="240" w:lineRule="auto"/>
        <w:ind w:left="720"/>
      </w:pPr>
      <w:r/>
      <w:hyperlink r:id="rId14">
        <w:r>
          <w:rPr>
            <w:color w:val="0000EE"/>
            <w:u w:val="single"/>
          </w:rPr>
          <w:t>http://www.milwaukeeindependent.com/newswire/angry-bots-next-generation-ai-will-learn-training-toxic-pool-social-media/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arget.com/whatis/feature/Pros-and-cons-of-AI-generated-content" TargetMode="External"/><Relationship Id="rId11" Type="http://schemas.openxmlformats.org/officeDocument/2006/relationships/hyperlink" Target="https://mitsloan.mit.edu/ideas-made-to-matter/study-gauges-how-people-perceive-ai-created-content" TargetMode="External"/><Relationship Id="rId12" Type="http://schemas.openxmlformats.org/officeDocument/2006/relationships/hyperlink" Target="https://www.theroster.agency/insights-blog/the-great-ai-content-debate-tool-or-threat-part-one" TargetMode="External"/><Relationship Id="rId13" Type="http://schemas.openxmlformats.org/officeDocument/2006/relationships/hyperlink" Target="https://www.clearvoice.com/resources/content-marketing-debate-humans-vs-ai/" TargetMode="External"/><Relationship Id="rId14" Type="http://schemas.openxmlformats.org/officeDocument/2006/relationships/hyperlink" Target="http://www.milwaukeeindependent.com/newswire/angry-bots-next-generation-ai-will-learn-training-toxic-pool-social-me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