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modern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taken a significant stride in transforming diverse fields, with marketing being a key beneficiary. Authority in this domain, Vijaya Varma Pothuri, a seasoned technology leader and Salesforce Lead Software Engineer, stands at the forefront of integrating AI-driven solutions into marketing strategies. His career, spanning nearly two decades, showcases the practical applications and benefits AI brings to modern marketing practices.</w:t>
      </w:r>
      <w:r/>
    </w:p>
    <w:p>
      <w:r/>
      <w:r>
        <w:t>AI refers to machines' ability to perform tasks that typically require human intelligence. This machinery has become a cornerstone in various industries, notably altering how businesses approach marketing. The central concept involves using AI for tasks that include decision-making and insight discovery through Machine Learning, a prominent subset of AI.</w:t>
      </w:r>
      <w:r/>
    </w:p>
    <w:p>
      <w:r/>
      <w:r>
        <w:t>In marketing analytics, AI is instrumental in processing and analysing vast amounts of customer data. Tools like Natural Language Processing (NLP) further enhance this process by evaluating customer sentiment after interacting with brands. Such insights allow companies to tailor subsequent communications effectively, impacting Key Performance Indicators (KPIs) positively. Moreover, AI facilitates retrospective analyses, identifying previously successful marketing strategies for future improvements.</w:t>
      </w:r>
      <w:r/>
    </w:p>
    <w:p>
      <w:r/>
      <w:r>
        <w:t>The campaign creation process has been revolutionised by AI, making it significantly more efficient. It enables marketers to identify homogeneous customer segments and tailor content to specific groups. A practical illustration of this is in eCommerce, where AI adapts product recommendations based on individual customer behaviours and preferences, ensuring timely and personal engagement.</w:t>
      </w:r>
      <w:r/>
    </w:p>
    <w:p>
      <w:r/>
      <w:r>
        <w:t>AI's role extends to campaign orchestration, determining the precise campaign for each customer, thus personalising the customer experience. Rapid identification of suitable campaigns and recommending next best actions optimise marketing automation efforts. Personalisation, therefore, becomes a standout attribute of AI in marketing, giving rise to tailored product suggestions, dynamic websites, and self-optimising campaigns.</w:t>
      </w:r>
      <w:r/>
    </w:p>
    <w:p>
      <w:r/>
      <w:r>
        <w:t>Among myriad applications, AI plays a significant role in driving marketing automation to new heights. Marketing automation itself utilises technology to simplify repetitive tasks, improving efficiency in campaign execution across various channels, including email, social media, and SMS. Harnessing AI in marketing automation tools enhances their ability to manage customer journeys based on behavioural triggers, making communications more precise and targeted.</w:t>
      </w:r>
      <w:r/>
    </w:p>
    <w:p>
      <w:r/>
      <w:r>
        <w:t>An example of marketing automation use is email automation, which automates the distribution of emails based on customer actions. These tools can dynamically schedule messages and sequence them based on behaviours like purchases or unfinished transactions in online carts. However, traditional email automation remains confined to a single channel, highlighting an area where AI-driven strategies can broaden the reach and impact through multi-channel integration.</w:t>
      </w:r>
      <w:r/>
    </w:p>
    <w:p>
      <w:r/>
      <w:r>
        <w:t>It's apparent that the incorporation of AI with marketing automation reshapes how marketing campaigns are conceived, delivered, and adjusted based on real-time insights. This technological synergy provides marketers with the means to understand their audiences deeply, personalising engagements at an unprecedented level.</w:t>
      </w:r>
      <w:r/>
    </w:p>
    <w:p>
      <w:r/>
      <w:r>
        <w:t>Vijaya Varma Pothuri exemplifies individuals merging AI and automation to transform marketing methodologies, paving the way for innovative solutions that elevate customer interactions. His expertise underscores the promising trajectory of these technologies in crafting the future landscape of digital marketing, marked by increased engagement capabilities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https://techbullion.com/ai-driven-marketing-automation-shaping-tomorrows-marketing-strategies/</w:t>
        </w:r>
      </w:hyperlink>
      <w:r>
        <w:t xml:space="preserve"> - This article discusses the integration of AI-driven solutions into marketing strategies, aligning with Vijaya Varma Pothuri's expertise and the broader application of AI in marketing.</w:t>
      </w:r>
      <w:r/>
    </w:p>
    <w:p>
      <w:pPr>
        <w:pStyle w:val="ListNumber"/>
        <w:spacing w:line="240" w:lineRule="auto"/>
        <w:ind w:left="720"/>
      </w:pPr>
      <w:r/>
      <w:hyperlink r:id="rId11">
        <w:r>
          <w:rPr>
            <w:color w:val="0000EE"/>
            <w:u w:val="single"/>
          </w:rPr>
          <w:t>https://marketscale.com/industries/software-and-technology/how-to-champion-ai-in-marketing/</w:t>
        </w:r>
      </w:hyperlink>
      <w:r>
        <w:t xml:space="preserve"> - This article covers practical strategies for marketing professionals to adopt AI, including building teams and defining use cases, which supports the role of AI in decision-making and insight discovery.</w:t>
      </w:r>
      <w:r/>
    </w:p>
    <w:p>
      <w:pPr>
        <w:pStyle w:val="ListNumber"/>
        <w:spacing w:line="240" w:lineRule="auto"/>
        <w:ind w:left="720"/>
      </w:pPr>
      <w:r/>
      <w:hyperlink r:id="rId12">
        <w:r>
          <w:rPr>
            <w:color w:val="0000EE"/>
            <w:u w:val="single"/>
          </w:rPr>
          <w:t>https://marketscale.com/industries/software-and-technology/the-role-of-ai-in-marketing-is-expanding-and-creating-new-jobs-in-the-field/</w:t>
        </w:r>
      </w:hyperlink>
      <w:r>
        <w:t xml:space="preserve"> - This article explores the transformative impact of AI on marketing, including market research, content marketing, and product marketing, highlighting AI's role in processing and analyzing customer data.</w:t>
      </w:r>
      <w:r/>
    </w:p>
    <w:p>
      <w:pPr>
        <w:pStyle w:val="ListNumber"/>
        <w:spacing w:line="240" w:lineRule="auto"/>
        <w:ind w:left="720"/>
      </w:pPr>
      <w:r/>
      <w:hyperlink r:id="rId13">
        <w:r>
          <w:rPr>
            <w:color w:val="0000EE"/>
            <w:u w:val="single"/>
          </w:rPr>
          <w:t>https://academicachievements.org/vijaya-pothuri-information-technology-excellence-in-innovation-6898/</w:t>
        </w:r>
      </w:hyperlink>
      <w:r>
        <w:t xml:space="preserve"> - This article provides background on Vijaya Varma Pothuri's career and expertise in integrating AI-driven solutions, supporting his role as a seasoned technology leader.</w:t>
      </w:r>
      <w:r/>
    </w:p>
    <w:p>
      <w:pPr>
        <w:pStyle w:val="ListNumber"/>
        <w:spacing w:line="240" w:lineRule="auto"/>
        <w:ind w:left="720"/>
      </w:pPr>
      <w:r/>
      <w:hyperlink r:id="rId14">
        <w:r>
          <w:rPr>
            <w:color w:val="0000EE"/>
            <w:u w:val="single"/>
          </w:rPr>
          <w:t>https://www.researchgate.net/publication/384015613_AI_and_Big_Data_Harnessing_the_Power_of_Data-Driven_Decision_Making</w:t>
        </w:r>
      </w:hyperlink>
      <w:r>
        <w:t xml:space="preserve"> - This publication discusses the intersection of Natural Language Processing (NLP) and Conversational AI, which is relevant to AI's role in evaluating customer sentiment and tailoring communications.</w:t>
      </w:r>
      <w:r/>
    </w:p>
    <w:p>
      <w:pPr>
        <w:pStyle w:val="ListNumber"/>
        <w:spacing w:line="240" w:lineRule="auto"/>
        <w:ind w:left="720"/>
      </w:pPr>
      <w:r/>
      <w:hyperlink r:id="rId11">
        <w:r>
          <w:rPr>
            <w:color w:val="0000EE"/>
            <w:u w:val="single"/>
          </w:rPr>
          <w:t>https://marketscale.com/industries/software-and-technology/how-to-champion-ai-in-marketing/</w:t>
        </w:r>
      </w:hyperlink>
      <w:r>
        <w:t xml:space="preserve"> - This article mentions how companies like Morningstar, VMware, and adidas saw significant benefits through AI integration, such as cost savings and productivity boosts, which supports AI's impact on marketing analytics.</w:t>
      </w:r>
      <w:r/>
    </w:p>
    <w:p>
      <w:pPr>
        <w:pStyle w:val="ListNumber"/>
        <w:spacing w:line="240" w:lineRule="auto"/>
        <w:ind w:left="720"/>
      </w:pPr>
      <w:r/>
      <w:hyperlink r:id="rId12">
        <w:r>
          <w:rPr>
            <w:color w:val="0000EE"/>
            <w:u w:val="single"/>
          </w:rPr>
          <w:t>https://marketscale.com/industries/software-and-technology/the-role-of-ai-in-marketing-is-expanding-and-creating-new-jobs-in-the-field/</w:t>
        </w:r>
      </w:hyperlink>
      <w:r>
        <w:t xml:space="preserve"> - This article discusses the role of an AI Marketing Manager and the integration of AI across all marketing functions, including campaign creation and personalization.</w:t>
      </w:r>
      <w:r/>
    </w:p>
    <w:p>
      <w:pPr>
        <w:pStyle w:val="ListNumber"/>
        <w:spacing w:line="240" w:lineRule="auto"/>
        <w:ind w:left="720"/>
      </w:pPr>
      <w:r/>
      <w:hyperlink r:id="rId10">
        <w:r>
          <w:rPr>
            <w:color w:val="0000EE"/>
            <w:u w:val="single"/>
          </w:rPr>
          <w:t>https://techbullion.com/ai-driven-marketing-automation-shaping-tomorrows-marketing-strategies/</w:t>
        </w:r>
      </w:hyperlink>
      <w:r>
        <w:t xml:space="preserve"> - This article highlights how AI revolutionizes the campaign creation process by identifying homogeneous customer segments and tailoring content, which is a key aspect of AI in marketing.</w:t>
      </w:r>
      <w:r/>
    </w:p>
    <w:p>
      <w:pPr>
        <w:pStyle w:val="ListNumber"/>
        <w:spacing w:line="240" w:lineRule="auto"/>
        <w:ind w:left="720"/>
      </w:pPr>
      <w:r/>
      <w:hyperlink r:id="rId11">
        <w:r>
          <w:rPr>
            <w:color w:val="0000EE"/>
            <w:u w:val="single"/>
          </w:rPr>
          <w:t>https://marketscale.com/industries/software-and-technology/how-to-champion-ai-in-marketing/</w:t>
        </w:r>
      </w:hyperlink>
      <w:r>
        <w:t xml:space="preserve"> - This article explains how AI determines the precise campaign for each customer, personalizing the customer experience and optimizing marketing automation efforts.</w:t>
      </w:r>
      <w:r/>
    </w:p>
    <w:p>
      <w:pPr>
        <w:pStyle w:val="ListNumber"/>
        <w:spacing w:line="240" w:lineRule="auto"/>
        <w:ind w:left="720"/>
      </w:pPr>
      <w:r/>
      <w:hyperlink r:id="rId12">
        <w:r>
          <w:rPr>
            <w:color w:val="0000EE"/>
            <w:u w:val="single"/>
          </w:rPr>
          <w:t>https://marketscale.com/industries/software-and-technology/the-role-of-ai-in-marketing-is-expanding-and-creating-new-jobs-in-the-field/</w:t>
        </w:r>
      </w:hyperlink>
      <w:r>
        <w:t xml:space="preserve"> - This article provides insights into using AI for email automation and multi-channel integration, broadening the reach and impact of marketing automation.</w:t>
      </w:r>
      <w:r/>
    </w:p>
    <w:p>
      <w:pPr>
        <w:pStyle w:val="ListNumber"/>
        <w:spacing w:line="240" w:lineRule="auto"/>
        <w:ind w:left="720"/>
      </w:pPr>
      <w:r/>
      <w:hyperlink r:id="rId10">
        <w:r>
          <w:rPr>
            <w:color w:val="0000EE"/>
            <w:u w:val="single"/>
          </w:rPr>
          <w:t>https://techbullion.com/ai-driven-marketing-automation-shaping-tomorrows-marketing-strategies/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i-driven-marketing-automation-shaping-tomorrows-marketing-strategies/" TargetMode="External"/><Relationship Id="rId11" Type="http://schemas.openxmlformats.org/officeDocument/2006/relationships/hyperlink" Target="https://marketscale.com/industries/software-and-technology/how-to-champion-ai-in-marketing/" TargetMode="External"/><Relationship Id="rId12" Type="http://schemas.openxmlformats.org/officeDocument/2006/relationships/hyperlink" Target="https://marketscale.com/industries/software-and-technology/the-role-of-ai-in-marketing-is-expanding-and-creating-new-jobs-in-the-field/" TargetMode="External"/><Relationship Id="rId13" Type="http://schemas.openxmlformats.org/officeDocument/2006/relationships/hyperlink" Target="https://academicachievements.org/vijaya-pothuri-information-technology-excellence-in-innovation-6898/" TargetMode="External"/><Relationship Id="rId14" Type="http://schemas.openxmlformats.org/officeDocument/2006/relationships/hyperlink" Target="https://www.researchgate.net/publication/384015613_AI_and_Big_Data_Harnessing_the_Power_of_Data-Driven_Decision_Ma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