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search engines: an in-depth analysis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2"/>
      </w:pPr>
      <w:r>
        <w:t>The Rise of AI Search Engines: An In-Depth Analysis</w:t>
      </w:r>
      <w:r/>
    </w:p>
    <w:p>
      <w:r/>
      <w:r>
        <w:t>In the ever-evolving landscape of online search, the traditional dominance of Google Search is facing significant competition from artificial intelligence (AI)-driven search engines. Although Google remains a key player, offering services like its AI Overviews, a new breed of AI search platforms is reshaping how individuals find information online, providing more refined and streamlined results.</w:t>
      </w:r>
      <w:r/>
    </w:p>
    <w:p>
      <w:r/>
      <w:r>
        <w:t>Recent observations and analyses highlight that Google Search, despite its prowess and popularity, does not always align with users' specific inquiries or expectations. Conventional search engines typically serve as gateways leading to potential sources rather than directly answering queries. This indirect approach often adds unnecessary steps, complicating the search experience, especially under time constraints.</w:t>
      </w:r>
      <w:r/>
    </w:p>
    <w:p>
      <w:r/>
      <w:r>
        <w:t>This shift in search engine preferences comes as AI technologies reach new levels of sophistication. AI-driven search engines, such as Perplexity and ChatGPT, are gaining traction for their ability to synthesise information from various sources, delivering concise answers and actionable insights directly in response to user queries. For instance, seeking a detailed recipe or product recommendation through these engines often results in a list of actionable steps or direct comparisons, removing the need to sift through numerous websites.</w:t>
      </w:r>
      <w:r/>
    </w:p>
    <w:p>
      <w:r/>
      <w:r>
        <w:t>The practicality of these AI platforms extends beyond simple searches. They can perform complex calculations, generate data visualisations, and even propose creative solutions directly from the browser’s URL bar. Such capabilities far surpass typical search functions, transforming them into multifunctional tools for daily digital tasks.</w:t>
      </w:r>
      <w:r/>
    </w:p>
    <w:p>
      <w:r/>
      <w:r>
        <w:t>The integration of AI search engines into standard web browsers like Mozilla Firefox and Chrome makes these advanced features easily accessible. Firefox, for example, allows users to add and switch between multiple AI search engines directly from the browser itself, adapting to varied user needs without the necessity of a dedicated app. This seamless transition is facilitated by simple configurations, enabling users to leverage popular AI services such as Perplexity and You.com efficiently.</w:t>
      </w:r>
      <w:r/>
    </w:p>
    <w:p>
      <w:r/>
      <w:r>
        <w:t>Whilst Google’s Android Chrome does not currently allow similar customisation, alternative Chromium-based browsers like Cromite offer flexibility by supporting custom search engine options, along with additional privacy features, ad-blocking capabilities, and faster performance.</w:t>
      </w:r>
      <w:r/>
    </w:p>
    <w:p>
      <w:r/>
      <w:r>
        <w:t>In desktop environments, both Firefox and Chrome readily accommodate the integration of AI search options. Firefox requires a bit of navigation through its internal settings, but this setup process is a small step towards richer search experiences provided by AI engines. Meanwhile, Chrome users benefit from a straightforward process to add AI services, complemented by features like the Gemini search engine that quickly connects users to Google's chatbot capabilities.</w:t>
      </w:r>
      <w:r/>
    </w:p>
    <w:p>
      <w:r/>
      <w:r>
        <w:t>As AI search engines continue to enhance their offerings and assimilate into everyday technological routines, they are undeniably contributing to a more efficient and comprehensive digital search experience. While Google Search maintains its status as a major search tool, the rise of AI platforms indicates a rapidly shifting paradigm in how information and resources are accessed online, heralding a new era for web searches characterised by immediate results and dynamic user interactions.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https://www.webascender.com/blog/will-ai-replace-search-engines/</w:t>
        </w:r>
      </w:hyperlink>
      <w:r>
        <w:t xml:space="preserve"> - This article discusses how generative AI is changing the way we search for information, the rise of AI chatbots like ChatGPT, and the impact on traditional search engines and SEO strategies.</w:t>
      </w:r>
      <w:r/>
    </w:p>
    <w:p>
      <w:pPr>
        <w:pStyle w:val="ListNumber"/>
        <w:spacing w:line="240" w:lineRule="auto"/>
        <w:ind w:left="720"/>
      </w:pPr>
      <w:r/>
      <w:hyperlink r:id="rId11">
        <w:r>
          <w:rPr>
            <w:color w:val="0000EE"/>
            <w:u w:val="single"/>
          </w:rPr>
          <w:t>https://builtin.com/articles/ai-search-engine</w:t>
        </w:r>
      </w:hyperlink>
      <w:r>
        <w:t xml:space="preserve"> - This article explains how AI search engines work, including examples like Perplexity and You.com, and how they provide concise answers and summaries instead of traditional search results.</w:t>
      </w:r>
      <w:r/>
    </w:p>
    <w:p>
      <w:pPr>
        <w:pStyle w:val="ListNumber"/>
        <w:spacing w:line="240" w:lineRule="auto"/>
        <w:ind w:left="720"/>
      </w:pPr>
      <w:r/>
      <w:hyperlink r:id="rId12">
        <w:r>
          <w:rPr>
            <w:color w:val="0000EE"/>
            <w:u w:val="single"/>
          </w:rPr>
          <w:t>https://zapier.com/blog/best-ai-search-engine/</w:t>
        </w:r>
      </w:hyperlink>
      <w:r>
        <w:t xml:space="preserve"> - This article reviews the best AI search engines, such as Arc Search, Perplexity, and Google's AI Overviews, highlighting their features and how they improve the search experience.</w:t>
      </w:r>
      <w:r/>
    </w:p>
    <w:p>
      <w:pPr>
        <w:pStyle w:val="ListNumber"/>
        <w:spacing w:line="240" w:lineRule="auto"/>
        <w:ind w:left="720"/>
      </w:pPr>
      <w:r/>
      <w:hyperlink r:id="rId13">
        <w:r>
          <w:rPr>
            <w:color w:val="0000EE"/>
            <w:u w:val="single"/>
          </w:rPr>
          <w:t>https://www.mmm-online.com/home/channel/will-the-rise-of-ai-search-challenge-googles-dominance/</w:t>
        </w:r>
      </w:hyperlink>
      <w:r>
        <w:t xml:space="preserve"> - This article discusses the potential of AI search engines like SearchGPT and Perplexity to challenge Google's dominance in the search market and the implications for search behavior and advertising.</w:t>
      </w:r>
      <w:r/>
    </w:p>
    <w:p>
      <w:pPr>
        <w:pStyle w:val="ListNumber"/>
        <w:spacing w:line="240" w:lineRule="auto"/>
        <w:ind w:left="720"/>
      </w:pPr>
      <w:r/>
      <w:hyperlink r:id="rId10">
        <w:r>
          <w:rPr>
            <w:color w:val="0000EE"/>
            <w:u w:val="single"/>
          </w:rPr>
          <w:t>https://www.webascender.com/blog/will-ai-replace-search-engines/</w:t>
        </w:r>
      </w:hyperlink>
      <w:r>
        <w:t xml:space="preserve"> - This article mentions the integration of AI models by major search engines like Google and Bing, and how these technologies are distinct but complementary to traditional search tools.</w:t>
      </w:r>
      <w:r/>
    </w:p>
    <w:p>
      <w:pPr>
        <w:pStyle w:val="ListNumber"/>
        <w:spacing w:line="240" w:lineRule="auto"/>
        <w:ind w:left="720"/>
      </w:pPr>
      <w:r/>
      <w:hyperlink r:id="rId11">
        <w:r>
          <w:rPr>
            <w:color w:val="0000EE"/>
            <w:u w:val="single"/>
          </w:rPr>
          <w:t>https://builtin.com/articles/ai-search-engine</w:t>
        </w:r>
      </w:hyperlink>
      <w:r>
        <w:t xml:space="preserve"> - This article details how AI search engines use natural language processing and machine learning to analyze and summarize web content, providing more personalized and relevant results.</w:t>
      </w:r>
      <w:r/>
    </w:p>
    <w:p>
      <w:pPr>
        <w:pStyle w:val="ListNumber"/>
        <w:spacing w:line="240" w:lineRule="auto"/>
        <w:ind w:left="720"/>
      </w:pPr>
      <w:r/>
      <w:hyperlink r:id="rId12">
        <w:r>
          <w:rPr>
            <w:color w:val="0000EE"/>
            <w:u w:val="single"/>
          </w:rPr>
          <w:t>https://zapier.com/blog/best-ai-search-engine/</w:t>
        </w:r>
      </w:hyperlink>
      <w:r>
        <w:t xml:space="preserve"> - This article discusses the future of AI search, including the potential risks and benefits, such as the threat to traditional search engines and the need for reliable and trustworthy AI search results.</w:t>
      </w:r>
      <w:r/>
    </w:p>
    <w:p>
      <w:pPr>
        <w:pStyle w:val="ListNumber"/>
        <w:spacing w:line="240" w:lineRule="auto"/>
        <w:ind w:left="720"/>
      </w:pPr>
      <w:r/>
      <w:hyperlink r:id="rId13">
        <w:r>
          <w:rPr>
            <w:color w:val="0000EE"/>
            <w:u w:val="single"/>
          </w:rPr>
          <w:t>https://www.mmm-online.com/home/channel/will-the-rise-of-ai-search-challenge-googles-dominance/</w:t>
        </w:r>
      </w:hyperlink>
      <w:r>
        <w:t xml:space="preserve"> - This article highlights the challenges and opportunities for new AI search engines, including the need to solve issues like accuracy and misinformation to compete with Google.</w:t>
      </w:r>
      <w:r/>
    </w:p>
    <w:p>
      <w:pPr>
        <w:pStyle w:val="ListNumber"/>
        <w:spacing w:line="240" w:lineRule="auto"/>
        <w:ind w:left="720"/>
      </w:pPr>
      <w:r/>
      <w:hyperlink r:id="rId11">
        <w:r>
          <w:rPr>
            <w:color w:val="0000EE"/>
            <w:u w:val="single"/>
          </w:rPr>
          <w:t>https://builtin.com/articles/ai-search-engine</w:t>
        </w:r>
      </w:hyperlink>
      <w:r>
        <w:t xml:space="preserve"> - This article lists various AI search engines, such as Bing, Perplexity, and Brave Search, and explains their unique features and how they differ from traditional search engines.</w:t>
      </w:r>
      <w:r/>
    </w:p>
    <w:p>
      <w:pPr>
        <w:pStyle w:val="ListNumber"/>
        <w:spacing w:line="240" w:lineRule="auto"/>
        <w:ind w:left="720"/>
      </w:pPr>
      <w:r/>
      <w:hyperlink r:id="rId12">
        <w:r>
          <w:rPr>
            <w:color w:val="0000EE"/>
            <w:u w:val="single"/>
          </w:rPr>
          <w:t>https://zapier.com/blog/best-ai-search-engine/</w:t>
        </w:r>
      </w:hyperlink>
      <w:r>
        <w:t xml:space="preserve"> - This article mentions the integration of AI search engines into mobile browsers, such as Arc Search, which automates the search process and generates detailed reports from multiple sources.</w:t>
      </w:r>
      <w:r/>
    </w:p>
    <w:p>
      <w:pPr>
        <w:pStyle w:val="ListNumber"/>
        <w:spacing w:line="240" w:lineRule="auto"/>
        <w:ind w:left="720"/>
      </w:pPr>
      <w:r/>
      <w:hyperlink r:id="rId13">
        <w:r>
          <w:rPr>
            <w:color w:val="0000EE"/>
            <w:u w:val="single"/>
          </w:rPr>
          <w:t>https://www.mmm-online.com/home/channel/will-the-rise-of-ai-search-challenge-googles-dominance/</w:t>
        </w:r>
      </w:hyperlink>
      <w:r>
        <w:t xml:space="preserve"> - This article discusses Google's response to the rise of AI search engines, including the launch of AI Overviews, and how Google is reinforcing its position in the search market.</w:t>
      </w:r>
      <w:r/>
    </w:p>
    <w:p>
      <w:pPr>
        <w:pStyle w:val="ListNumber"/>
        <w:spacing w:line="240" w:lineRule="auto"/>
        <w:ind w:left="720"/>
      </w:pPr>
      <w:r/>
      <w:hyperlink r:id="rId14">
        <w:r>
          <w:rPr>
            <w:color w:val="0000EE"/>
            <w:u w:val="single"/>
          </w:rPr>
          <w:t>https://www.androidauthority.com/ai-search-engines-3490053/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ebascender.com/blog/will-ai-replace-search-engines/" TargetMode="External"/><Relationship Id="rId11" Type="http://schemas.openxmlformats.org/officeDocument/2006/relationships/hyperlink" Target="https://builtin.com/articles/ai-search-engine" TargetMode="External"/><Relationship Id="rId12" Type="http://schemas.openxmlformats.org/officeDocument/2006/relationships/hyperlink" Target="https://zapier.com/blog/best-ai-search-engine/" TargetMode="External"/><Relationship Id="rId13" Type="http://schemas.openxmlformats.org/officeDocument/2006/relationships/hyperlink" Target="https://www.mmm-online.com/home/channel/will-the-rise-of-ai-search-challenge-googles-dominance/" TargetMode="External"/><Relationship Id="rId14" Type="http://schemas.openxmlformats.org/officeDocument/2006/relationships/hyperlink" Target="https://www.androidauthority.com/ai-search-engines-349005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