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audiovisual technology through AI and IoT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audiovisual (AV) technology landscape is undergoing a significant transformation with the ongoing integration of Artificial Intelligence (AI) and the Internet of Things (IoT). This shift is setting new benchmarks in how AV systems are deployed and utilised, offering more personalised, efficient, and intelligent solutions across various environments. The convergence of AI and IoT in AV systems is not just a glimpse into the future but a rapidly unfolding reality impacting multiple sectors.</w:t>
      </w:r>
      <w:r/>
    </w:p>
    <w:p>
      <w:r/>
      <w:r>
        <w:t>AI, with its data processing power and pattern recognition capabilities, is ushering in a revolutionary era for the AV industry. This technology allows AV systems to be more responsive and proactive by predicting maintenance needs and solving problems in real-time. For instance, AI-driven video conferencing solutions can now automatically enhance audio quality by filtering out background noise, while facial recognition technologies can tailor content to match user preferences. Such innovations are significantly elevating user experiences by making interactions more seamless and inclusive.</w:t>
      </w:r>
      <w:r/>
    </w:p>
    <w:p>
      <w:r/>
      <w:r>
        <w:t>On the other hand, IoT is driving a fundamental change in how AV systems communicate and operate. The core of IoT's impact lies in its ability to interconnect multiple devices, allowing them to share information and function in a coordinated manner. This connectivity is enabling the creation of environments where resources are utilised more efficiently. For example, smart sensors in a building can communicate with AV systems to adjust settings based on room occupancy, leading to optimized energy use and enhanced operational efficacy.</w:t>
      </w:r>
      <w:r/>
    </w:p>
    <w:p>
      <w:r/>
      <w:r>
        <w:t>The combined capabilities of AI and IoT are leading to practical applications across different sectors. In educational settings, smart classrooms are utilising these technologies to provide adaptive learning experiences tailored to individual students. In corporate environments, AI-driven collaboration platforms are facilitating more immersive and efficient teamwork. These advancements are driving AV systems beyond their traditional roles, transforming them into critical tools for achieving strategic business objectives.</w:t>
      </w:r>
      <w:r/>
    </w:p>
    <w:p>
      <w:r/>
      <w:r>
        <w:t>For professionals in the AV industry, understanding and leveraging these technological advancements is increasingly vital. Embracing these technologies involves not just integrating them into existing systems but also engaging with continuous learning and adaptation processes. Industry professionals can enhance their design and implementation skills by building partnerships with technology providers, attending industry events, and participating in training programs.</w:t>
      </w:r>
      <w:r/>
    </w:p>
    <w:p>
      <w:r/>
      <w:r>
        <w:t>As these technologies continue to evolve, staying informed about emerging trends and capabilities is crucial for maintaining a competitive edge. AI and IoT are not just altering how AV systems are built but bolstering connectivity, efficiency, and user engagement on a broader scale. The advent of these technologies heralds a new era for AV integration, promising intelligent, user-friendly, and sustainable systems that enrich user experiences across diverse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https://qnextech.com/blog/how-the-internet-of-things-is-revolutionizing-av-solutions/</w:t>
        </w:r>
      </w:hyperlink>
      <w:r>
        <w:t xml:space="preserve"> - This article explains how IoT is revolutionizing the AV industry by enhancing connectivity, automation, and user experiences, and how AI and machine learning are integrating with IoT to deliver intelligent AV solutions.</w:t>
      </w:r>
      <w:r/>
    </w:p>
    <w:p>
      <w:pPr>
        <w:pStyle w:val="ListNumber"/>
        <w:spacing w:line="240" w:lineRule="auto"/>
        <w:ind w:left="720"/>
      </w:pPr>
      <w:r/>
      <w:hyperlink r:id="rId11">
        <w:r>
          <w:rPr>
            <w:color w:val="0000EE"/>
            <w:u w:val="single"/>
          </w:rPr>
          <w:t>https://xchange.avixa.org/posts/converging-av-it-and-iot-for-the-next-generation-of-intelligent-spaces</w:t>
        </w:r>
      </w:hyperlink>
      <w:r>
        <w:t xml:space="preserve"> - This post discusses the convergence of AV, IT, and IoT, highlighting how this integration improves user experiences, enhances productivity, and provides richer data and analytics in various environments.</w:t>
      </w:r>
      <w:r/>
    </w:p>
    <w:p>
      <w:pPr>
        <w:pStyle w:val="ListNumber"/>
        <w:spacing w:line="240" w:lineRule="auto"/>
        <w:ind w:left="720"/>
      </w:pPr>
      <w:r/>
      <w:hyperlink r:id="rId12">
        <w:r>
          <w:rPr>
            <w:color w:val="0000EE"/>
            <w:u w:val="single"/>
          </w:rPr>
          <w:t>https://www.appliedglobal.com/integrating-av-technology-with-the-internet-of-things/</w:t>
        </w:r>
      </w:hyperlink>
      <w:r>
        <w:t xml:space="preserve"> - This article details how integrating IoT devices with AV technology enhances communication, reduces operating costs, and increases productivity, while also emphasizing the role of cloud computing and machine learning.</w:t>
      </w:r>
      <w:r/>
    </w:p>
    <w:p>
      <w:pPr>
        <w:pStyle w:val="ListNumber"/>
        <w:spacing w:line="240" w:lineRule="auto"/>
        <w:ind w:left="720"/>
      </w:pPr>
      <w:r/>
      <w:hyperlink r:id="rId13">
        <w:r>
          <w:rPr>
            <w:color w:val="0000EE"/>
            <w:u w:val="single"/>
          </w:rPr>
          <w:t>https://www.cti.com/digital-disruption-why-av-needs-to-embrace-it/</w:t>
        </w:r>
      </w:hyperlink>
      <w:r>
        <w:t xml:space="preserve"> - This article discusses how digital disruption, including IoT and AI, is transforming the AV industry, and the importance of embracing these technologies for improved collaboration, security, and efficiency.</w:t>
      </w:r>
      <w:r/>
    </w:p>
    <w:p>
      <w:pPr>
        <w:pStyle w:val="ListNumber"/>
        <w:spacing w:line="240" w:lineRule="auto"/>
        <w:ind w:left="720"/>
      </w:pPr>
      <w:r/>
      <w:hyperlink r:id="rId14">
        <w:r>
          <w:rPr>
            <w:color w:val="0000EE"/>
            <w:u w:val="single"/>
          </w:rPr>
          <w:t>https://www.rcrwireless.com/20240628/internet-of-things-4/how-is-iot-impacting-the-audio-visual-industry-reader-forum</w:t>
        </w:r>
      </w:hyperlink>
      <w:r>
        <w:t xml:space="preserve"> - This article explores how IoT is impacting the AV industry by easing integration with other smart technologies, optimizing energy use, and enhancing operational efficacy.</w:t>
      </w:r>
      <w:r/>
    </w:p>
    <w:p>
      <w:pPr>
        <w:pStyle w:val="ListNumber"/>
        <w:spacing w:line="240" w:lineRule="auto"/>
        <w:ind w:left="720"/>
      </w:pPr>
      <w:r/>
      <w:hyperlink r:id="rId10">
        <w:r>
          <w:rPr>
            <w:color w:val="0000EE"/>
            <w:u w:val="single"/>
          </w:rPr>
          <w:t>https://qnextech.com/blog/how-the-internet-of-things-is-revolutionizing-av-solutions/</w:t>
        </w:r>
      </w:hyperlink>
      <w:r>
        <w:t xml:space="preserve"> - This article provides examples of AI-driven video conferencing solutions and facial recognition technologies that tailor content to user preferences, enhancing user experiences.</w:t>
      </w:r>
      <w:r/>
    </w:p>
    <w:p>
      <w:pPr>
        <w:pStyle w:val="ListNumber"/>
        <w:spacing w:line="240" w:lineRule="auto"/>
        <w:ind w:left="720"/>
      </w:pPr>
      <w:r/>
      <w:hyperlink r:id="rId11">
        <w:r>
          <w:rPr>
            <w:color w:val="0000EE"/>
            <w:u w:val="single"/>
          </w:rPr>
          <w:t>https://xchange.avixa.org/posts/converging-av-it-and-iot-for-the-next-generation-of-intelligent-spaces</w:t>
        </w:r>
      </w:hyperlink>
      <w:r>
        <w:t xml:space="preserve"> - This post explains how IoT sensors and data analytics optimize AV systems in commercial settings, such as conference rooms and retail spaces, to create more engaging environments.</w:t>
      </w:r>
      <w:r/>
    </w:p>
    <w:p>
      <w:pPr>
        <w:pStyle w:val="ListNumber"/>
        <w:spacing w:line="240" w:lineRule="auto"/>
        <w:ind w:left="720"/>
      </w:pPr>
      <w:r/>
      <w:hyperlink r:id="rId12">
        <w:r>
          <w:rPr>
            <w:color w:val="0000EE"/>
            <w:u w:val="single"/>
          </w:rPr>
          <w:t>https://www.appliedglobal.com/integrating-av-technology-with-the-internet-of-things/</w:t>
        </w:r>
      </w:hyperlink>
      <w:r>
        <w:t xml:space="preserve"> - This article highlights the integration of IoT with AV technology in educational and corporate settings, enabling adaptive learning experiences and more immersive collaboration platforms.</w:t>
      </w:r>
      <w:r/>
    </w:p>
    <w:p>
      <w:pPr>
        <w:pStyle w:val="ListNumber"/>
        <w:spacing w:line="240" w:lineRule="auto"/>
        <w:ind w:left="720"/>
      </w:pPr>
      <w:r/>
      <w:hyperlink r:id="rId13">
        <w:r>
          <w:rPr>
            <w:color w:val="0000EE"/>
            <w:u w:val="single"/>
          </w:rPr>
          <w:t>https://www.cti.com/digital-disruption-why-av-needs-to-embrace-it/</w:t>
        </w:r>
      </w:hyperlink>
      <w:r>
        <w:t xml:space="preserve"> - This article emphasizes the importance of industry professionals engaging in continuous learning and adaptation to leverage AI and IoT advancements in AV systems.</w:t>
      </w:r>
      <w:r/>
    </w:p>
    <w:p>
      <w:pPr>
        <w:pStyle w:val="ListNumber"/>
        <w:spacing w:line="240" w:lineRule="auto"/>
        <w:ind w:left="720"/>
      </w:pPr>
      <w:r/>
      <w:hyperlink r:id="rId11">
        <w:r>
          <w:rPr>
            <w:color w:val="0000EE"/>
            <w:u w:val="single"/>
          </w:rPr>
          <w:t>https://xchange.avixa.org/posts/converging-av-it-and-iot-for-the-next-generation-of-intelligent-spaces</w:t>
        </w:r>
      </w:hyperlink>
      <w:r>
        <w:t xml:space="preserve"> - This post discusses the challenges and benefits of integrating AV, IT, and IoT, including improved user experiences, enhanced productivity, and scalable infrastructure.</w:t>
      </w:r>
      <w:r/>
    </w:p>
    <w:p>
      <w:pPr>
        <w:pStyle w:val="ListNumber"/>
        <w:spacing w:line="240" w:lineRule="auto"/>
        <w:ind w:left="720"/>
      </w:pPr>
      <w:r/>
      <w:hyperlink r:id="rId12">
        <w:r>
          <w:rPr>
            <w:color w:val="0000EE"/>
            <w:u w:val="single"/>
          </w:rPr>
          <w:t>https://www.appliedglobal.com/integrating-av-technology-with-the-internet-of-things/</w:t>
        </w:r>
      </w:hyperlink>
      <w:r>
        <w:t xml:space="preserve"> - This article explains the significance of cybersecurity protocols when integrating IoT with AV systems to ensure data protection and compliance.</w:t>
      </w:r>
      <w:r/>
    </w:p>
    <w:p>
      <w:pPr>
        <w:pStyle w:val="ListNumber"/>
        <w:spacing w:line="240" w:lineRule="auto"/>
        <w:ind w:left="720"/>
      </w:pPr>
      <w:r/>
      <w:hyperlink r:id="rId15">
        <w:r>
          <w:rPr>
            <w:color w:val="0000EE"/>
            <w:u w:val="single"/>
          </w:rPr>
          <w:t>https://www.avbeat.com/embracing-the-future-how-ai-and-iot-are-revolutionizing-av-integration/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nextech.com/blog/how-the-internet-of-things-is-revolutionizing-av-solutions/" TargetMode="External"/><Relationship Id="rId11" Type="http://schemas.openxmlformats.org/officeDocument/2006/relationships/hyperlink" Target="https://xchange.avixa.org/posts/converging-av-it-and-iot-for-the-next-generation-of-intelligent-spaces" TargetMode="External"/><Relationship Id="rId12" Type="http://schemas.openxmlformats.org/officeDocument/2006/relationships/hyperlink" Target="https://www.appliedglobal.com/integrating-av-technology-with-the-internet-of-things/" TargetMode="External"/><Relationship Id="rId13" Type="http://schemas.openxmlformats.org/officeDocument/2006/relationships/hyperlink" Target="https://www.cti.com/digital-disruption-why-av-needs-to-embrace-it/" TargetMode="External"/><Relationship Id="rId14" Type="http://schemas.openxmlformats.org/officeDocument/2006/relationships/hyperlink" Target="https://www.rcrwireless.com/20240628/internet-of-things-4/how-is-iot-impacting-the-audio-visual-industry-reader-forum" TargetMode="External"/><Relationship Id="rId15" Type="http://schemas.openxmlformats.org/officeDocument/2006/relationships/hyperlink" Target="https://www.avbeat.com/embracing-the-future-how-ai-and-iot-are-revolutionizing-av-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