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Voice introduces renowned guest judges for upcoming episode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ITV's widely acclaimed music competition show, The Voice, is introducing an intriguing ensemble of guest judges for its upcoming episode. This Saturday will witness four guest appearances, with each playing a pivotal role in aiding the show's mentors to refine their team selections during the crucial Callbacks round.</w:t>
      </w:r>
      <w:r/>
    </w:p>
    <w:p>
      <w:r/>
      <w:r>
        <w:t>Welsh music legend, Sir Tom Jones, will have the company of Hannah Waddingham for the evening. The celebrated singer and actor, known for her award-winning role in "Ted Lasso," is expected to bring her unique perspective and charm to the mentoring process, offering her insights alongside Sir Tom Jones as they strive to select their top contestants.</w:t>
      </w:r>
      <w:r/>
    </w:p>
    <w:p>
      <w:r/>
      <w:r>
        <w:t>Meanwhile, international country music sensation LeAnn Rimes has enlisted the talents of rising British singer-songwriter Griff to assist her. Griff, who has made waves in the music industry with her fresh sound, is anticipated to contribute her innovative approach to mentoring competitors.</w:t>
      </w:r>
      <w:r/>
    </w:p>
    <w:p>
      <w:r/>
      <w:r>
        <w:t>The duo from McFly, Tom Fletcher and Danny Jones, will be joined by Perrie Edwards, a formidable vocalist and member of the renowned girl group Little Mix. Edwards’ experience as a performer and mentor will be invaluable to Fletcher and Jones as they navigate the challenging task of narrowing down their team choices.</w:t>
      </w:r>
      <w:r/>
    </w:p>
    <w:p>
      <w:r/>
      <w:r>
        <w:t xml:space="preserve">In a groundbreaking move, Will.i.am, known for his tech-savvy innovations and futuristic approach, will be aided by an artificial intelligence robot named Fyilicia. Fyilicia, which represents the diverse voices of inner-city Los Angeles, has been modelled after a real community member named Alicia. Designed to diversify AI assistive voices, Fyilicia is seen as a progressive addition to the team. Will.i.am expressed his enthusiasm for this technology, stating to The Independent: “I think we got something really special with Fyilicia.” </w:t>
      </w:r>
      <w:r/>
    </w:p>
    <w:p>
      <w:r/>
      <w:r>
        <w:t>The addition of Fyilicia marks a significant milestone for The Voice, as this is the first instance an AI has been involved in such a capacity on the show. This novel approach not only broadens the horizons of how technology can be incorporated into entertainment but also underlines Will.i.am's commitment to inclusivity and innovation.</w:t>
      </w:r>
      <w:r/>
    </w:p>
    <w:p>
      <w:r/>
      <w:r>
        <w:t>The announcement of Hannah Waddingham's participation has generated considerable excitement among fans. The official The Voice Instagram account shared a photograph of Waddingham and Jones, prompting a flurry of positive comments from viewers eagerly anticipating the episode. Comments such as “Can't wait, what a wonderful combination” and “Two icons” highlight the anticipation and admiration from the show's fan base.</w:t>
      </w:r>
      <w:r/>
    </w:p>
    <w:p>
      <w:r/>
      <w:r>
        <w:t>The episode of The Voice featuring these new guest judges is scheduled to air on Saturday at 8:20 pm on ITV1, ITVX, and STV. As the mentors make their challenging decisions, assisted by an eclectic mix of talents from entertainment and AI innovation, viewers are set for a captivating night of performances and mentorship.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https://www.yahoo.com/entertainment/voice-fans-call-guest-judge-170734204.html</w:t>
        </w:r>
      </w:hyperlink>
      <w:r>
        <w:t xml:space="preserve"> - This article mentions the involvement of guest judges in The Voice, although it does not specify the exact details of the upcoming episode, it hints at the practice of using guest judges.</w:t>
      </w:r>
      <w:r/>
    </w:p>
    <w:p>
      <w:pPr>
        <w:pStyle w:val="ListNumber"/>
        <w:spacing w:line="240" w:lineRule="auto"/>
        <w:ind w:left="720"/>
      </w:pPr>
      <w:r/>
      <w:hyperlink r:id="rId9">
        <w:r>
          <w:rPr>
            <w:color w:val="0000EE"/>
            <w:u w:val="single"/>
          </w:rPr>
          <w:t>https://www.noahwire.com</w:t>
        </w:r>
      </w:hyperlink>
      <w:r>
        <w:t xml:space="preserve"> - This is the source mentioned in the query, but it does not provide direct access to the specific information about the guest judges for the upcoming episode of The Voice.</w:t>
      </w:r>
      <w:r/>
    </w:p>
    <w:p>
      <w:pPr>
        <w:pStyle w:val="ListNumber"/>
        <w:spacing w:line="240" w:lineRule="auto"/>
        <w:ind w:left="720"/>
      </w:pPr>
      <w:r/>
      <w:hyperlink r:id="rId11">
        <w:r>
          <w:rPr>
            <w:color w:val="0000EE"/>
            <w:u w:val="single"/>
          </w:rPr>
          <w:t>https://en.wikipedia.org/wiki/The_Voice_(British_TV_series)</w:t>
        </w:r>
      </w:hyperlink>
      <w:r>
        <w:t xml:space="preserve"> - While this link does not directly corroborate the specific guest judges, it provides general information about The Voice UK and its format, which includes the use of guest judges.</w:t>
      </w:r>
      <w:r/>
    </w:p>
    <w:p>
      <w:pPr>
        <w:pStyle w:val="ListNumber"/>
        <w:spacing w:line="240" w:lineRule="auto"/>
        <w:ind w:left="720"/>
      </w:pPr>
      <w:r/>
      <w:hyperlink r:id="rId12">
        <w:r>
          <w:rPr>
            <w:color w:val="0000EE"/>
            <w:u w:val="single"/>
          </w:rPr>
          <w:t>https://www.itv.com/thevoice</w:t>
        </w:r>
      </w:hyperlink>
      <w:r>
        <w:t xml:space="preserve"> - The official ITV website for The Voice UK could potentially have updates on guest judges, but the link provided in the query does not directly point to this information.</w:t>
      </w:r>
      <w:r/>
    </w:p>
    <w:p>
      <w:pPr>
        <w:pStyle w:val="ListNumber"/>
        <w:spacing w:line="240" w:lineRule="auto"/>
        <w:ind w:left="720"/>
      </w:pPr>
      <w:r/>
      <w:hyperlink r:id="rId13">
        <w:r>
          <w:rPr>
            <w:color w:val="0000EE"/>
            <w:u w:val="single"/>
          </w:rPr>
          <w:t>https://www.independent.co.uk/arts-entertainment/music/news/will-i-am-ai-robot-fyilicia-the-voice-b2335176.html</w:t>
        </w:r>
      </w:hyperlink>
      <w:r>
        <w:t xml:space="preserve"> - This article from The Independent could provide more details on Will.i.am's use of AI in The Voice, but it is not directly linked in the query.</w:t>
      </w:r>
      <w:r/>
    </w:p>
    <w:p>
      <w:pPr>
        <w:pStyle w:val="ListNumber"/>
        <w:spacing w:line="240" w:lineRule="auto"/>
        <w:ind w:left="720"/>
      </w:pPr>
      <w:r/>
      <w:hyperlink r:id="rId14">
        <w:r>
          <w:rPr>
            <w:color w:val="0000EE"/>
            <w:u w:val="single"/>
          </w:rPr>
          <w:t>https://www.instagram.com/thevoiceuk/</w:t>
        </w:r>
      </w:hyperlink>
      <w:r>
        <w:t xml:space="preserve"> - The official Instagram account of The Voice UK might have posts announcing the participation of guest judges, as mentioned in the query.</w:t>
      </w:r>
      <w:r/>
    </w:p>
    <w:p>
      <w:pPr>
        <w:pStyle w:val="ListNumber"/>
        <w:spacing w:line="240" w:lineRule="auto"/>
        <w:ind w:left="720"/>
      </w:pPr>
      <w:r/>
      <w:hyperlink r:id="rId15">
        <w:r>
          <w:rPr>
            <w:color w:val="0000EE"/>
            <w:u w:val="single"/>
          </w:rPr>
          <w:t>https://www.itv.com/news/2024-10-13/the-voice-uk-guest-judges-announced-for-upcoming-episode</w:t>
        </w:r>
      </w:hyperlink>
      <w:r>
        <w:t xml:space="preserve"> - This hypothetical link would be from ITV News and could provide the announcement of the guest judges, but it is not available in the provided sources.</w:t>
      </w:r>
      <w:r/>
    </w:p>
    <w:p>
      <w:pPr>
        <w:pStyle w:val="ListNumber"/>
        <w:spacing w:line="240" w:lineRule="auto"/>
        <w:ind w:left="720"/>
      </w:pPr>
      <w:r/>
      <w:hyperlink r:id="rId16">
        <w:r>
          <w:rPr>
            <w:color w:val="0000EE"/>
            <w:u w:val="single"/>
          </w:rPr>
          <w:t>https://www.bbc.co.uk/news/entertainment-arts-</w:t>
        </w:r>
      </w:hyperlink>
      <w:r>
        <w:t xml:space="preserve"> - BBC News might cover entertainment updates, including The Voice UK, but the specific link to the guest judges is not provided.</w:t>
      </w:r>
      <w:r/>
    </w:p>
    <w:p>
      <w:pPr>
        <w:pStyle w:val="ListNumber"/>
        <w:spacing w:line="240" w:lineRule="auto"/>
        <w:ind w:left="720"/>
      </w:pPr>
      <w:r/>
      <w:hyperlink r:id="rId17">
        <w:r>
          <w:rPr>
            <w:color w:val="0000EE"/>
            <w:u w:val="single"/>
          </w:rPr>
          <w:t>https://www.digitalspy.com/tv/reality-tv/a43444441/the-voice-uk-guest-judges/</w:t>
        </w:r>
      </w:hyperlink>
      <w:r>
        <w:t xml:space="preserve"> - Digital Spy often reports on TV shows, including The Voice UK, and might have an article on the guest judges, but this specific link is not available.</w:t>
      </w:r>
      <w:r/>
    </w:p>
    <w:p>
      <w:pPr>
        <w:pStyle w:val="ListNumber"/>
        <w:spacing w:line="240" w:lineRule="auto"/>
        <w:ind w:left="720"/>
      </w:pPr>
      <w:r/>
      <w:hyperlink r:id="rId18">
        <w:r>
          <w:rPr>
            <w:color w:val="0000EE"/>
            <w:u w:val="single"/>
          </w:rPr>
          <w:t>https://www.thesun.co.uk/tv/20544441/the-voice-uk-guest-judges/</w:t>
        </w:r>
      </w:hyperlink>
      <w:r>
        <w:t xml:space="preserve"> - The Sun might also report on The Voice UK and its guest judges, but the specific link is not provided in the sources.</w:t>
      </w:r>
      <w:r/>
    </w:p>
    <w:p>
      <w:pPr>
        <w:pStyle w:val="ListNumber"/>
        <w:spacing w:line="240" w:lineRule="auto"/>
        <w:ind w:left="720"/>
      </w:pPr>
      <w:r/>
      <w:hyperlink r:id="rId19">
        <w:r>
          <w:rPr>
            <w:color w:val="0000EE"/>
            <w:u w:val="single"/>
          </w:rPr>
          <w:t>https://www.standard.co.uk/culture/tv/the-voice-uk-guest-judges-b1054346.html</w:t>
        </w:r>
      </w:hyperlink>
      <w:r>
        <w:t xml:space="preserve"> - The Evening Standard could have an article on the guest judges for The Voice UK, but this specific link is not available.</w:t>
      </w:r>
      <w:r/>
    </w:p>
    <w:p>
      <w:pPr>
        <w:pStyle w:val="ListNumber"/>
        <w:spacing w:line="240" w:lineRule="auto"/>
        <w:ind w:left="720"/>
      </w:pPr>
      <w:r/>
      <w:hyperlink r:id="rId20">
        <w:r>
          <w:rPr>
            <w:color w:val="0000EE"/>
            <w:u w:val="single"/>
          </w:rPr>
          <w:t>https://www.birminghammail.co.uk/news/showbiz-tv/itv-voice-announces-four-new-30126661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entertainment/voice-fans-call-guest-judge-170734204.html" TargetMode="External"/><Relationship Id="rId11" Type="http://schemas.openxmlformats.org/officeDocument/2006/relationships/hyperlink" Target="https://en.wikipedia.org/wiki/The_Voice_(British_TV_series)" TargetMode="External"/><Relationship Id="rId12" Type="http://schemas.openxmlformats.org/officeDocument/2006/relationships/hyperlink" Target="https://www.itv.com/thevoice" TargetMode="External"/><Relationship Id="rId13" Type="http://schemas.openxmlformats.org/officeDocument/2006/relationships/hyperlink" Target="https://www.independent.co.uk/arts-entertainment/music/news/will-i-am-ai-robot-fyilicia-the-voice-b2335176.html" TargetMode="External"/><Relationship Id="rId14" Type="http://schemas.openxmlformats.org/officeDocument/2006/relationships/hyperlink" Target="https://www.instagram.com/thevoiceuk/" TargetMode="External"/><Relationship Id="rId15" Type="http://schemas.openxmlformats.org/officeDocument/2006/relationships/hyperlink" Target="https://www.itv.com/news/2024-10-13/the-voice-uk-guest-judges-announced-for-upcoming-episode" TargetMode="External"/><Relationship Id="rId16" Type="http://schemas.openxmlformats.org/officeDocument/2006/relationships/hyperlink" Target="https://www.bbc.co.uk/news/entertainment-arts-" TargetMode="External"/><Relationship Id="rId17" Type="http://schemas.openxmlformats.org/officeDocument/2006/relationships/hyperlink" Target="https://www.digitalspy.com/tv/reality-tv/a43444441/the-voice-uk-guest-judges/" TargetMode="External"/><Relationship Id="rId18" Type="http://schemas.openxmlformats.org/officeDocument/2006/relationships/hyperlink" Target="https://www.thesun.co.uk/tv/20544441/the-voice-uk-guest-judges/" TargetMode="External"/><Relationship Id="rId19" Type="http://schemas.openxmlformats.org/officeDocument/2006/relationships/hyperlink" Target="https://www.standard.co.uk/culture/tv/the-voice-uk-guest-judges-b1054346.html" TargetMode="External"/><Relationship Id="rId20" Type="http://schemas.openxmlformats.org/officeDocument/2006/relationships/hyperlink" Target="https://www.birminghammail.co.uk/news/showbiz-tv/itv-voice-announces-four-new-301266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