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This week's standout mobile apps enhance productivity and entertainment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This week marks another exciting entry in the realm of mobile applications, as developers continue to push the boundaries of technology with innovative solutions designed to enhance productivity and entertainment. A fresh selection of apps has been curated for this week's roundup, targeting various aspects of modern life, from streamlining work processes to planning social gatherings and improving communication skills. Here's a comprehensive look at these standout applications:</w:t>
      </w:r>
      <w:r/>
    </w:p>
    <w:p>
      <w:r/>
      <w:r>
        <w:t xml:space="preserve">1. </w:t>
      </w:r>
      <w:r>
        <w:rPr>
          <w:b/>
        </w:rPr>
        <w:t>Height.app</w:t>
      </w:r>
      <w:r>
        <w:t xml:space="preserve"> – This autonomous project management tool is making waves among professionals and teams seeking to optimise their workflow. Height.app allows users to effectively manage projects, tasks, and collaborative efforts with ease. By automating several aspects of project management, the app aims to reduce the time spent on administrative tasks, thereby increasing overall productivity. The tool offers a user-friendly interface and integrates seamlessly with other popular platforms, making it a versatile addition for businesses and individual users alike.</w:t>
      </w:r>
      <w:r/>
    </w:p>
    <w:p>
      <w:r/>
      <w:r>
        <w:t xml:space="preserve">2. </w:t>
      </w:r>
      <w:r>
        <w:rPr>
          <w:b/>
        </w:rPr>
        <w:t>Konpa – Create &amp; Share Events</w:t>
      </w:r>
      <w:r>
        <w:t xml:space="preserve"> – In the era of digital events planning, Konpa emerges as a must-have app for those interested in organising and sharing gatherings. Whether it's a small party, a corporate event, or a community meet-up, Konpa provides users with all the necessary tools to plan, invite, and manage attendees. The app facilitates the creation of customised invitations and allows users to track RSVPs effortlessly. With an emphasis on user experience, Konpa also offers integration with various communication platforms, ensuring that organisers can stay in touch with their guests.</w:t>
      </w:r>
      <w:r/>
    </w:p>
    <w:p>
      <w:r/>
      <w:r>
        <w:t xml:space="preserve">3. </w:t>
      </w:r>
      <w:r>
        <w:rPr>
          <w:b/>
        </w:rPr>
        <w:t>Hedy AI Meeting Coach</w:t>
      </w:r>
      <w:r>
        <w:t xml:space="preserve"> – A revolutionary app designed to transform the way users conduct meetings. Hedy AI Meeting Coach uses artificial intelligence to analyse and improve communication skills during meetings. By providing feedback on aspects such as speaking time, tone, and clarity, users can refine their presentation and interpersonal skills. This application is particularly useful for professionals looking to enhance their communication in virtual spaces, providing insights that can lead to more effective and engaging meetings.</w:t>
      </w:r>
      <w:r/>
    </w:p>
    <w:p>
      <w:r/>
      <w:r>
        <w:t xml:space="preserve">4. </w:t>
      </w:r>
      <w:r>
        <w:rPr>
          <w:b/>
        </w:rPr>
        <w:t>RocketCat!</w:t>
      </w:r>
      <w:r>
        <w:t xml:space="preserve"> – For gaming enthusiasts, RocketCat! offers a delightful escape. This new game has drawn attention for its engaging gameplay and vibrant graphics. Players guide a cat armed with a rocket through a series of challenging obstacles, collecting power-ups and achievements along the journey. The game combines elements of adventure and strategy, promising hours of entertainment. Its intuitive controls and creative design make RocketCat! a popular choice for gamers seeking a fun and immersive experience.</w:t>
      </w:r>
      <w:r/>
    </w:p>
    <w:p>
      <w:r/>
      <w:r>
        <w:t>Each application in this week's roundup represents a unique contribution to its respective domain, reflecting the ongoing innovation in the app development sphere. Be it enhancing productivity or providing entertainment, these apps are available for download and aim to cater to the diverse needs of their users. Whether you are looking to organise your next meeting or simply want a thrilling gaming experience, these selections promise to deliver.</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https://height.app</w:t>
        </w:r>
      </w:hyperlink>
      <w:r>
        <w:t xml:space="preserve"> - This URL corroborates the information about Height.app being an autonomous project management tool that automates several aspects of project management to increase productivity.</w:t>
      </w:r>
      <w:r/>
    </w:p>
    <w:p>
      <w:pPr>
        <w:pStyle w:val="ListNumber"/>
        <w:spacing w:line="240" w:lineRule="auto"/>
        <w:ind w:left="720"/>
      </w:pPr>
      <w:r/>
      <w:hyperlink r:id="rId10">
        <w:r>
          <w:rPr>
            <w:color w:val="0000EE"/>
            <w:u w:val="single"/>
          </w:rPr>
          <w:t>https://height.app</w:t>
        </w:r>
      </w:hyperlink>
      <w:r>
        <w:t xml:space="preserve"> - This URL supports the claim that Height.app offers a user-friendly interface and integrates seamlessly with other popular platforms.</w:t>
      </w:r>
      <w:r/>
    </w:p>
    <w:p>
      <w:pPr>
        <w:pStyle w:val="ListNumber"/>
        <w:spacing w:line="240" w:lineRule="auto"/>
        <w:ind w:left="720"/>
      </w:pPr>
      <w:r/>
      <w:hyperlink r:id="rId11">
        <w:r>
          <w:rPr>
            <w:color w:val="0000EE"/>
            <w:u w:val="single"/>
          </w:rPr>
          <w:t>https://www.reddit.com/r/ProductivityApps/comments/1cyfbh2/heightapp_anyone_else_using_this_project_manager/</w:t>
        </w:r>
      </w:hyperlink>
      <w:r>
        <w:t xml:space="preserve"> - This URL provides user feedback and testimonials about Height.app's effectiveness in managing projects and tasks, and its responsiveness compared to other tools.</w:t>
      </w:r>
      <w:r/>
    </w:p>
    <w:p>
      <w:pPr>
        <w:pStyle w:val="ListNumber"/>
        <w:spacing w:line="240" w:lineRule="auto"/>
        <w:ind w:left="720"/>
      </w:pPr>
      <w:r/>
      <w:hyperlink r:id="rId12">
        <w:r>
          <w:rPr>
            <w:color w:val="0000EE"/>
            <w:u w:val="single"/>
          </w:rPr>
          <w:t>https://www.producthunt.com/products/height</w:t>
        </w:r>
      </w:hyperlink>
      <w:r>
        <w:t xml:space="preserve"> - This URL confirms that Height is an autonomous project collaboration tool with an embedded AI engine, handling tasks such as bug triage and backlog grooming.</w:t>
      </w:r>
      <w:r/>
    </w:p>
    <w:p>
      <w:pPr>
        <w:pStyle w:val="ListNumber"/>
        <w:spacing w:line="240" w:lineRule="auto"/>
        <w:ind w:left="720"/>
      </w:pPr>
      <w:r/>
      <w:hyperlink r:id="rId12">
        <w:r>
          <w:rPr>
            <w:color w:val="0000EE"/>
            <w:u w:val="single"/>
          </w:rPr>
          <w:t>https://www.producthunt.com/products/height</w:t>
        </w:r>
      </w:hyperlink>
      <w:r>
        <w:t xml:space="preserve"> - This URL details the features of Height, including its ability to offload administrative chores and its integration with various project management views.</w:t>
      </w:r>
      <w:r/>
    </w:p>
    <w:p>
      <w:pPr>
        <w:pStyle w:val="ListNumber"/>
        <w:spacing w:line="240" w:lineRule="auto"/>
        <w:ind w:left="720"/>
      </w:pPr>
      <w:r/>
      <w:hyperlink r:id="rId13">
        <w:r>
          <w:rPr>
            <w:color w:val="0000EE"/>
            <w:u w:val="single"/>
          </w:rPr>
          <w:t>https://apps.apple.com/us/app/height-app-for-mobile/id1621797396</w:t>
        </w:r>
      </w:hyperlink>
      <w:r>
        <w:t xml:space="preserve"> - This URL supports the information about Height.app's mobile application, which allows users to manage tasks and collaborate on-the-go.</w:t>
      </w:r>
      <w:r/>
    </w:p>
    <w:p>
      <w:pPr>
        <w:pStyle w:val="ListNumber"/>
        <w:spacing w:line="240" w:lineRule="auto"/>
        <w:ind w:left="720"/>
      </w:pPr>
      <w:r/>
      <w:hyperlink r:id="rId13">
        <w:r>
          <w:rPr>
            <w:color w:val="0000EE"/>
            <w:u w:val="single"/>
          </w:rPr>
          <w:t>https://apps.apple.com/us/app/height-app-for-mobile/id1621797396</w:t>
        </w:r>
      </w:hyperlink>
      <w:r>
        <w:t xml:space="preserve"> - This URL provides details on the mobile app's features, such as creating new tasks, workspace-wide chat, and push notifications.</w:t>
      </w:r>
      <w:r/>
    </w:p>
    <w:p>
      <w:pPr>
        <w:pStyle w:val="ListNumber"/>
        <w:spacing w:line="240" w:lineRule="auto"/>
        <w:ind w:left="720"/>
      </w:pPr>
      <w:r/>
      <w:hyperlink r:id="rId10">
        <w:r>
          <w:rPr>
            <w:color w:val="0000EE"/>
            <w:u w:val="single"/>
          </w:rPr>
          <w:t>https://height.app</w:t>
        </w:r>
      </w:hyperlink>
      <w:r>
        <w:t xml:space="preserve"> - This URL explains how Height automates manual legwork for product teams, focusing on tasks like backlog upkeep, spec updates, and bug triage.</w:t>
      </w:r>
      <w:r/>
    </w:p>
    <w:p>
      <w:pPr>
        <w:pStyle w:val="ListNumber"/>
        <w:spacing w:line="240" w:lineRule="auto"/>
        <w:ind w:left="720"/>
      </w:pPr>
      <w:r/>
      <w:hyperlink r:id="rId10">
        <w:r>
          <w:rPr>
            <w:color w:val="0000EE"/>
            <w:u w:val="single"/>
          </w:rPr>
          <w:t>https://height.app</w:t>
        </w:r>
      </w:hyperlink>
      <w:r>
        <w:t xml:space="preserve"> - This URL highlights Height's collaboration features, including live collaboration in Spreadsheet, Kanban, Gantt, and Calendar views.</w:t>
      </w:r>
      <w:r/>
    </w:p>
    <w:p>
      <w:pPr>
        <w:pStyle w:val="ListNumber"/>
        <w:spacing w:line="240" w:lineRule="auto"/>
        <w:ind w:left="720"/>
      </w:pPr>
      <w:r/>
      <w:hyperlink r:id="rId12">
        <w:r>
          <w:rPr>
            <w:color w:val="0000EE"/>
            <w:u w:val="single"/>
          </w:rPr>
          <w:t>https://www.producthunt.com/products/height</w:t>
        </w:r>
      </w:hyperlink>
      <w:r>
        <w:t xml:space="preserve"> - This URL mentions the AI-native features of Height, such as Copilot Chat and Copilot Standups, which enhance team collaboration and productivity.</w:t>
      </w:r>
      <w:r/>
    </w:p>
    <w:p>
      <w:pPr>
        <w:pStyle w:val="ListNumber"/>
        <w:spacing w:line="240" w:lineRule="auto"/>
        <w:ind w:left="720"/>
      </w:pPr>
      <w:r/>
      <w:hyperlink r:id="rId13">
        <w:r>
          <w:rPr>
            <w:color w:val="0000EE"/>
            <w:u w:val="single"/>
          </w:rPr>
          <w:t>https://apps.apple.com/us/app/height-app-for-mobile/id1621797396</w:t>
        </w:r>
      </w:hyperlink>
      <w:r>
        <w:t xml:space="preserve"> - This URL includes user reviews and feedback on the mobile app, praising its ease of use, customizability, and effectiveness in enhancing organizational capabilities.</w:t>
      </w:r>
      <w:r/>
    </w:p>
    <w:p>
      <w:pPr>
        <w:pStyle w:val="ListNumber"/>
        <w:spacing w:line="240" w:lineRule="auto"/>
        <w:ind w:left="720"/>
      </w:pPr>
      <w:r/>
      <w:hyperlink r:id="rId14">
        <w:r>
          <w:rPr>
            <w:color w:val="0000EE"/>
            <w:u w:val="single"/>
          </w:rPr>
          <w:t>https://www.idownloadblog.com/2024/10/12/apps-of-the-week-part-116/</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height.app" TargetMode="External"/><Relationship Id="rId11" Type="http://schemas.openxmlformats.org/officeDocument/2006/relationships/hyperlink" Target="https://www.reddit.com/r/ProductivityApps/comments/1cyfbh2/heightapp_anyone_else_using_this_project_manager/" TargetMode="External"/><Relationship Id="rId12" Type="http://schemas.openxmlformats.org/officeDocument/2006/relationships/hyperlink" Target="https://www.producthunt.com/products/height" TargetMode="External"/><Relationship Id="rId13" Type="http://schemas.openxmlformats.org/officeDocument/2006/relationships/hyperlink" Target="https://apps.apple.com/us/app/height-app-for-mobile/id1621797396" TargetMode="External"/><Relationship Id="rId14" Type="http://schemas.openxmlformats.org/officeDocument/2006/relationships/hyperlink" Target="https://www.idownloadblog.com/2024/10/12/apps-of-the-week-part-116/"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