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TikTok announces layoffs amid AI integration for content moderation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TikTok, the immensely popular social networking platform owned by Chinese technology company ByteDance, is undergoing yet another round of workforce reductions. According to a report from Reuters, the company has decided to lay off several hundred employees, with the majority of affected staff based in Malaysia. This development is taking place as TikTok increasingly integrates artificial intelligence (AI) technologies to enhance its content moderation capabilities.</w:t>
      </w:r>
      <w:r/>
    </w:p>
    <w:p>
      <w:r/>
      <w:r>
        <w:t>While TikTok has not specified the exact number of employees affected by this decision, it mentioned that fewer than 500 individuals would lose their positions. The company described this decision as part of an initiative to optimise its global operational model for content moderation. Currently, TikTok employs a dual approach, utilising both automated AI tools and human moderators to oversee and manage the vast array of content shared across its platform.</w:t>
      </w:r>
      <w:r/>
    </w:p>
    <w:p>
      <w:r/>
      <w:r>
        <w:t>This latest wave of layoffs follows a series of job cuts that TikTok has executed throughout the year. Earlier in 2023, the company announced a reduction of over 250 jobs in Ireland in April. In addition, May brought reports indicating that approximately 1,000 positions within TikTok's operations and marketing divisions were being eliminated. January also saw the company reducing its workforce by cutting 60 jobs in the sales and advertising sectors.</w:t>
      </w:r>
      <w:r/>
    </w:p>
    <w:p>
      <w:r/>
      <w:r>
        <w:t>The decision to implement these layoffs comes amid a broader strategic shift at TikTok, where the emphasis is increasingly being placed on leveraging AI technologies to streamline content moderation processes. This aspect is crucial for a platform that hosts millions of videos and encounters the constant challenge of managing inappropriate or harmful content.</w:t>
      </w:r>
      <w:r/>
    </w:p>
    <w:p>
      <w:r/>
      <w:r>
        <w:t xml:space="preserve">Despite being reached for comment by media outlets such as TechCrunch, TikTok has not issued any further statements regarding these developments, leaving many to question the full impact of these job cuts on its workforce and the overall operations of its content moderation activities. </w:t>
      </w:r>
      <w:r/>
    </w:p>
    <w:p>
      <w:r/>
      <w:r>
        <w:t>As TikTok navigates these operational changes, the company's ability to effectively balance technological advancements with human oversight will likely continue to be a focal point for both the company and its user base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https://www.freemalaysiatoday.com/category/nation/2024/10/11/tiktok-confirms-layoffs-in-malaysia-amid-global-workforce-reduction/</w:t>
        </w:r>
      </w:hyperlink>
      <w:r>
        <w:t xml:space="preserve"> - Corroborates the layoffs in Malaysia and the global workforce reduction, including the integration of AI for content moderation.</w:t>
      </w:r>
      <w:r/>
    </w:p>
    <w:p>
      <w:pPr>
        <w:pStyle w:val="ListNumber"/>
        <w:spacing w:line="240" w:lineRule="auto"/>
        <w:ind w:left="720"/>
      </w:pPr>
      <w:r/>
      <w:hyperlink r:id="rId11">
        <w:r>
          <w:rPr>
            <w:color w:val="0000EE"/>
            <w:u w:val="single"/>
          </w:rPr>
          <w:t>https://www.latimes.com/entertainment-arts/business/story/2024-05-22/amid-tech-industry-layoffs-tiktok-plans-to-cut-staff</w:t>
        </w:r>
      </w:hyperlink>
      <w:r>
        <w:t xml:space="preserve"> - Supports the information about TikTok's plans to reduce its global staff, particularly in content and marketing, and the use of AI for content moderation.</w:t>
      </w:r>
      <w:r/>
    </w:p>
    <w:p>
      <w:pPr>
        <w:pStyle w:val="ListNumber"/>
        <w:spacing w:line="240" w:lineRule="auto"/>
        <w:ind w:left="720"/>
      </w:pPr>
      <w:r/>
      <w:hyperlink r:id="rId12">
        <w:r>
          <w:rPr>
            <w:color w:val="0000EE"/>
            <w:u w:val="single"/>
          </w:rPr>
          <w:t>https://www.thebureauinvestigates.com/stories/2024-10-11/tiktok-plans-mass-job-cuts-on-uk-moderation-and-safety-teams/</w:t>
        </w:r>
      </w:hyperlink>
      <w:r>
        <w:t xml:space="preserve"> - Details the layoffs in the UK and the shift towards AI-assisted content moderation, as well as the impact on content moderators.</w:t>
      </w:r>
      <w:r/>
    </w:p>
    <w:p>
      <w:pPr>
        <w:pStyle w:val="ListNumber"/>
        <w:spacing w:line="240" w:lineRule="auto"/>
        <w:ind w:left="720"/>
      </w:pPr>
      <w:r/>
      <w:hyperlink r:id="rId13">
        <w:r>
          <w:rPr>
            <w:color w:val="0000EE"/>
            <w:u w:val="single"/>
          </w:rPr>
          <w:t>https://www.hindustantimes.com/business/tiktok-layoffs-bytedance-cuts-hundreds-of-jobs-globally-in-ai-shift-101728884873968.html</w:t>
        </w:r>
      </w:hyperlink>
      <w:r>
        <w:t xml:space="preserve"> - Confirms the layoffs, the focus on AI for content moderation, and the investment in trust and safety measures.</w:t>
      </w:r>
      <w:r/>
    </w:p>
    <w:p>
      <w:pPr>
        <w:pStyle w:val="ListNumber"/>
        <w:spacing w:line="240" w:lineRule="auto"/>
        <w:ind w:left="720"/>
      </w:pPr>
      <w:r/>
      <w:hyperlink r:id="rId14">
        <w:r>
          <w:rPr>
            <w:color w:val="0000EE"/>
            <w:u w:val="single"/>
          </w:rPr>
          <w:t>https://techcrunch.com/2024/10/11/bytedance-lays-off-hundreds-of-tiktok-employees-in-shift-to-ai-content-moderation/</w:t>
        </w:r>
      </w:hyperlink>
      <w:r>
        <w:t xml:space="preserve"> - Reports on the layoffs mainly in Malaysia and the shift to AI for content moderation, aligning with the company's operational changes.</w:t>
      </w:r>
      <w:r/>
    </w:p>
    <w:p>
      <w:pPr>
        <w:pStyle w:val="ListNumber"/>
        <w:spacing w:line="240" w:lineRule="auto"/>
        <w:ind w:left="720"/>
      </w:pPr>
      <w:r/>
      <w:hyperlink r:id="rId12">
        <w:r>
          <w:rPr>
            <w:color w:val="0000EE"/>
            <w:u w:val="single"/>
          </w:rPr>
          <w:t>https://www.thebureauinvestigates.com/stories/2024-10-11/tiktok-plans-mass-job-cuts-on-uk-moderation-and-safety-teams/</w:t>
        </w:r>
      </w:hyperlink>
      <w:r>
        <w:t xml:space="preserve"> - Provides details on previous job cuts, including those in Ireland and the operations and marketing divisions.</w:t>
      </w:r>
      <w:r/>
    </w:p>
    <w:p>
      <w:pPr>
        <w:pStyle w:val="ListNumber"/>
        <w:spacing w:line="240" w:lineRule="auto"/>
        <w:ind w:left="720"/>
      </w:pPr>
      <w:r/>
      <w:hyperlink r:id="rId11">
        <w:r>
          <w:rPr>
            <w:color w:val="0000EE"/>
            <w:u w:val="single"/>
          </w:rPr>
          <w:t>https://www.latimes.com/entertainment-arts/business/story/2024-05-22/amid-tech-industry-layoffs-tiktok-plans-to-cut-staff</w:t>
        </w:r>
      </w:hyperlink>
      <w:r>
        <w:t xml:space="preserve"> - Mentions the earlier layoffs in sales and advertising sectors in January.</w:t>
      </w:r>
      <w:r/>
    </w:p>
    <w:p>
      <w:pPr>
        <w:pStyle w:val="ListNumber"/>
        <w:spacing w:line="240" w:lineRule="auto"/>
        <w:ind w:left="720"/>
      </w:pPr>
      <w:r/>
      <w:hyperlink r:id="rId12">
        <w:r>
          <w:rPr>
            <w:color w:val="0000EE"/>
            <w:u w:val="single"/>
          </w:rPr>
          <w:t>https://www.thebureauinvestigates.com/stories/2024-10-11/tiktok-plans-mass-job-cuts-on-uk-moderation-and-safety-teams/</w:t>
        </w:r>
      </w:hyperlink>
      <w:r>
        <w:t xml:space="preserve"> - Explains the dual approach of using both automated AI tools and human moderators for content moderation.</w:t>
      </w:r>
      <w:r/>
    </w:p>
    <w:p>
      <w:pPr>
        <w:pStyle w:val="ListNumber"/>
        <w:spacing w:line="240" w:lineRule="auto"/>
        <w:ind w:left="720"/>
      </w:pPr>
      <w:r/>
      <w:hyperlink r:id="rId13">
        <w:r>
          <w:rPr>
            <w:color w:val="0000EE"/>
            <w:u w:val="single"/>
          </w:rPr>
          <w:t>https://www.hindustantimes.com/business/tiktok-layoffs-bytedance-cuts-hundreds-of-jobs-globally-in-ai-shift-101728884873968.html</w:t>
        </w:r>
      </w:hyperlink>
      <w:r>
        <w:t xml:space="preserve"> - Highlights the regulatory pressures in Malaysia and the need for social media platforms to apply for operating licenses.</w:t>
      </w:r>
      <w:r/>
    </w:p>
    <w:p>
      <w:pPr>
        <w:pStyle w:val="ListNumber"/>
        <w:spacing w:line="240" w:lineRule="auto"/>
        <w:ind w:left="720"/>
      </w:pPr>
      <w:r/>
      <w:hyperlink r:id="rId14">
        <w:r>
          <w:rPr>
            <w:color w:val="0000EE"/>
            <w:u w:val="single"/>
          </w:rPr>
          <w:t>https://techcrunch.com/2024/10/11/bytedance-lays-off-hundreds-of-tiktok-employees-in-shift-to-ai-content-moderation/</w:t>
        </w:r>
      </w:hyperlink>
      <w:r>
        <w:t xml:space="preserve"> - Notes that TikTok has not provided further statements on the full impact of these job cuts despite being reached for comment.</w:t>
      </w:r>
      <w:r/>
    </w:p>
    <w:p>
      <w:pPr>
        <w:pStyle w:val="ListNumber"/>
        <w:spacing w:line="240" w:lineRule="auto"/>
        <w:ind w:left="720"/>
      </w:pPr>
      <w:r/>
      <w:hyperlink r:id="rId12">
        <w:r>
          <w:rPr>
            <w:color w:val="0000EE"/>
            <w:u w:val="single"/>
          </w:rPr>
          <w:t>https://www.thebureauinvestigates.com/stories/2024-10-11/tiktok-plans-mass-job-cuts-on-uk-moderation-and-safety-teams/</w:t>
        </w:r>
      </w:hyperlink>
      <w:r>
        <w:t xml:space="preserve"> - Discusses the strategic shift towards AI and the balance between technological advancements and human oversight.</w:t>
      </w:r>
      <w:r/>
    </w:p>
    <w:p>
      <w:pPr>
        <w:pStyle w:val="ListNumber"/>
        <w:spacing w:line="240" w:lineRule="auto"/>
        <w:ind w:left="720"/>
      </w:pPr>
      <w:r/>
      <w:hyperlink r:id="rId14">
        <w:r>
          <w:rPr>
            <w:color w:val="0000EE"/>
            <w:u w:val="single"/>
          </w:rPr>
          <w:t>https://techcrunch.com/2024/10/11/bytedance-lays-off-hundreds-of-tiktok-employees-in-shift-to-ai-content-moderation/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eemalaysiatoday.com/category/nation/2024/10/11/tiktok-confirms-layoffs-in-malaysia-amid-global-workforce-reduction/" TargetMode="External"/><Relationship Id="rId11" Type="http://schemas.openxmlformats.org/officeDocument/2006/relationships/hyperlink" Target="https://www.latimes.com/entertainment-arts/business/story/2024-05-22/amid-tech-industry-layoffs-tiktok-plans-to-cut-staff" TargetMode="External"/><Relationship Id="rId12" Type="http://schemas.openxmlformats.org/officeDocument/2006/relationships/hyperlink" Target="https://www.thebureauinvestigates.com/stories/2024-10-11/tiktok-plans-mass-job-cuts-on-uk-moderation-and-safety-teams/" TargetMode="External"/><Relationship Id="rId13" Type="http://schemas.openxmlformats.org/officeDocument/2006/relationships/hyperlink" Target="https://www.hindustantimes.com/business/tiktok-layoffs-bytedance-cuts-hundreds-of-jobs-globally-in-ai-shift-101728884873968.html" TargetMode="External"/><Relationship Id="rId14" Type="http://schemas.openxmlformats.org/officeDocument/2006/relationships/hyperlink" Target="https://techcrunch.com/2024/10/11/bytedance-lays-off-hundreds-of-tiktok-employees-in-shift-to-ai-content-mod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