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Unique high school mascots explored through AI interpretations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realm of high school sports, the mascot is often a symbol of pride and identity for the teams it represents. Recently, a spotlight has been cast on some of the more unconventional mascot names from high schools in Illinois and Missouri, intriguing school communities and sports enthusiasts alike. Among the standout mascots, names such as the Gremlins, Bunnies, Kewpies, and Apple Knockers, have captured attention for their unique and quirky nature.</w:t>
      </w:r>
      <w:r/>
    </w:p>
    <w:p>
      <w:r/>
      <w:r>
        <w:t>These mascots not only reflect the history and character of their respective schools but also showcase how each community has embraced and celebrated their distinct identity over the years. The colourful and unusual names have now inspired a project that uses artificial intelligence to envision these mascots in an imaginative twist.</w:t>
      </w:r>
      <w:r/>
    </w:p>
    <w:p>
      <w:r/>
      <w:r>
        <w:t>A digital gallery has emerged, comparing the original mascot images with AI-generated interpretations. This exercise brings a modern and creative lens to the traditional symbols, offering a fresh perspective on how technology can interact with cultural and historical elements of school spirit.</w:t>
      </w:r>
      <w:r/>
    </w:p>
    <w:p>
      <w:r/>
      <w:r>
        <w:t>The gallery, credited to an individual named Quaid, presents a fascinating juxtaposition of original imagery and AI conceptualisations for not only the aforementioned quirky mascots but also commonly recognised ones such as the Quincy High Blue Devils, QND Raiders, Hannibal Pirates, Palmyra Panthers, Quincy University Hawks, and Culver-Stockton Wildcats. These AI interpretations provide a visionary insight into what might be perceived as the digital doppelgangers of these mascots.</w:t>
      </w:r>
      <w:r/>
    </w:p>
    <w:p>
      <w:r/>
      <w:r>
        <w:t>This exploration of educational mascots through AI is seen as an innovative intersection of tradition and technology, sparking both interest and conversation amongst the schools and the broader public. There remains potential for this exploration to continue, particularly as the basketball season approaches, suggesting that the creative venture might extend into other realms of school sports.</w:t>
      </w:r>
      <w:r/>
    </w:p>
    <w:p>
      <w:r/>
      <w:r>
        <w:t>The schools involved have a storied approach to their mascot selection, rooted in local tradition and historical anecdotes that these AI-generated images can newly illuminate. While the original mascots are emblematic of longstanding school identities, the AI interpretations offer a modern twist, presenting an imaginative amalgamation of history and futurism. As this project develops, it anticipates generating further interest and dialogue around high school mascot traditions.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https://www.k12dive.com/news/13-of-americas-wackiest-school-mascots/540279/</w:t>
        </w:r>
      </w:hyperlink>
      <w:r>
        <w:t xml:space="preserve"> - Corroborates the unique and quirky nature of mascots such as the Kewpies from Hickman High School in Columbia, Missouri.</w:t>
      </w:r>
      <w:r/>
    </w:p>
    <w:p>
      <w:pPr>
        <w:pStyle w:val="ListNumber"/>
        <w:spacing w:line="240" w:lineRule="auto"/>
        <w:ind w:left="720"/>
      </w:pPr>
      <w:r/>
      <w:hyperlink r:id="rId11">
        <w:r>
          <w:rPr>
            <w:color w:val="0000EE"/>
            <w:u w:val="single"/>
          </w:rPr>
          <w:t>https://979kickfm.com/missouri-illinois-schools-bizarre-mascot-names/</w:t>
        </w:r>
      </w:hyperlink>
      <w:r>
        <w:t xml:space="preserve"> - Supports the mention of unusual mascots like the Gremlins from Sacred Heart High in Sedalia, Missouri, and the Bunnies from Fisher High School in Illinois.</w:t>
      </w:r>
      <w:r/>
    </w:p>
    <w:p>
      <w:pPr>
        <w:pStyle w:val="ListNumber"/>
        <w:spacing w:line="240" w:lineRule="auto"/>
        <w:ind w:left="720"/>
      </w:pPr>
      <w:r/>
      <w:hyperlink r:id="rId11">
        <w:r>
          <w:rPr>
            <w:color w:val="0000EE"/>
            <w:u w:val="single"/>
          </w:rPr>
          <w:t>https://979kickfm.com/missouri-illinois-schools-bizarre-mascot-names/</w:t>
        </w:r>
      </w:hyperlink>
      <w:r>
        <w:t xml:space="preserve"> - Provides information on the Apple Knockers mascot from Cobden High School in Illinois and its historical context.</w:t>
      </w:r>
      <w:r/>
    </w:p>
    <w:p>
      <w:pPr>
        <w:pStyle w:val="ListNumber"/>
        <w:spacing w:line="240" w:lineRule="auto"/>
        <w:ind w:left="720"/>
      </w:pPr>
      <w:r/>
      <w:hyperlink r:id="rId12">
        <w:r>
          <w:rPr>
            <w:color w:val="0000EE"/>
            <w:u w:val="single"/>
          </w:rPr>
          <w:t>https://www.si.com/high-school/illinois/top-10-high-school-mascots-in-illinois-vote-for-the-best-01j8nyv1kajb</w:t>
        </w:r>
      </w:hyperlink>
      <w:r>
        <w:t xml:space="preserve"> - Lists the Appleknockers from Cobden HS as one of the top unique mascots in Illinois, aligning with the article's mention of quirky mascots.</w:t>
      </w:r>
      <w:r/>
    </w:p>
    <w:p>
      <w:pPr>
        <w:pStyle w:val="ListNumber"/>
        <w:spacing w:line="240" w:lineRule="auto"/>
        <w:ind w:left="720"/>
      </w:pPr>
      <w:r/>
      <w:hyperlink r:id="rId11">
        <w:r>
          <w:rPr>
            <w:color w:val="0000EE"/>
            <w:u w:val="single"/>
          </w:rPr>
          <w:t>https://979kickfm.com/missouri-illinois-schools-bizarre-mascot-names/</w:t>
        </w:r>
      </w:hyperlink>
      <w:r>
        <w:t xml:space="preserve"> - Discusses the historical and local roots of mascot selections, such as the Kewpies and Gremlins, reflecting the character of their respective schools.</w:t>
      </w:r>
      <w:r/>
    </w:p>
    <w:p>
      <w:pPr>
        <w:pStyle w:val="ListNumber"/>
        <w:spacing w:line="240" w:lineRule="auto"/>
        <w:ind w:left="720"/>
      </w:pPr>
      <w:r/>
      <w:hyperlink r:id="rId10">
        <w:r>
          <w:rPr>
            <w:color w:val="0000EE"/>
            <w:u w:val="single"/>
          </w:rPr>
          <w:t>https://www.k12dive.com/news/13-of-americas-wackiest-school-mascots/540279/</w:t>
        </w:r>
      </w:hyperlink>
      <w:r>
        <w:t xml:space="preserve"> - Highlights the creative and unique origins of mascots, which is in line with the article's theme of showcasing unusual mascots.</w:t>
      </w:r>
      <w:r/>
    </w:p>
    <w:p>
      <w:pPr>
        <w:pStyle w:val="ListNumber"/>
        <w:spacing w:line="240" w:lineRule="auto"/>
        <w:ind w:left="720"/>
      </w:pPr>
      <w:r/>
      <w:hyperlink r:id="rId11">
        <w:r>
          <w:rPr>
            <w:color w:val="0000EE"/>
            <w:u w:val="single"/>
          </w:rPr>
          <w:t>https://979kickfm.com/missouri-illinois-schools-bizarre-mascot-names/</w:t>
        </w:r>
      </w:hyperlink>
      <w:r>
        <w:t xml:space="preserve"> - Mentions the involvement of local tradition and historical anecdotes in the selection of mascots, such as the Midgets from Putnam County High School in Missouri.</w:t>
      </w:r>
      <w:r/>
    </w:p>
    <w:p>
      <w:pPr>
        <w:pStyle w:val="ListNumber"/>
        <w:spacing w:line="240" w:lineRule="auto"/>
        <w:ind w:left="720"/>
      </w:pPr>
      <w:r/>
      <w:hyperlink r:id="rId12">
        <w:r>
          <w:rPr>
            <w:color w:val="0000EE"/>
            <w:u w:val="single"/>
          </w:rPr>
          <w:t>https://www.si.com/high-school/illinois/top-10-high-school-mascots-in-illinois-vote-for-the-best-01j8nyv1kajb</w:t>
        </w:r>
      </w:hyperlink>
      <w:r>
        <w:t xml:space="preserve"> - Includes other commonly recognized mascots like the Quincy High Blue Devils and QND Raiders, which are part of the digital gallery mentioned in the article.</w:t>
      </w:r>
      <w:r/>
    </w:p>
    <w:p>
      <w:pPr>
        <w:pStyle w:val="ListNumber"/>
        <w:spacing w:line="240" w:lineRule="auto"/>
        <w:ind w:left="720"/>
      </w:pPr>
      <w:r/>
      <w:hyperlink r:id="rId10">
        <w:r>
          <w:rPr>
            <w:color w:val="0000EE"/>
            <w:u w:val="single"/>
          </w:rPr>
          <w:t>https://www.k12dive.com/news/13-of-americas-wackiest-school-mascots/540279/</w:t>
        </w:r>
      </w:hyperlink>
      <w:r>
        <w:t xml:space="preserve"> - Provides examples of how unique mascots can spark interest and conversation, similar to the AI-generated interpretations in the article.</w:t>
      </w:r>
      <w:r/>
    </w:p>
    <w:p>
      <w:pPr>
        <w:pStyle w:val="ListNumber"/>
        <w:spacing w:line="240" w:lineRule="auto"/>
        <w:ind w:left="720"/>
      </w:pPr>
      <w:r/>
      <w:hyperlink r:id="rId11">
        <w:r>
          <w:rPr>
            <w:color w:val="0000EE"/>
            <w:u w:val="single"/>
          </w:rPr>
          <w:t>https://979kickfm.com/missouri-illinois-schools-bizarre-mascot-names/</w:t>
        </w:r>
      </w:hyperlink>
      <w:r>
        <w:t xml:space="preserve"> - Supports the idea that these mascots reflect the history and character of their schools, which is a key point in the article about the intersection of tradition and technology.</w:t>
      </w:r>
      <w:r/>
    </w:p>
    <w:p>
      <w:pPr>
        <w:pStyle w:val="ListNumber"/>
        <w:spacing w:line="240" w:lineRule="auto"/>
        <w:ind w:left="720"/>
      </w:pPr>
      <w:r/>
      <w:hyperlink r:id="rId12">
        <w:r>
          <w:rPr>
            <w:color w:val="0000EE"/>
            <w:u w:val="single"/>
          </w:rPr>
          <w:t>https://www.si.com/high-school/illinois/top-10-high-school-mascots-in-illinois-vote-for-the-best-01j8nyv1kajb</w:t>
        </w:r>
      </w:hyperlink>
      <w:r>
        <w:t xml:space="preserve"> - Indicates the potential for ongoing interest and dialogue around high school mascot traditions, aligning with the article's anticipation of further engagement.</w:t>
      </w:r>
      <w:r/>
    </w:p>
    <w:p>
      <w:pPr>
        <w:pStyle w:val="ListNumber"/>
        <w:spacing w:line="240" w:lineRule="auto"/>
        <w:ind w:left="720"/>
      </w:pPr>
      <w:r/>
      <w:hyperlink r:id="rId13">
        <w:r>
          <w:rPr>
            <w:color w:val="0000EE"/>
            <w:u w:val="single"/>
          </w:rPr>
          <w:t>https://1440wrok.com/ixp/462/p/ai-analyzes-the-unique-high-school-mascots-of-missouri-illinois/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k12dive.com/news/13-of-americas-wackiest-school-mascots/540279/" TargetMode="External"/><Relationship Id="rId11" Type="http://schemas.openxmlformats.org/officeDocument/2006/relationships/hyperlink" Target="https://979kickfm.com/missouri-illinois-schools-bizarre-mascot-names/" TargetMode="External"/><Relationship Id="rId12" Type="http://schemas.openxmlformats.org/officeDocument/2006/relationships/hyperlink" Target="https://www.si.com/high-school/illinois/top-10-high-school-mascots-in-illinois-vote-for-the-best-01j8nyv1kajb" TargetMode="External"/><Relationship Id="rId13" Type="http://schemas.openxmlformats.org/officeDocument/2006/relationships/hyperlink" Target="https://1440wrok.com/ixp/462/p/ai-analyzes-the-unique-high-school-mascots-of-missouri-illinoi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