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New England establishes new School of Computer Science and Data Analytics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University of New England (UNE) is making strides in academia with the establishment of a new School of Computer Science and Data Analytics, led by Sylvain Jaume. Jaume, originally from Belgium, brings a wealth of experience from both academia and the industry to his new role as the inaugural director of the school. His career path has been marked by significant contributions to the field of artificial intelligence, particularly in enhancing medical imaging and surgical procedures.</w:t>
      </w:r>
      <w:r/>
    </w:p>
    <w:p>
      <w:r/>
      <w:r>
        <w:t>Jaume's journey in AI began in 2000 when he joined the Massachusetts Institute of Technology's (MIT) Artificial Intelligence Lab. At that time, AI technology was in its infancy, but the theories were advanced, creating a gap between potential and practical application. During his tenure at MIT, Jaume collaborated extensively with radiologists and surgeons, innovating techniques to improve tumour detection in brain images and assisting surgical operations through AI advancements. His move from academia to the industry saw him further develop AI software that could efficiently mine extensive imaging data, including MRIs and CT scans.</w:t>
      </w:r>
      <w:r/>
    </w:p>
    <w:p>
      <w:r/>
      <w:r>
        <w:t>During his career, Jaume identified a disconnect between the education provided to new graduates and the skills required in the workforce. This realisation prompted him to return to academia with the aim of bridging this gap. His efforts led to the creation of an interdisciplinary engineering programme that blends engineering majors with minors in other disciplines.</w:t>
      </w:r>
      <w:r/>
    </w:p>
    <w:p>
      <w:r/>
      <w:r>
        <w:t>Now at UNE, Jaume is leveraging his expertise to foster an innovative educational environment. The new School of Computer Science and Data Analytics will offer degree programmes in computer science, data science, applied mathematics, and statistics. This initiative will also allow students the flexibility to double major, combining their computer science education with programmes from any other college within UNE.</w:t>
      </w:r>
      <w:r/>
    </w:p>
    <w:p>
      <w:r/>
      <w:r>
        <w:t>Jaume's vision for the school centres on equipping students with both technical prowess and an understanding of interdisciplinary challenges. He underscores the importance of innovation occurring at the intersections of different fields, stating, “I strongly believe that innovation occurs at the intersection of different disciplines.” This belief aligns with UNE’s mission to empower students to tackle complex global challenges through interdisciplinary learning and research.</w:t>
      </w:r>
      <w:r/>
    </w:p>
    <w:p>
      <w:r/>
      <w:r>
        <w:t>A critical aspect of Jaume's strategy is to ensure that students not only develop deep technical skills but also an awareness of how these skills can impact various domains such as food security, energy, and environmental issues. Jaume is optimistic about the contributions future graduates will make, particularly in enhancing Maine's economic landscape. By integrating technology into traditional industries such as fishing and forestry, Jaume sees significant potential for advancing these sectors through technical expertise.</w:t>
      </w:r>
      <w:r/>
    </w:p>
    <w:p>
      <w:r/>
      <w:r>
        <w:t>Beyond curriculum development, Jaume is keen on fostering collaborations across campus, with other educational institutions, and with industry partners in Maine. Such partnerships aim to integrate advanced technologies into local industries, enhancing their competitiveness and fostering economic growth.</w:t>
      </w:r>
      <w:r/>
    </w:p>
    <w:p>
      <w:r/>
      <w:r>
        <w:t>In summary, the University of New England’s new School of Computer Science and Data Analytics, under the leadership of Sylvain Jaume, is poised to bridge educational gaps and contribute to technological and economic development. Through interdisciplinary learning and collaboration, the school aims to prepare students to drive innovation and address global challenges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https://www.une.edu/cas/schools/computer-science-data-analytics/about</w:t>
        </w:r>
      </w:hyperlink>
      <w:r>
        <w:t xml:space="preserve"> - Corroborates the establishment of the new School of Computer Science and Data Analytics at UNE.</w:t>
      </w:r>
      <w:r/>
    </w:p>
    <w:p>
      <w:pPr>
        <w:pStyle w:val="ListNumber"/>
        <w:spacing w:line="240" w:lineRule="auto"/>
        <w:ind w:left="720"/>
      </w:pPr>
      <w:r/>
      <w:hyperlink r:id="rId11">
        <w:r>
          <w:rPr>
            <w:color w:val="0000EE"/>
            <w:u w:val="single"/>
          </w:rPr>
          <w:t>https://www.une.edu/cas/schools/computer-science-data-analytics/programs/bs-computer-science</w:t>
        </w:r>
      </w:hyperlink>
      <w:r>
        <w:t xml:space="preserve"> - Details the curriculum and goals of the Computer Science program, aligning with Jaume's vision for interdisciplinary learning.</w:t>
      </w:r>
      <w:r/>
    </w:p>
    <w:p>
      <w:pPr>
        <w:pStyle w:val="ListNumber"/>
        <w:spacing w:line="240" w:lineRule="auto"/>
        <w:ind w:left="720"/>
      </w:pPr>
      <w:r/>
      <w:hyperlink r:id="rId12">
        <w:r>
          <w:rPr>
            <w:color w:val="0000EE"/>
            <w:u w:val="single"/>
          </w:rPr>
          <w:t>https://www.une.edu/cas/schools/computer-science-data-analytics/programs/bs-data-science</w:t>
        </w:r>
      </w:hyperlink>
      <w:r>
        <w:t xml:space="preserve"> - Outlines the Data Science program, including its focus on data analysis, visualization, and predictive modeling, which is part of Jaume's educational strategy.</w:t>
      </w:r>
      <w:r/>
    </w:p>
    <w:p>
      <w:pPr>
        <w:pStyle w:val="ListNumber"/>
        <w:spacing w:line="240" w:lineRule="auto"/>
        <w:ind w:left="720"/>
      </w:pPr>
      <w:r/>
      <w:hyperlink r:id="rId13">
        <w:r>
          <w:rPr>
            <w:color w:val="0000EE"/>
            <w:u w:val="single"/>
          </w:rPr>
          <w:t>https://www.une.edu/news/2024/new-school-computer-science-and-data-analytics-will-prepare-une-students-future-tech</w:t>
        </w:r>
      </w:hyperlink>
      <w:r>
        <w:t xml:space="preserve"> - Announces the new School of Computer Science and Data Analytics, led by Sylvain Jaume, and details its mission and programs.</w:t>
      </w:r>
      <w:r/>
    </w:p>
    <w:p>
      <w:pPr>
        <w:pStyle w:val="ListNumber"/>
        <w:spacing w:line="240" w:lineRule="auto"/>
        <w:ind w:left="720"/>
      </w:pPr>
      <w:r/>
      <w:hyperlink r:id="rId11">
        <w:r>
          <w:rPr>
            <w:color w:val="0000EE"/>
            <w:u w:val="single"/>
          </w:rPr>
          <w:t>https://www.une.edu/cas/schools/computer-science-data-analytics/programs/bs-computer-science</w:t>
        </w:r>
      </w:hyperlink>
      <w:r>
        <w:t xml:space="preserve"> - Highlights the interdisciplinary projects and real-world applications, which align with Jaume's emphasis on practical skills and interdisciplinary challenges.</w:t>
      </w:r>
      <w:r/>
    </w:p>
    <w:p>
      <w:pPr>
        <w:pStyle w:val="ListNumber"/>
        <w:spacing w:line="240" w:lineRule="auto"/>
        <w:ind w:left="720"/>
      </w:pPr>
      <w:r/>
      <w:hyperlink r:id="rId12">
        <w:r>
          <w:rPr>
            <w:color w:val="0000EE"/>
            <w:u w:val="single"/>
          </w:rPr>
          <w:t>https://www.une.edu/cas/schools/computer-science-data-analytics/programs/bs-data-science</w:t>
        </w:r>
      </w:hyperlink>
      <w:r>
        <w:t xml:space="preserve"> - Describes the reverse practicums and industry partnerships, reflecting Jaume's strategy for integrating industry experience into education.</w:t>
      </w:r>
      <w:r/>
    </w:p>
    <w:p>
      <w:pPr>
        <w:pStyle w:val="ListNumber"/>
        <w:spacing w:line="240" w:lineRule="auto"/>
        <w:ind w:left="720"/>
      </w:pPr>
      <w:r/>
      <w:hyperlink r:id="rId13">
        <w:r>
          <w:rPr>
            <w:color w:val="0000EE"/>
            <w:u w:val="single"/>
          </w:rPr>
          <w:t>https://www.une.edu/news/2024/new-school-computer-science-and-data-analytics-will-prepare-une-students-future-tech</w:t>
        </w:r>
      </w:hyperlink>
      <w:r>
        <w:t xml:space="preserve"> - Mentions Jaume's background and his role as the inaugural director, highlighting his expertise in AI and interdisciplinary education.</w:t>
      </w:r>
      <w:r/>
    </w:p>
    <w:p>
      <w:pPr>
        <w:pStyle w:val="ListNumber"/>
        <w:spacing w:line="240" w:lineRule="auto"/>
        <w:ind w:left="720"/>
      </w:pPr>
      <w:r/>
      <w:hyperlink r:id="rId10">
        <w:r>
          <w:rPr>
            <w:color w:val="0000EE"/>
            <w:u w:val="single"/>
          </w:rPr>
          <w:t>https://www.une.edu/cas/schools/computer-science-data-analytics/about</w:t>
        </w:r>
      </w:hyperlink>
      <w:r>
        <w:t xml:space="preserve"> - Details the school's focus on emerging technologies like AI, cybersecurity, and data analytics, which is central to Jaume's vision.</w:t>
      </w:r>
      <w:r/>
    </w:p>
    <w:p>
      <w:pPr>
        <w:pStyle w:val="ListNumber"/>
        <w:spacing w:line="240" w:lineRule="auto"/>
        <w:ind w:left="720"/>
      </w:pPr>
      <w:r/>
      <w:hyperlink r:id="rId11">
        <w:r>
          <w:rPr>
            <w:color w:val="0000EE"/>
            <w:u w:val="single"/>
          </w:rPr>
          <w:t>https://www.une.edu/cas/schools/computer-science-data-analytics/programs/bs-computer-science</w:t>
        </w:r>
      </w:hyperlink>
      <w:r>
        <w:t xml:space="preserve"> - Explains the curriculum's emphasis on technical skills and interdisciplinary challenges, aligning with Jaume's educational philosophy.</w:t>
      </w:r>
      <w:r/>
    </w:p>
    <w:p>
      <w:pPr>
        <w:pStyle w:val="ListNumber"/>
        <w:spacing w:line="240" w:lineRule="auto"/>
        <w:ind w:left="720"/>
      </w:pPr>
      <w:r/>
      <w:hyperlink r:id="rId12">
        <w:r>
          <w:rPr>
            <w:color w:val="0000EE"/>
            <w:u w:val="single"/>
          </w:rPr>
          <w:t>https://www.une.edu/cas/schools/computer-science-data-analytics/programs/bs-data-science</w:t>
        </w:r>
      </w:hyperlink>
      <w:r>
        <w:t xml:space="preserve"> - Highlights the flexibility in the programs, allowing students to double major and combine computer science with other disciplines, as envisioned by Jaume.</w:t>
      </w:r>
      <w:r/>
    </w:p>
    <w:p>
      <w:pPr>
        <w:pStyle w:val="ListNumber"/>
        <w:spacing w:line="240" w:lineRule="auto"/>
        <w:ind w:left="720"/>
      </w:pPr>
      <w:r/>
      <w:hyperlink r:id="rId13">
        <w:r>
          <w:rPr>
            <w:color w:val="0000EE"/>
            <w:u w:val="single"/>
          </w:rPr>
          <w:t>https://www.une.edu/news/2024/new-school-computer-science-and-data-analytics-will-prepare-une-students-future-tech</w:t>
        </w:r>
      </w:hyperlink>
      <w:r>
        <w:t xml:space="preserve"> - Discusses the school's aim to contribute to Maine's economic landscape by integrating technology into traditional industries, a key aspect of Jaume's strategy.</w:t>
      </w:r>
      <w:r/>
    </w:p>
    <w:p>
      <w:pPr>
        <w:pStyle w:val="ListNumber"/>
        <w:spacing w:line="240" w:lineRule="auto"/>
        <w:ind w:left="720"/>
      </w:pPr>
      <w:r/>
      <w:hyperlink r:id="rId14">
        <w:r>
          <w:rPr>
            <w:color w:val="0000EE"/>
            <w:u w:val="single"/>
          </w:rPr>
          <w:t>https://downeast.com/sponsored-content/ai-pioneer-sylvain-jaume-helps-launch-unes-new-computer-science-programs/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e.edu/cas/schools/computer-science-data-analytics/about" TargetMode="External"/><Relationship Id="rId11" Type="http://schemas.openxmlformats.org/officeDocument/2006/relationships/hyperlink" Target="https://www.une.edu/cas/schools/computer-science-data-analytics/programs/bs-computer-science" TargetMode="External"/><Relationship Id="rId12" Type="http://schemas.openxmlformats.org/officeDocument/2006/relationships/hyperlink" Target="https://www.une.edu/cas/schools/computer-science-data-analytics/programs/bs-data-science" TargetMode="External"/><Relationship Id="rId13" Type="http://schemas.openxmlformats.org/officeDocument/2006/relationships/hyperlink" Target="https://www.une.edu/news/2024/new-school-computer-science-and-data-analytics-will-prepare-une-students-future-tech" TargetMode="External"/><Relationship Id="rId14" Type="http://schemas.openxmlformats.org/officeDocument/2006/relationships/hyperlink" Target="https://downeast.com/sponsored-content/ai-pioneer-sylvain-jaume-helps-launch-unes-new-computer-science-progra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