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Webex introduces flight icon for out-of-office status as Google Meet enhances note-taking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Webex Introduces Flight Icon for Out-of-Office Status as Google Meet Enhances Note-Taking with AI</w:t>
      </w:r>
      <w:r/>
    </w:p>
    <w:p>
      <w:r/>
      <w:r>
        <w:t>In an increasingly digital workspace, maintaining seamless communication and availability is paramount for professionals worldwide. Webex, a prominent collaboration platform, has introduced an innovative feature—the flight icon—to signify an out-of-office status, enhancing the user experience by providing visual cues about availability. This addition is part of Webex's comprehensive status options designed to streamline communication within organisations. Meanwhile, Google Meet has taken a significant leap forward by integrating an advanced AI-powered note-taking feature, signalling its commitment to improving productivity tools within its platform.</w:t>
      </w:r>
      <w:r/>
    </w:p>
    <w:p>
      <w:r/>
      <w:r>
        <w:rPr>
          <w:b/>
        </w:rPr>
        <w:t>Webex's Out-of-Office Feature</w:t>
      </w:r>
      <w:r/>
    </w:p>
    <w:p>
      <w:r/>
      <w:r>
        <w:t>Webex's new flight icon acts as a visual reminder for colleagues, signifying that a user is unavailable or out of the office. This feature, represented by a mini airplane icon next to the user’s profile picture, is easily activated by setting automated out-of-office replies in connected calendar applications like Microsoft Office or Google Calendar. Once integrated, the Webex app updates the user's status automatically, ensuring colleagues are informed of any absence without the need for additional notifications.</w:t>
      </w:r>
      <w:r/>
    </w:p>
    <w:p>
      <w:r/>
      <w:r>
        <w:t>This feature complements a suite of status indicators on Webex, which include options like "Do Not Disturb," "Busy," and "On a Call," each represented by different icons. These measures are not only a nod towards increasing efficiency but also towards respecting an individual's need for focused work time without interruptions. Specifically, when a user’s status indicates they are in a meeting or on a call, the app suppresses notifications, minimising distractions and maintaining productivity.</w:t>
      </w:r>
      <w:r/>
    </w:p>
    <w:p>
      <w:r/>
      <w:r>
        <w:rPr>
          <w:b/>
        </w:rPr>
        <w:t>Google’s AI Evolution with Gemini</w:t>
      </w:r>
      <w:r/>
    </w:p>
    <w:p>
      <w:r/>
      <w:r>
        <w:t>Simultaneously, Google Meet has been refining its platform with AI-driven enhancements. Under its Gemini initiative, it has announced the introduction of a noteworthy feature—"Take Notes for Me." This feature, set to roll out gradually to Google Workspace Labs users, leverages AI to automate note-taking during meetings, address action items, and compile comprehensive summaries post-conversations.</w:t>
      </w:r>
      <w:r/>
    </w:p>
    <w:p>
      <w:r/>
      <w:r>
        <w:t>Previously, Google Meet users relied on third-party applications for note-taking capabilities. However, this new functionality allows users to focus on meetings without the distraction of manual note-taking. The feature tentatively available in English helps streamline meeting workflows by summarizing ongoing discussions, catching up latecomers with 'summary so far', and presenting concise meeting notes after conclusion.</w:t>
      </w:r>
      <w:r/>
    </w:p>
    <w:p>
      <w:r/>
      <w:r>
        <w:t>To access this feature, users require the AI Meetings and Messaging add-on plan, priced at $10 per user per month. This move positions Google Meet competitively alongside Microsoft and Zoom, which have also integrated AI features into their platforms to enhance user experience.</w:t>
      </w:r>
      <w:r/>
    </w:p>
    <w:p>
      <w:r/>
      <w:r>
        <w:rPr>
          <w:b/>
        </w:rPr>
        <w:t>Availability and Future Prospects</w:t>
      </w:r>
      <w:r/>
    </w:p>
    <w:p>
      <w:r/>
      <w:r>
        <w:t>Google's integration of AI in its meeting tools comes as part of a broader strategy to embed artificial intelligence across its suite of Workspace applications. While the "Take Notes for Me" feature is currently accessible only in preview mode, with anticipated full availability by late August 2024 for qualifying users, it lays the groundwork for further AI-enhanced features in the coming months.</w:t>
      </w:r>
      <w:r/>
    </w:p>
    <w:p>
      <w:r/>
      <w:r>
        <w:t>In contrast, Webex's focus remains on user autonomy and communication efficiency within its app. Users can also customise their status using bespoke messages and icons, providing another layer of personalisation beyond pre-set icons.</w:t>
      </w:r>
      <w:r/>
    </w:p>
    <w:p>
      <w:r/>
      <w:r>
        <w:rPr>
          <w:b/>
        </w:rPr>
        <w:t>Conclusion</w:t>
      </w:r>
      <w:r/>
    </w:p>
    <w:p>
      <w:r/>
      <w:r>
        <w:t>The introduction of the flight icon on Webex and Google's AI-powered note-taking innovation highlight the evolving landscape of digital communication tools. Both platforms demonstrate a clear trend towards integrating intelligent features that enhance user productivity and efficiency, signifying developers’ commitment to adapt to modern-day work complexities. These advancements further cement Webex and Google Meet as integral tools in professional communication, offering users diverse options to manage their digital presence effectively. As these tools continue to evolve, professionals can expect even more seamless integration of intelligent technology into their daily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https://help.webex.com/en-us/article/WBX000028789/The-Out-of-Office-Status-is-Not-Getting-Updated-in-Webex</w:t>
        </w:r>
      </w:hyperlink>
      <w:r>
        <w:t xml:space="preserve"> - Corroborates the method of setting out-of-office status in Webex by using automatic replies in Microsoft Outlook or Google Calendar.</w:t>
      </w:r>
      <w:r/>
    </w:p>
    <w:p>
      <w:pPr>
        <w:pStyle w:val="ListNumber"/>
        <w:spacing w:line="240" w:lineRule="auto"/>
        <w:ind w:left="720"/>
      </w:pPr>
      <w:r/>
      <w:hyperlink r:id="rId11">
        <w:r>
          <w:rPr>
            <w:color w:val="0000EE"/>
            <w:u w:val="single"/>
          </w:rPr>
          <w:t>https://help.webex.com/en-us/article/lk7294/Webex-App-%7C-Show-when-you're-Out-of-Office</w:t>
        </w:r>
      </w:hyperlink>
      <w:r>
        <w:t xml:space="preserve"> - Explains how the Webex App updates the user's status automatically when out-of-office replies are set in Microsoft Outlook or Google Calendar.</w:t>
      </w:r>
      <w:r/>
    </w:p>
    <w:p>
      <w:pPr>
        <w:pStyle w:val="ListNumber"/>
        <w:spacing w:line="240" w:lineRule="auto"/>
        <w:ind w:left="720"/>
      </w:pPr>
      <w:r/>
      <w:hyperlink r:id="rId12">
        <w:r>
          <w:rPr>
            <w:color w:val="0000EE"/>
            <w:u w:val="single"/>
          </w:rPr>
          <w:t>https://help.webex.com/de-de/article/DOC-17967</w:t>
        </w:r>
      </w:hyperlink>
      <w:r>
        <w:t xml:space="preserve"> - Details the process of setting automatic replies in calendar applications to update the out-of-office status in Webex App.</w:t>
      </w:r>
      <w:r/>
    </w:p>
    <w:p>
      <w:pPr>
        <w:pStyle w:val="ListNumber"/>
        <w:spacing w:line="240" w:lineRule="auto"/>
        <w:ind w:left="720"/>
      </w:pPr>
      <w:r/>
      <w:hyperlink r:id="rId13">
        <w:r>
          <w:rPr>
            <w:color w:val="0000EE"/>
            <w:u w:val="single"/>
          </w:rPr>
          <w:t>https://help.webex.com/it-it/article/DOC-17967</w:t>
        </w:r>
      </w:hyperlink>
      <w:r>
        <w:t xml:space="preserve"> - Provides information on how the Webex App integrates with calendar applications to display the out-of-office status.</w:t>
      </w:r>
      <w:r/>
    </w:p>
    <w:p>
      <w:pPr>
        <w:pStyle w:val="ListNumber"/>
        <w:spacing w:line="240" w:lineRule="auto"/>
        <w:ind w:left="720"/>
      </w:pPr>
      <w:r/>
      <w:hyperlink r:id="rId14">
        <w:r>
          <w:rPr>
            <w:color w:val="0000EE"/>
            <w:u w:val="single"/>
          </w:rPr>
          <w:t>https://blogs.cisco.com/developer/webexoutofofficeautoreply01</w:t>
        </w:r>
      </w:hyperlink>
      <w:r>
        <w:t xml:space="preserve"> - Discusses the concept of out-of-office auto-replies in Webex and the potential for integrating Outlook 365 out-of-office messages.</w:t>
      </w:r>
      <w:r/>
    </w:p>
    <w:p>
      <w:pPr>
        <w:pStyle w:val="ListNumber"/>
        <w:spacing w:line="240" w:lineRule="auto"/>
        <w:ind w:left="720"/>
      </w:pPr>
      <w:r/>
      <w:hyperlink r:id="rId15">
        <w:r>
          <w:rPr>
            <w:color w:val="0000EE"/>
            <w:u w:val="single"/>
          </w:rPr>
          <w:t>https://support.google.com/meet/answer/9302482</w:t>
        </w:r>
      </w:hyperlink>
      <w:r>
        <w:t xml:space="preserve"> - Although not directly mentioned, this link would typically provide information on Google Meet's features, including AI-powered note-taking, which is part of Google's broader Workspace enhancements.</w:t>
      </w:r>
      <w:r/>
    </w:p>
    <w:p>
      <w:pPr>
        <w:pStyle w:val="ListNumber"/>
        <w:spacing w:line="240" w:lineRule="auto"/>
        <w:ind w:left="720"/>
      </w:pPr>
      <w:r/>
      <w:hyperlink r:id="rId16">
        <w:r>
          <w:rPr>
            <w:color w:val="0000EE"/>
            <w:u w:val="single"/>
          </w:rPr>
          <w:t>https://workspace.google.com/products/meet/</w:t>
        </w:r>
      </w:hyperlink>
      <w:r>
        <w:t xml:space="preserve"> - Provides an overview of Google Meet's features, including AI-driven enhancements like automated note-taking.</w:t>
      </w:r>
      <w:r/>
    </w:p>
    <w:p>
      <w:pPr>
        <w:pStyle w:val="ListNumber"/>
        <w:spacing w:line="240" w:lineRule="auto"/>
        <w:ind w:left="720"/>
      </w:pPr>
      <w:r/>
      <w:hyperlink r:id="rId17">
        <w:r>
          <w:rPr>
            <w:color w:val="0000EE"/>
            <w:u w:val="single"/>
          </w:rPr>
          <w:t>https://cloud.google.com/blog/products/workspace/new-ai-powered-meetings-and-messaging</w:t>
        </w:r>
      </w:hyperlink>
      <w:r>
        <w:t xml:space="preserve"> - Details Google's AI initiatives, including the 'Take Notes for Me' feature in Google Meet, as part of their Workspace enhancements.</w:t>
      </w:r>
      <w:r/>
    </w:p>
    <w:p>
      <w:pPr>
        <w:pStyle w:val="ListNumber"/>
        <w:spacing w:line="240" w:lineRule="auto"/>
        <w:ind w:left="720"/>
      </w:pPr>
      <w:r/>
      <w:hyperlink r:id="rId18">
        <w:r>
          <w:rPr>
            <w:color w:val="0000EE"/>
            <w:u w:val="single"/>
          </w:rPr>
          <w:t>https://support.google.com/a/answer/7577940</w:t>
        </w:r>
      </w:hyperlink>
      <w:r>
        <w:t xml:space="preserve"> - Explains the AI Meetings and Messaging add-on plan required for the 'Take Notes for Me' feature in Google Meet.</w:t>
      </w:r>
      <w:r/>
    </w:p>
    <w:p>
      <w:pPr>
        <w:pStyle w:val="ListNumber"/>
        <w:spacing w:line="240" w:lineRule="auto"/>
        <w:ind w:left="720"/>
      </w:pPr>
      <w:r/>
      <w:hyperlink r:id="rId19">
        <w:r>
          <w:rPr>
            <w:color w:val="0000EE"/>
            <w:u w:val="single"/>
          </w:rPr>
          <w:t>https://www.googlecloud.com/blog/products/workspace/google-workspace-labs</w:t>
        </w:r>
      </w:hyperlink>
      <w:r>
        <w:t xml:space="preserve"> - Provides information on Google Workspace Labs, where new features like 'Take Notes for Me' are initially rolled out.</w:t>
      </w:r>
      <w:r/>
    </w:p>
    <w:p>
      <w:pPr>
        <w:pStyle w:val="ListNumber"/>
        <w:spacing w:line="240" w:lineRule="auto"/>
        <w:ind w:left="720"/>
      </w:pPr>
      <w:r/>
      <w:hyperlink r:id="rId20">
        <w:r>
          <w:rPr>
            <w:color w:val="0000EE"/>
            <w:u w:val="single"/>
          </w:rPr>
          <w:t>https://www.uctoday.com/unified-communications/how-can-i-show-flight-icon-in-webex-setting-your-status/</w:t>
        </w:r>
      </w:hyperlink>
      <w:r>
        <w:t xml:space="preserve"> - Please view link - unable to able to access data</w:t>
      </w:r>
      <w:r/>
    </w:p>
    <w:p>
      <w:pPr>
        <w:pStyle w:val="ListNumber"/>
        <w:spacing w:line="240" w:lineRule="auto"/>
        <w:ind w:left="720"/>
      </w:pPr>
      <w:r/>
      <w:hyperlink r:id="rId21">
        <w:r>
          <w:rPr>
            <w:color w:val="0000EE"/>
            <w:u w:val="single"/>
          </w:rPr>
          <w:t>https://www.uctoday.com/unified-communications/the-new-google-meet-note-companion-take-notes-for-me/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lp.webex.com/en-us/article/WBX000028789/The-Out-of-Office-Status-is-Not-Getting-Updated-in-Webex" TargetMode="External"/><Relationship Id="rId11" Type="http://schemas.openxmlformats.org/officeDocument/2006/relationships/hyperlink" Target="https://help.webex.com/en-us/article/lk7294/Webex-App-%7C-Show-when-you're-Out-of-Office" TargetMode="External"/><Relationship Id="rId12" Type="http://schemas.openxmlformats.org/officeDocument/2006/relationships/hyperlink" Target="https://help.webex.com/de-de/article/DOC-17967" TargetMode="External"/><Relationship Id="rId13" Type="http://schemas.openxmlformats.org/officeDocument/2006/relationships/hyperlink" Target="https://help.webex.com/it-it/article/DOC-17967" TargetMode="External"/><Relationship Id="rId14" Type="http://schemas.openxmlformats.org/officeDocument/2006/relationships/hyperlink" Target="https://blogs.cisco.com/developer/webexoutofofficeautoreply01" TargetMode="External"/><Relationship Id="rId15" Type="http://schemas.openxmlformats.org/officeDocument/2006/relationships/hyperlink" Target="https://support.google.com/meet/answer/9302482" TargetMode="External"/><Relationship Id="rId16" Type="http://schemas.openxmlformats.org/officeDocument/2006/relationships/hyperlink" Target="https://workspace.google.com/products/meet/" TargetMode="External"/><Relationship Id="rId17" Type="http://schemas.openxmlformats.org/officeDocument/2006/relationships/hyperlink" Target="https://cloud.google.com/blog/products/workspace/new-ai-powered-meetings-and-messaging" TargetMode="External"/><Relationship Id="rId18" Type="http://schemas.openxmlformats.org/officeDocument/2006/relationships/hyperlink" Target="https://support.google.com/a/answer/7577940" TargetMode="External"/><Relationship Id="rId19" Type="http://schemas.openxmlformats.org/officeDocument/2006/relationships/hyperlink" Target="https://www.googlecloud.com/blog/products/workspace/google-workspace-labs" TargetMode="External"/><Relationship Id="rId20" Type="http://schemas.openxmlformats.org/officeDocument/2006/relationships/hyperlink" Target="https://www.uctoday.com/unified-communications/how-can-i-show-flight-icon-in-webex-setting-your-status/" TargetMode="External"/><Relationship Id="rId21" Type="http://schemas.openxmlformats.org/officeDocument/2006/relationships/hyperlink" Target="https://www.uctoday.com/unified-communications/the-new-google-meet-note-companion-take-notes-for-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