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Wikipedia editors combat unverified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Wikipedia Editors Combat Unverified AI-Generated Content</w:t>
      </w:r>
      <w:r/>
    </w:p>
    <w:p>
      <w:r/>
      <w:r>
        <w:t>In the evolving digital landscape where artificial intelligence (AI) is playing an increasingly prominent role, Wikipedia, the renowned crowdsourced online encyclopaedia, is taking decisive steps to maintain the quality and reliability of its content. A new initiative, "WikiProject AI Cleanup," has been launched by a dedicated group of Wikipedia editors to address the challenges posed by poorly sourced and error-filled AI-generated content.</w:t>
      </w:r>
      <w:r/>
    </w:p>
    <w:p>
      <w:r/>
      <w:r>
        <w:t>Recognising the potential risks AI misuse poses to Wikipedia's integrity, the editors behind WikiProject AI Cleanup have made it clear that their aim is not to eliminate AI usage entirely. Instead, their focus is on ensuring that any AI-generated contributions meet Wikipedia's established standards for accuracy and writing quality. The group seeks to identify and remove or correct content that lacks reliable sourcing, includes false information, or exhibits traits of AI errors.</w:t>
      </w:r>
      <w:r/>
    </w:p>
    <w:p>
      <w:r/>
      <w:r>
        <w:t>Speaking to 404 Media, Ilyas Lebleu, a founding member of the initiative, explained that they are actively working to identify common patterns and tell-tale signs of AI-generated text. These signs include distinctive phrases often used by AI models such as "as an AI language model, I..." and patterns that help pinpoint inconsistent or poorly composed text.</w:t>
      </w:r>
      <w:r/>
    </w:p>
    <w:p>
      <w:r/>
      <w:r>
        <w:t>A notable example cited by the editors is a fabricated historical account of an Ottoman fortress— a sophisticated entry that might go unnoticed unless scrutinised by experts in the field. Such incidents underscore the difficulty in detecting misleading content, especially when cloaked in seemingly coherent narratives.</w:t>
      </w:r>
      <w:r/>
    </w:p>
    <w:p>
      <w:r/>
      <w:r>
        <w:t>The emergence of AI-generated content on Wikipedia coincides with a broader trend of AI-related concerns in media. Notably, Wikipedia's editorial community has re-evaluated and, in some instances, reduced the reliability of sources that have previously been involved with AI-induced errors. CNET, a tech media website, encountered such scrutiny after publishing AI-generated articles with inaccuracies, leading Wikipedia to question its credibility as a source.</w:t>
      </w:r>
      <w:r/>
    </w:p>
    <w:p>
      <w:r/>
      <w:r>
        <w:t>Despite these challenges, the Wikipedia editorial team acknowledges the financial and practical barriers in battling against mass-produced AI content. Given that Wikipedia operates as a volunteer-driven platform, sustaining a stringent review process amid the influx of content poses a significant logistical challenge.</w:t>
      </w:r>
      <w:r/>
    </w:p>
    <w:p>
      <w:r/>
      <w:r>
        <w:t>The ongoing efforts by the WikiProject AI Cleanup initiative signal a commitment to upholding the quality standards that have long defined Wikipedia. By addressing the influx of unreliable AI content, the project aims to preserve the platform's status as a reliable and trustworthy information repository in an era increasingly defined by rapidly advancing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https://news.slashdot.org/story/24/10/11/1554202/the-editors-protecting-wikipedia-from-ai-hoaxes</w:t>
        </w:r>
      </w:hyperlink>
      <w:r>
        <w:t xml:space="preserve"> - Corroborates the formation of WikiProject AI Cleanup and its goals to combat AI-generated content on Wikipedia.</w:t>
      </w:r>
      <w:r/>
    </w:p>
    <w:p>
      <w:pPr>
        <w:pStyle w:val="ListNumber"/>
        <w:spacing w:line="240" w:lineRule="auto"/>
        <w:ind w:left="720"/>
      </w:pPr>
      <w:r/>
      <w:hyperlink r:id="rId11">
        <w:r>
          <w:rPr>
            <w:color w:val="0000EE"/>
            <w:u w:val="single"/>
          </w:rPr>
          <w:t>https://arxiv.org/html/2410.08044</w:t>
        </w:r>
      </w:hyperlink>
      <w:r>
        <w:t xml:space="preserve"> - Provides data and methods used to detect AI-generated content on Wikipedia, including the use of GPTZero and Binoculars.</w:t>
      </w:r>
      <w:r/>
    </w:p>
    <w:p>
      <w:pPr>
        <w:pStyle w:val="ListNumber"/>
        <w:spacing w:line="240" w:lineRule="auto"/>
        <w:ind w:left="720"/>
      </w:pPr>
      <w:r/>
      <w:hyperlink r:id="rId12">
        <w:r>
          <w:rPr>
            <w:color w:val="0000EE"/>
            <w:u w:val="single"/>
          </w:rPr>
          <w:t>https://www.404media.co/the-editors-protecting-wikipedia-from-ai-hoaxes/</w:t>
        </w:r>
      </w:hyperlink>
      <w:r>
        <w:t xml:space="preserve"> - Details the objectives and methods of WikiProject AI Cleanup, including identifying common AI-generated text patterns.</w:t>
      </w:r>
      <w:r/>
    </w:p>
    <w:p>
      <w:pPr>
        <w:pStyle w:val="ListNumber"/>
        <w:spacing w:line="240" w:lineRule="auto"/>
        <w:ind w:left="720"/>
      </w:pPr>
      <w:r/>
      <w:hyperlink r:id="rId13">
        <w:r>
          <w:rPr>
            <w:color w:val="0000EE"/>
            <w:u w:val="single"/>
          </w:rPr>
          <w:t>https://en.wikipedia.org/wiki/Wikipedia:WikiProject_AI_Cleanup</w:t>
        </w:r>
      </w:hyperlink>
      <w:r>
        <w:t xml:space="preserve"> - Outlines the goals, methods, and challenges faced by WikiProject AI Cleanup in maintaining Wikipedia's quality standards.</w:t>
      </w:r>
      <w:r/>
    </w:p>
    <w:p>
      <w:pPr>
        <w:pStyle w:val="ListNumber"/>
        <w:spacing w:line="240" w:lineRule="auto"/>
        <w:ind w:left="720"/>
      </w:pPr>
      <w:r/>
      <w:hyperlink r:id="rId14">
        <w:r>
          <w:rPr>
            <w:color w:val="0000EE"/>
            <w:u w:val="single"/>
          </w:rPr>
          <w:t>https://futurism.com/the-byte/wikipedia-declares-war-ai-slop</w:t>
        </w:r>
      </w:hyperlink>
      <w:r>
        <w:t xml:space="preserve"> - Describes the efforts of Wikipedia editors to combat poorly sourced and error-filled AI-generated content and the challenges involved.</w:t>
      </w:r>
      <w:r/>
    </w:p>
    <w:p>
      <w:pPr>
        <w:pStyle w:val="ListNumber"/>
        <w:spacing w:line="240" w:lineRule="auto"/>
        <w:ind w:left="720"/>
      </w:pPr>
      <w:r/>
      <w:hyperlink r:id="rId10">
        <w:r>
          <w:rPr>
            <w:color w:val="0000EE"/>
            <w:u w:val="single"/>
          </w:rPr>
          <w:t>https://news.slashdot.org/story/24/10/11/1554202/the-editors-protecting-wikipedia-from-ai-hoaxes</w:t>
        </w:r>
      </w:hyperlink>
      <w:r>
        <w:t xml:space="preserve"> - Mentions the example of the Chester Mental Health Center article and the phrase 'As of my last knowledge update in January 2022' as a sign of AI-generated content.</w:t>
      </w:r>
      <w:r/>
    </w:p>
    <w:p>
      <w:pPr>
        <w:pStyle w:val="ListNumber"/>
        <w:spacing w:line="240" w:lineRule="auto"/>
        <w:ind w:left="720"/>
      </w:pPr>
      <w:r/>
      <w:hyperlink r:id="rId11">
        <w:r>
          <w:rPr>
            <w:color w:val="0000EE"/>
            <w:u w:val="single"/>
          </w:rPr>
          <w:t>https://arxiv.org/html/2410.08044</w:t>
        </w:r>
      </w:hyperlink>
      <w:r>
        <w:t xml:space="preserve"> - Highlights the increase in AI-generated content in recent Wikipedia pages and the lower quality of these articles.</w:t>
      </w:r>
      <w:r/>
    </w:p>
    <w:p>
      <w:pPr>
        <w:pStyle w:val="ListNumber"/>
        <w:spacing w:line="240" w:lineRule="auto"/>
        <w:ind w:left="720"/>
      </w:pPr>
      <w:r/>
      <w:hyperlink r:id="rId13">
        <w:r>
          <w:rPr>
            <w:color w:val="0000EE"/>
            <w:u w:val="single"/>
          </w:rPr>
          <w:t>https://en.wikipedia.org/wiki/Wikipedia:WikiProject_AI_Cleanup</w:t>
        </w:r>
      </w:hyperlink>
      <w:r>
        <w:t xml:space="preserve"> - Explains the identification of AI-generated images and the need to ensure appropriate usage, as well as the handling of AI-assisted edits.</w:t>
      </w:r>
      <w:r/>
    </w:p>
    <w:p>
      <w:pPr>
        <w:pStyle w:val="ListNumber"/>
        <w:spacing w:line="240" w:lineRule="auto"/>
        <w:ind w:left="720"/>
      </w:pPr>
      <w:r/>
      <w:hyperlink r:id="rId14">
        <w:r>
          <w:rPr>
            <w:color w:val="0000EE"/>
            <w:u w:val="single"/>
          </w:rPr>
          <w:t>https://futurism.com/the-byte/wikipedia-declares-war-ai-slop</w:t>
        </w:r>
      </w:hyperlink>
      <w:r>
        <w:t xml:space="preserve"> - Discusses the example of a fabricated historical account of an Ottoman fortress and the challenges in detecting such content.</w:t>
      </w:r>
      <w:r/>
    </w:p>
    <w:p>
      <w:pPr>
        <w:pStyle w:val="ListNumber"/>
        <w:spacing w:line="240" w:lineRule="auto"/>
        <w:ind w:left="720"/>
      </w:pPr>
      <w:r/>
      <w:hyperlink r:id="rId13">
        <w:r>
          <w:rPr>
            <w:color w:val="0000EE"/>
            <w:u w:val="single"/>
          </w:rPr>
          <w:t>https://en.wikipedia.org/wiki/Wikipedia:WikiProject_AI_Cleanup</w:t>
        </w:r>
      </w:hyperlink>
      <w:r>
        <w:t xml:space="preserve"> - Details the re-evaluation of sources due to AI-induced errors, such as the case with CNET.</w:t>
      </w:r>
      <w:r/>
    </w:p>
    <w:p>
      <w:pPr>
        <w:pStyle w:val="ListNumber"/>
        <w:spacing w:line="240" w:lineRule="auto"/>
        <w:ind w:left="720"/>
      </w:pPr>
      <w:r/>
      <w:hyperlink r:id="rId14">
        <w:r>
          <w:rPr>
            <w:color w:val="0000EE"/>
            <w:u w:val="single"/>
          </w:rPr>
          <w:t>https://futurism.com/the-byte/wikipedia-declares-war-ai-slop</w:t>
        </w:r>
      </w:hyperlink>
      <w:r>
        <w:t xml:space="preserve"> - Addresses the logistical challenges faced by Wikipedia's volunteer-driven platform in battling mass-produced AI content.</w:t>
      </w:r>
      <w:r/>
    </w:p>
    <w:p>
      <w:pPr>
        <w:pStyle w:val="ListNumber"/>
        <w:spacing w:line="240" w:lineRule="auto"/>
        <w:ind w:left="720"/>
      </w:pPr>
      <w:r/>
      <w:hyperlink r:id="rId14">
        <w:r>
          <w:rPr>
            <w:color w:val="0000EE"/>
            <w:u w:val="single"/>
          </w:rPr>
          <w:t>https://futurism.com/the-byte/wikipedia-declares-war-ai-slop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lashdot.org/story/24/10/11/1554202/the-editors-protecting-wikipedia-from-ai-hoaxes" TargetMode="External"/><Relationship Id="rId11" Type="http://schemas.openxmlformats.org/officeDocument/2006/relationships/hyperlink" Target="https://arxiv.org/html/2410.08044" TargetMode="External"/><Relationship Id="rId12" Type="http://schemas.openxmlformats.org/officeDocument/2006/relationships/hyperlink" Target="https://www.404media.co/the-editors-protecting-wikipedia-from-ai-hoaxes/" TargetMode="External"/><Relationship Id="rId13" Type="http://schemas.openxmlformats.org/officeDocument/2006/relationships/hyperlink" Target="https://en.wikipedia.org/wiki/Wikipedia:WikiProject_AI_Cleanup" TargetMode="External"/><Relationship Id="rId14" Type="http://schemas.openxmlformats.org/officeDocument/2006/relationships/hyperlink" Target="https://futurism.com/the-byte/wikipedia-declares-war-ai-slo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