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Windows faces challenges in harnessing AI advancements in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2024, the race to integrate artificial intelligence into Windows laptops has accelerated, as leading CPU manufacturers and Windows Original Equipment Manufacturers (OEMs) have embraced the development of advanced AI capabilities. The introduction of processors with dedicated Neural Processing Units (NPUs) by major players such as Intel, Qualcomm, and AMD marks a significant leap in hardware capabilities, boasting up to 55 trillion operations per second (TOPS). However, there are growing concerns about the operating system's ability to fully exploit these advancements.</w:t>
      </w:r>
      <w:r/>
    </w:p>
    <w:p>
      <w:r/>
      <w:r>
        <w:t>Intel launched the year with its Core Ultra CPU, featuring a dedicated NPU, setting the stage for major innovations. Qualcomm, partnering with top Windows OEMs, including Microsoft, responded with the Copilot+ PCs powered by the Snapdragon X processors. Not wanting to be left behind, Intel and AMD followed suit with the Lunar Lake and Ryzen AI 300 series, further heating up the competition.</w:t>
      </w:r>
      <w:r/>
    </w:p>
    <w:p>
      <w:r/>
      <w:r>
        <w:t>These innovations have been embraced by nearly all significant manufacturers including Dell, Microsoft, Asus, Lenovo, HP, and Honor, all of whom have integrated NPUs into their latest offerings, marketing a refined and enhanced user experience. HP, for example, has heavily promoted the AI capabilities of its latest laptops. However, the advancement of hardware capabilities starkly contrasts with the current state of software optimisation.</w:t>
      </w:r>
      <w:r/>
    </w:p>
    <w:p>
      <w:r/>
      <w:r>
        <w:t>Presently, the extent of AI integration within Windows seems limited to features such as Windows Studio Effects, which includes options like background blur and eye contact correction, and some AI enhancements in Paint and the Office Suite. These are seen as merely scratching the surface of the potential of the new hardware.</w:t>
      </w:r>
      <w:r/>
    </w:p>
    <w:p>
      <w:r/>
      <w:r>
        <w:t>Initially, Microsoft's AI assistant, Copilot, was hailed as a revolutionary tool that would transform the way users interacted with their PCs. However, its capabilities have been scaled back significantly in recent months. Previously able to perform tasks using text prompts and manage system settings directly, its functionality has been reduced to a Progressive Web App accessible across multiple platforms, with less integration into the Windows ecosystem.</w:t>
      </w:r>
      <w:r/>
    </w:p>
    <w:p>
      <w:r/>
      <w:r>
        <w:t>These setbacks underscore a broader issue: the lack of deep and intuitive AI integration within Windows, which many see as a missed opportunity to harness the computing power now available in new hardware. Microsoft's ambition to create a "photographic memory" system faced early privacy concerns but remains a part of their roadmap. This project, named Recall, is designed to store data locally, utilizing device NPUs to ensure security and privacy.</w:t>
      </w:r>
      <w:r/>
    </w:p>
    <w:p>
      <w:r/>
      <w:r>
        <w:t>There are plans to enhance the Copilot’s functionality by integrating it into File Explorer — enabling it to understand and process search queries contextually, using NPUs to quickly filter relevant search results. Additionally, integrating Copilot with other Microsoft applications like To-Do and OneNote could improve how users manage their tasks and notes.</w:t>
      </w:r>
      <w:r/>
    </w:p>
    <w:p>
      <w:r/>
      <w:r>
        <w:t>The crux of the issue lies in the disparity between the capabilities of these powerful AI-powered CPUs and the ability of Windows software to keep up. Microsoft’s ongoing projects and potential updates could see further utilisation of on-device NPUs, potentially closing the gap between hardware advancements and software capabilities. The tech world is keenly watching how Microsoft will adapt to fully leverage this AI boom within the Windows ecosystem.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https://www.engadget.com/computing/laptops/best-laptops-120008636.html</w:t>
        </w:r>
      </w:hyperlink>
      <w:r>
        <w:t xml:space="preserve"> - Discusses the introduction of AI PCs, including Intel's Core Ultra CPUs with NPUs, and the performance of Snapdragon X Elite chips in Microsoft's Surface Laptop 7.</w:t>
      </w:r>
      <w:r/>
    </w:p>
    <w:p>
      <w:pPr>
        <w:pStyle w:val="ListNumber"/>
        <w:spacing w:line="240" w:lineRule="auto"/>
        <w:ind w:left="720"/>
      </w:pPr>
      <w:r/>
      <w:hyperlink r:id="rId11">
        <w:r>
          <w:rPr>
            <w:color w:val="0000EE"/>
            <w:u w:val="single"/>
          </w:rPr>
          <w:t>https://www.windowscentral.com/hardware/laptops/best-ai-pc</w:t>
        </w:r>
      </w:hyperlink>
      <w:r>
        <w:t xml:space="preserve"> - Details the best AI PCs in 2024, including those from Intel, AMD, and Qualcomm, and highlights features like NPUs and Copilot+ PCs.</w:t>
      </w:r>
      <w:r/>
    </w:p>
    <w:p>
      <w:pPr>
        <w:pStyle w:val="ListNumber"/>
        <w:spacing w:line="240" w:lineRule="auto"/>
        <w:ind w:left="720"/>
      </w:pPr>
      <w:r/>
      <w:hyperlink r:id="rId12">
        <w:r>
          <w:rPr>
            <w:color w:val="0000EE"/>
            <w:u w:val="single"/>
          </w:rPr>
          <w:t>https://blogs.microsoft.com/blog/2024/05/20/introducing-copilot-pcs/</w:t>
        </w:r>
      </w:hyperlink>
      <w:r>
        <w:t xml:space="preserve"> - Introduces Copilot+ PCs, their AI capabilities, and the integration of NPUs for advanced AI tasks, along with features like Recall and Cocreator.</w:t>
      </w:r>
      <w:r/>
    </w:p>
    <w:p>
      <w:pPr>
        <w:pStyle w:val="ListNumber"/>
        <w:spacing w:line="240" w:lineRule="auto"/>
        <w:ind w:left="720"/>
      </w:pPr>
      <w:r/>
      <w:hyperlink r:id="rId13">
        <w:r>
          <w:rPr>
            <w:color w:val="0000EE"/>
            <w:u w:val="single"/>
          </w:rPr>
          <w:t>https://www.xda-developers.com/windows-laptops-are-ready-for-ai-is-microsoft/</w:t>
        </w:r>
      </w:hyperlink>
      <w:r>
        <w:t xml:space="preserve"> - Discusses the AI revolution in Windows laptops with CPUs from Intel, Qualcomm, and AMD, and the disparity between hardware capabilities and software optimization.</w:t>
      </w:r>
      <w:r/>
    </w:p>
    <w:p>
      <w:pPr>
        <w:pStyle w:val="ListNumber"/>
        <w:spacing w:line="240" w:lineRule="auto"/>
        <w:ind w:left="720"/>
      </w:pPr>
      <w:r/>
      <w:hyperlink r:id="rId10">
        <w:r>
          <w:rPr>
            <w:color w:val="0000EE"/>
            <w:u w:val="single"/>
          </w:rPr>
          <w:t>https://www.engadget.com/computing/laptops/best-laptops-120008636.html</w:t>
        </w:r>
      </w:hyperlink>
      <w:r>
        <w:t xml:space="preserve"> - Mentions Intel's Core Ultra CPUs and their inclusion of NPUs for AI tasks, setting the stage for major innovations in AI PCs.</w:t>
      </w:r>
      <w:r/>
    </w:p>
    <w:p>
      <w:pPr>
        <w:pStyle w:val="ListNumber"/>
        <w:spacing w:line="240" w:lineRule="auto"/>
        <w:ind w:left="720"/>
      </w:pPr>
      <w:r/>
      <w:hyperlink r:id="rId11">
        <w:r>
          <w:rPr>
            <w:color w:val="0000EE"/>
            <w:u w:val="single"/>
          </w:rPr>
          <w:t>https://www.windowscentral.com/hardware/laptops/best-ai-pc</w:t>
        </w:r>
      </w:hyperlink>
      <w:r>
        <w:t xml:space="preserve"> - Describes how Qualcomm's Snapdragon X processors are used in Copilot+ PCs and the involvement of top Windows OEMs, including Microsoft.</w:t>
      </w:r>
      <w:r/>
    </w:p>
    <w:p>
      <w:pPr>
        <w:pStyle w:val="ListNumber"/>
        <w:spacing w:line="240" w:lineRule="auto"/>
        <w:ind w:left="720"/>
      </w:pPr>
      <w:r/>
      <w:hyperlink r:id="rId13">
        <w:r>
          <w:rPr>
            <w:color w:val="0000EE"/>
            <w:u w:val="single"/>
          </w:rPr>
          <w:t>https://www.xda-developers.com/windows-laptops-are-ready-for-ai-is-microsoft/</w:t>
        </w:r>
      </w:hyperlink>
      <w:r>
        <w:t xml:space="preserve"> - Details Intel's Lunar Lake and AMD's Ryzen AI 300 series, which further enhance the competition in AI-capable CPUs.</w:t>
      </w:r>
      <w:r/>
    </w:p>
    <w:p>
      <w:pPr>
        <w:pStyle w:val="ListNumber"/>
        <w:spacing w:line="240" w:lineRule="auto"/>
        <w:ind w:left="720"/>
      </w:pPr>
      <w:r/>
      <w:hyperlink r:id="rId11">
        <w:r>
          <w:rPr>
            <w:color w:val="0000EE"/>
            <w:u w:val="single"/>
          </w:rPr>
          <w:t>https://www.windowscentral.com/hardware/laptops/best-ai-pc</w:t>
        </w:r>
      </w:hyperlink>
      <w:r>
        <w:t xml:space="preserve"> - Lists various manufacturers like Dell, Microsoft, Asus, Lenovo, HP, and Honor that have integrated NPUs into their latest laptops.</w:t>
      </w:r>
      <w:r/>
    </w:p>
    <w:p>
      <w:pPr>
        <w:pStyle w:val="ListNumber"/>
        <w:spacing w:line="240" w:lineRule="auto"/>
        <w:ind w:left="720"/>
      </w:pPr>
      <w:r/>
      <w:hyperlink r:id="rId12">
        <w:r>
          <w:rPr>
            <w:color w:val="0000EE"/>
            <w:u w:val="single"/>
          </w:rPr>
          <w:t>https://blogs.microsoft.com/blog/2024/05/20/introducing-copilot-pcs/</w:t>
        </w:r>
      </w:hyperlink>
      <w:r>
        <w:t xml:space="preserve"> - Highlights HP's promotion of AI capabilities in their latest laptops and the broader marketing of enhanced user experiences by OEMs.</w:t>
      </w:r>
      <w:r/>
    </w:p>
    <w:p>
      <w:pPr>
        <w:pStyle w:val="ListNumber"/>
        <w:spacing w:line="240" w:lineRule="auto"/>
        <w:ind w:left="720"/>
      </w:pPr>
      <w:r/>
      <w:hyperlink r:id="rId13">
        <w:r>
          <w:rPr>
            <w:color w:val="0000EE"/>
            <w:u w:val="single"/>
          </w:rPr>
          <w:t>https://www.xda-developers.com/windows-laptops-are-ready-for-ai-is-microsoft/</w:t>
        </w:r>
      </w:hyperlink>
      <w:r>
        <w:t xml:space="preserve"> - Explains the current limitations of AI integration within Windows, such as Windows Studio Effects and AI enhancements in Paint and Office Suite.</w:t>
      </w:r>
      <w:r/>
    </w:p>
    <w:p>
      <w:pPr>
        <w:pStyle w:val="ListNumber"/>
        <w:spacing w:line="240" w:lineRule="auto"/>
        <w:ind w:left="720"/>
      </w:pPr>
      <w:r/>
      <w:hyperlink r:id="rId12">
        <w:r>
          <w:rPr>
            <w:color w:val="0000EE"/>
            <w:u w:val="single"/>
          </w:rPr>
          <w:t>https://blogs.microsoft.com/blog/2024/05/20/introducing-copilot-pcs/</w:t>
        </w:r>
      </w:hyperlink>
      <w:r>
        <w:t xml:space="preserve"> - Discusses the initial and current state of Microsoft's Copilot AI assistant and its reduced functionality compared to earlier versions.</w:t>
      </w:r>
      <w:r/>
    </w:p>
    <w:p>
      <w:pPr>
        <w:pStyle w:val="ListNumber"/>
        <w:spacing w:line="240" w:lineRule="auto"/>
        <w:ind w:left="720"/>
      </w:pPr>
      <w:r/>
      <w:hyperlink r:id="rId13">
        <w:r>
          <w:rPr>
            <w:color w:val="0000EE"/>
            <w:u w:val="single"/>
          </w:rPr>
          <w:t>https://www.xda-developers.com/windows-laptops-are-ready-for-ai-is-microsoft/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ngadget.com/computing/laptops/best-laptops-120008636.html" TargetMode="External"/><Relationship Id="rId11" Type="http://schemas.openxmlformats.org/officeDocument/2006/relationships/hyperlink" Target="https://www.windowscentral.com/hardware/laptops/best-ai-pc" TargetMode="External"/><Relationship Id="rId12" Type="http://schemas.openxmlformats.org/officeDocument/2006/relationships/hyperlink" Target="https://blogs.microsoft.com/blog/2024/05/20/introducing-copilot-pcs/" TargetMode="External"/><Relationship Id="rId13" Type="http://schemas.openxmlformats.org/officeDocument/2006/relationships/hyperlink" Target="https://www.xda-developers.com/windows-laptops-are-ready-for-ai-is-microsof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