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Yoshua Bengio warns of the dual-edged nature of artificial intelligence</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In recent months, the world of artificial intelligence (AI) has been abuzz with excitement and speculation about its transformative capabilities. A focal point in these discussions is the insights of Yoshua Bengio, a celebrated Canadian computer scientist known for his pioneering work in neural networks and deep learning algorithms. Often referred to as the "godfather of artificial intelligence," Bengio has significantly contributed to the development of sophisticated AI models, including OpenAI's ChatGPT and Anthropic's Claude.</w:t>
      </w:r>
      <w:r/>
    </w:p>
    <w:p>
      <w:r/>
      <w:r>
        <w:t>In a candid interview with Yahoo Finance, Bengio expressed both enthusiasm and caution regarding the future of AI. He highlighted the immense power intelligence confers and cautioned about the implications of such power being wielded by those who might use it for economic, military, or political dominance. "Intelligence gives power, and whoever controls that power — if it's human level or above — is going to be very, very powerful," Bengio emphasised.</w:t>
      </w:r>
      <w:r/>
    </w:p>
    <w:p>
      <w:r/>
      <w:r>
        <w:t>Bengio's remarks underscore the dual-edged nature of technological advancement, particularly in AI. He stressed the necessity for caution in developing technologies that could consolidate power in potentially hazardous ways. "Before we create technology that could concentrate power in dangerous ways, we need to be very careful," he pointed out.</w:t>
      </w:r>
      <w:r/>
    </w:p>
    <w:p>
      <w:r/>
      <w:r>
        <w:t>The potential risks associated with AI include its misuse by terrorists or state actors intent on undermining democratic systems. Moreover, Bengio and many of his peers in the scientific community have raised concerns about the autonomy of AI systems. The current training methods for these models might inadvertently lead to the development of systems with their own goals and preservation instincts, posing a risk of losing control over them. "We’re on a path to maybe creating monsters that could be more powerful than us," Bengio warned.</w:t>
      </w:r>
      <w:r/>
    </w:p>
    <w:p>
      <w:r/>
      <w:r>
        <w:t>Bengio's contributions to the field were recognised in 2018, when he, alongside Geoffrey Hinton and Yann LeCun, received the Turing Award, often regarded as the Nobel Prize of computing. His influence continued to grow, and in 2022, he was acknowledged as the most cited computer scientist globally. The accolades highlight his pivotal role in advancing AI research and development.</w:t>
      </w:r>
      <w:r/>
    </w:p>
    <w:p>
      <w:r/>
      <w:r>
        <w:t>As AI technology continues to advance at a rapid pace, Bengio's perspective serves as an essential consideration for researchers, policymakers, and the public alike. His insights bring to light the profound responsibilities that come with harnessing artificial intelligence, urging a careful and considered approach to its integration into society.</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https://finance.yahoo.com/news/ai-godfather-yoshua-bengio-were-creating-monsters-more-powerful-than-us-120042014.html</w:t>
        </w:r>
      </w:hyperlink>
      <w:r>
        <w:t xml:space="preserve"> - Corroborates Yoshua Bengio's caution about the power and potential risks of AI, including its misuse and the autonomy of AI systems.</w:t>
      </w:r>
      <w:r/>
    </w:p>
    <w:p>
      <w:pPr>
        <w:pStyle w:val="ListNumber"/>
        <w:spacing w:line="240" w:lineRule="auto"/>
        <w:ind w:left="720"/>
      </w:pPr>
      <w:r/>
      <w:hyperlink r:id="rId10">
        <w:r>
          <w:rPr>
            <w:color w:val="0000EE"/>
            <w:u w:val="single"/>
          </w:rPr>
          <w:t>https://finance.yahoo.com/news/ai-godfather-yoshua-bengio-were-creating-monsters-more-powerful-than-us-120042014.html</w:t>
        </w:r>
      </w:hyperlink>
      <w:r>
        <w:t xml:space="preserve"> - Supports the statement about Bengio's warning on the concentration of power through AI and the need for caution.</w:t>
      </w:r>
      <w:r/>
    </w:p>
    <w:p>
      <w:pPr>
        <w:pStyle w:val="ListNumber"/>
        <w:spacing w:line="240" w:lineRule="auto"/>
        <w:ind w:left="720"/>
      </w:pPr>
      <w:r/>
      <w:hyperlink r:id="rId11">
        <w:r>
          <w:rPr>
            <w:color w:val="0000EE"/>
            <w:u w:val="single"/>
          </w:rPr>
          <w:t>https://www.datategy.net/2023/10/23/the-ais-origin-yoshua-bengio/</w:t>
        </w:r>
      </w:hyperlink>
      <w:r>
        <w:t xml:space="preserve"> - Provides background on Yoshua Bengio's contributions to AI, including his work on neural networks and deep learning, and his recognition with the Turing Award.</w:t>
      </w:r>
      <w:r/>
    </w:p>
    <w:p>
      <w:pPr>
        <w:pStyle w:val="ListNumber"/>
        <w:spacing w:line="240" w:lineRule="auto"/>
        <w:ind w:left="720"/>
      </w:pPr>
      <w:r/>
      <w:hyperlink r:id="rId11">
        <w:r>
          <w:rPr>
            <w:color w:val="0000EE"/>
            <w:u w:val="single"/>
          </w:rPr>
          <w:t>https://www.datategy.net/2023/10/23/the-ais-origin-yoshua-bengio/</w:t>
        </w:r>
      </w:hyperlink>
      <w:r>
        <w:t xml:space="preserve"> - Details Bengio's impact on the field of AI, particularly in deep learning and computer vision.</w:t>
      </w:r>
      <w:r/>
    </w:p>
    <w:p>
      <w:pPr>
        <w:pStyle w:val="ListNumber"/>
        <w:spacing w:line="240" w:lineRule="auto"/>
        <w:ind w:left="720"/>
      </w:pPr>
      <w:r/>
      <w:hyperlink r:id="rId10">
        <w:r>
          <w:rPr>
            <w:color w:val="0000EE"/>
            <w:u w:val="single"/>
          </w:rPr>
          <w:t>https://finance.yahoo.com/news/ai-godfather-yoshua-bengio-were-creating-monsters-more-powerful-than-us-120042014.html</w:t>
        </w:r>
      </w:hyperlink>
      <w:r>
        <w:t xml:space="preserve"> - Mentions Bengio's recognition as the most cited computer scientist globally in 2022 and his influence on AI research.</w:t>
      </w:r>
      <w:r/>
    </w:p>
    <w:p>
      <w:pPr>
        <w:pStyle w:val="ListNumber"/>
        <w:spacing w:line="240" w:lineRule="auto"/>
        <w:ind w:left="720"/>
      </w:pPr>
      <w:r/>
      <w:hyperlink r:id="rId12">
        <w:r>
          <w:rPr>
            <w:color w:val="0000EE"/>
            <w:u w:val="single"/>
          </w:rPr>
          <w:t>https://www.technologyreview.com/2024/08/07/1095879/ai-godfather-yoshua-bengio-joins-uk-project-to-prevent-ai-catastrophes/</w:t>
        </w:r>
      </w:hyperlink>
      <w:r>
        <w:t xml:space="preserve"> - Discusses Bengio's involvement in the Safeguarded AI project to ensure AI safety and prevent potential catastrophes.</w:t>
      </w:r>
      <w:r/>
    </w:p>
    <w:p>
      <w:pPr>
        <w:pStyle w:val="ListNumber"/>
        <w:spacing w:line="240" w:lineRule="auto"/>
        <w:ind w:left="720"/>
      </w:pPr>
      <w:r/>
      <w:hyperlink r:id="rId12">
        <w:r>
          <w:rPr>
            <w:color w:val="0000EE"/>
            <w:u w:val="single"/>
          </w:rPr>
          <w:t>https://www.technologyreview.com/2024/08/07/1095879/ai-godfather-yoshua-bengio-joins-uk-project-to-prevent-ai-catastrophes/</w:t>
        </w:r>
      </w:hyperlink>
      <w:r>
        <w:t xml:space="preserve"> - Highlights Bengio's concerns about the safety and potential risks of advanced AI systems.</w:t>
      </w:r>
      <w:r/>
    </w:p>
    <w:p>
      <w:pPr>
        <w:pStyle w:val="ListNumber"/>
        <w:spacing w:line="240" w:lineRule="auto"/>
        <w:ind w:left="720"/>
      </w:pPr>
      <w:r/>
      <w:hyperlink r:id="rId10">
        <w:r>
          <w:rPr>
            <w:color w:val="0000EE"/>
            <w:u w:val="single"/>
          </w:rPr>
          <w:t>https://finance.yahoo.com/news/ai-godfather-yoshua-bengio-were-creating-monsters-more-powerful-than-us-120042014.html</w:t>
        </w:r>
      </w:hyperlink>
      <w:r>
        <w:t xml:space="preserve"> - Corroborates the risks associated with AI misuse by terrorists or state actors and the potential for autonomous systems to develop self-preservation goals.</w:t>
      </w:r>
      <w:r/>
    </w:p>
    <w:p>
      <w:pPr>
        <w:pStyle w:val="ListNumber"/>
        <w:spacing w:line="240" w:lineRule="auto"/>
        <w:ind w:left="720"/>
      </w:pPr>
      <w:r/>
      <w:hyperlink r:id="rId13">
        <w:r>
          <w:rPr>
            <w:color w:val="0000EE"/>
            <w:u w:val="single"/>
          </w:rPr>
          <w:t>https://www.exponentialview.co/p/yoshua-bengio-towards-ais-humanistic</w:t>
        </w:r>
      </w:hyperlink>
      <w:r>
        <w:t xml:space="preserve"> - Details Bengio's focus on the humanistic dimension of AI, including safety, democracy, and climate change.</w:t>
      </w:r>
      <w:r/>
    </w:p>
    <w:p>
      <w:pPr>
        <w:pStyle w:val="ListNumber"/>
        <w:spacing w:line="240" w:lineRule="auto"/>
        <w:ind w:left="720"/>
      </w:pPr>
      <w:r/>
      <w:hyperlink r:id="rId11">
        <w:r>
          <w:rPr>
            <w:color w:val="0000EE"/>
            <w:u w:val="single"/>
          </w:rPr>
          <w:t>https://www.datategy.net/2023/10/23/the-ais-origin-yoshua-bengio/</w:t>
        </w:r>
      </w:hyperlink>
      <w:r>
        <w:t xml:space="preserve"> - Provides information on Bengio's receipt of the Turing Award in 2018 along with Geoffrey Hinton and Yann LeCun.</w:t>
      </w:r>
      <w:r/>
    </w:p>
    <w:p>
      <w:pPr>
        <w:pStyle w:val="ListNumber"/>
        <w:spacing w:line="240" w:lineRule="auto"/>
        <w:ind w:left="720"/>
      </w:pPr>
      <w:r/>
      <w:hyperlink r:id="rId10">
        <w:r>
          <w:rPr>
            <w:color w:val="0000EE"/>
            <w:u w:val="single"/>
          </w:rPr>
          <w:t>https://finance.yahoo.com/news/ai-godfather-yoshua-bengio-were-creating-monsters-more-powerful-than-us-120042014.html</w:t>
        </w:r>
      </w:hyperlink>
      <w:r>
        <w:t xml:space="preserve"> - Supports the need for regulatory frameworks and technological safeguards before achieving full autonomy in AI systems.</w:t>
      </w:r>
      <w:r/>
    </w:p>
    <w:p>
      <w:pPr>
        <w:pStyle w:val="ListNumber"/>
        <w:spacing w:line="240" w:lineRule="auto"/>
        <w:ind w:left="720"/>
      </w:pPr>
      <w:r/>
      <w:hyperlink r:id="rId14">
        <w:r>
          <w:rPr>
            <w:color w:val="0000EE"/>
            <w:u w:val="single"/>
          </w:rPr>
          <w:t>https://macdailynews.com/2024/10/11/ai-godfather-warns-were-creating-monsters-more-powerful-than-us/</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finance.yahoo.com/news/ai-godfather-yoshua-bengio-were-creating-monsters-more-powerful-than-us-120042014.html" TargetMode="External"/><Relationship Id="rId11" Type="http://schemas.openxmlformats.org/officeDocument/2006/relationships/hyperlink" Target="https://www.datategy.net/2023/10/23/the-ais-origin-yoshua-bengio/" TargetMode="External"/><Relationship Id="rId12" Type="http://schemas.openxmlformats.org/officeDocument/2006/relationships/hyperlink" Target="https://www.technologyreview.com/2024/08/07/1095879/ai-godfather-yoshua-bengio-joins-uk-project-to-prevent-ai-catastrophes/" TargetMode="External"/><Relationship Id="rId13" Type="http://schemas.openxmlformats.org/officeDocument/2006/relationships/hyperlink" Target="https://www.exponentialview.co/p/yoshua-bengio-towards-ais-humanistic" TargetMode="External"/><Relationship Id="rId14" Type="http://schemas.openxmlformats.org/officeDocument/2006/relationships/hyperlink" Target="https://macdailynews.com/2024/10/11/ai-godfather-warns-were-creating-monsters-more-powerful-than-us/"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