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Zoom unveils AI-driven enhancements at Zoomtopia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Zoom, the prominent communications technology firm, has announced a series of AI-driven enhancements during its Zoomtopia 2024 event, held virtually this year. These new features are designed to augment Zoom Workplace and Zoom Business Services, promising improvements in team communication and productivity. The event, once typically held at the San Jose Convention Center, featured the reveal of the Zoom AI Companion 2.0, a tool touted to aid users significantly in managing their workflow.</w:t>
      </w:r>
      <w:r/>
    </w:p>
    <w:p>
      <w:r/>
      <w:r>
        <w:t>The highlight of the event was the unveiling of the Zoom AI Companion 2.0, an upgraded AI assistant with enhanced capabilities. This new iteration of the AI companion will integrate seamlessly within the Zoom Workplace application, providing a persistent side panel for easy access. It is designed to assist users by understanding the context of ongoing tasks and previous conversations, thereby offering timely and intelligent suggestions.</w:t>
      </w:r>
      <w:r/>
    </w:p>
    <w:p>
      <w:r/>
      <w:r>
        <w:t>One of the notable advancements of the AI Companion 2.0 is its ability to aggregate interactions from various platforms. It can now connect and pull data from Microsoft Outlook, Gmail, Google Calendar, and document files from Microsoft Office and Google Docs. This capability allows it to summarize emails, documents, and conversations more efficiently, enabling users to make well-informed decisions swiftly.</w:t>
      </w:r>
      <w:r/>
    </w:p>
    <w:p>
      <w:r/>
      <w:r>
        <w:t>The AI Companion can also detect, track, and complete actions required across different workloads within Zoom Workplace. Additionally, it can access real-time web data to respond to user queries. It will be available to all users with existing Zoom Workplace subscriptions next month, ensuring that those already on paid plans incur no additional costs.</w:t>
      </w:r>
      <w:r/>
    </w:p>
    <w:p>
      <w:r/>
      <w:r>
        <w:t>For businesses seeking further personalization, Zoom introduced a new add-on feature. This service will allow companies to customize the AI Companion by incorporating proprietary databases and glossaries. It also promises improved search capabilities by extending beyond the default email and calendar services to include organization-specific data. This customized experience is set to be available in the first half of 2025, costing $12 per user monthly.</w:t>
      </w:r>
      <w:r/>
    </w:p>
    <w:p>
      <w:r/>
      <w:r>
        <w:t>Furthermore, Zoom is expanding its AI capabilities to specific sectors through its Zoom Workplace platform. These include tailored services for industries like Healthcare, Education, and Frontline workers. Each sector will benefit from distinctive AI functions designed to streamline workflow and communication effectively. For example, the education sector will utilise AI to generate lecture summaries and provide tailored feedback to enhance learning engagement.</w:t>
      </w:r>
      <w:r/>
    </w:p>
    <w:p>
      <w:r/>
      <w:r>
        <w:t>Another intriguing addition is the introduction of 'Zoom Tasks', which empowers the AI to identify, suggest, and even execute tasks based on meeting discussions or ongoing projects. It centralises task management, offering users a straightforward method to edit, monitor, and complete tasks directly within the Zoom Workplace app.</w:t>
      </w:r>
      <w:r/>
    </w:p>
    <w:p>
      <w:r/>
      <w:r>
        <w:t>Zoom also unveiled features aimed at facilitating more efficient meeting management. The AI Companion can help generate meeting agendas, include section timers, and streamline post-meeting action items, thereby ensuring meetings are more productive and organised.</w:t>
      </w:r>
      <w:r/>
    </w:p>
    <w:p>
      <w:r/>
      <w:r>
        <w:t>While the enhancements focus heavily on AI integration, Zoom's CEO Eric Yuan also addressed the importance of privacy and security, highlighting the company's commitment to safeguarding user data in light of the increasing cybersecurity threats.</w:t>
      </w:r>
      <w:r/>
    </w:p>
    <w:p>
      <w:r/>
      <w:r>
        <w:t>The push for a more AI-integrated workplace reflects a broader trend across the tech industry to leverage artificial intelligence for increased productivity and efficiency. Zoom's latest features are aimed at bolstering its position in the market of remote work solutions, ensuring that its platform remains indispensable for global companies and teams.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https://www.itpro.com/technology/artificial-intelligence/zoom-launches-new-ai-companion-features-for-workplace-platform</w:t>
        </w:r>
      </w:hyperlink>
      <w:r>
        <w:t xml:space="preserve"> - Corroborates the announcement of Zoom AI Companion 2.0 and its integration within the Zoom Workplace application, including its contextual understanding and ability to access various data sources.</w:t>
      </w:r>
      <w:r/>
    </w:p>
    <w:p>
      <w:pPr>
        <w:pStyle w:val="ListNumber"/>
        <w:spacing w:line="240" w:lineRule="auto"/>
        <w:ind w:left="720"/>
      </w:pPr>
      <w:r/>
      <w:hyperlink r:id="rId11">
        <w:r>
          <w:rPr>
            <w:color w:val="0000EE"/>
            <w:u w:val="single"/>
          </w:rPr>
          <w:t>https://www.phonearena.com/news/zoom-update-ai-companion-2.0_id163583</w:t>
        </w:r>
      </w:hyperlink>
      <w:r>
        <w:t xml:space="preserve"> - Supports the features of AI Companion 2.0, such as its persistent side panel, contextual understanding, and integration with Microsoft and Google services.</w:t>
      </w:r>
      <w:r/>
    </w:p>
    <w:p>
      <w:pPr>
        <w:pStyle w:val="ListNumber"/>
        <w:spacing w:line="240" w:lineRule="auto"/>
        <w:ind w:left="720"/>
      </w:pPr>
      <w:r/>
      <w:hyperlink r:id="rId12">
        <w:r>
          <w:rPr>
            <w:color w:val="0000EE"/>
            <w:u w:val="single"/>
          </w:rPr>
          <w:t>https://www.digitaltrends.com/computing/zoom-personalizable-ai-companion-2-workplace/</w:t>
        </w:r>
      </w:hyperlink>
      <w:r>
        <w:t xml:space="preserve"> - Details the AI Companion 2.0's capabilities, including its ability to generate answers, provide real-time web access, and summarize content from various sources.</w:t>
      </w:r>
      <w:r/>
    </w:p>
    <w:p>
      <w:pPr>
        <w:pStyle w:val="ListNumber"/>
        <w:spacing w:line="240" w:lineRule="auto"/>
        <w:ind w:left="720"/>
      </w:pPr>
      <w:r/>
      <w:hyperlink r:id="rId13">
        <w:r>
          <w:rPr>
            <w:color w:val="0000EE"/>
            <w:u w:val="single"/>
          </w:rPr>
          <w:t>https://www.uctoday.com/collaboration/zoomtopia-zoom-announces-next-generation-ai-companion-2-0/</w:t>
        </w:r>
      </w:hyperlink>
      <w:r>
        <w:t xml:space="preserve"> - Explains the AI Companion 2.0's features, such as its side panel, context awareness, and ability to detect, track, and complete actions across Zoom Workplace.</w:t>
      </w:r>
      <w:r/>
    </w:p>
    <w:p>
      <w:pPr>
        <w:pStyle w:val="ListNumber"/>
        <w:spacing w:line="240" w:lineRule="auto"/>
        <w:ind w:left="720"/>
      </w:pPr>
      <w:r/>
      <w:hyperlink r:id="rId14">
        <w:r>
          <w:rPr>
            <w:color w:val="0000EE"/>
            <w:u w:val="single"/>
          </w:rPr>
          <w:t>https://www.maginative.com/article/zooms-ai-companion-2-0-introduces-personalized-avatars-and-advanced-workplace-ai/</w:t>
        </w:r>
      </w:hyperlink>
      <w:r>
        <w:t xml:space="preserve"> - Describes the AI Companion 2.0's integration, real-time web access, and the ability to create personalized digital avatars for content creation.</w:t>
      </w:r>
      <w:r/>
    </w:p>
    <w:p>
      <w:pPr>
        <w:pStyle w:val="ListNumber"/>
        <w:spacing w:line="240" w:lineRule="auto"/>
        <w:ind w:left="720"/>
      </w:pPr>
      <w:r/>
      <w:hyperlink r:id="rId10">
        <w:r>
          <w:rPr>
            <w:color w:val="0000EE"/>
            <w:u w:val="single"/>
          </w:rPr>
          <w:t>https://www.itpro.com/technology/artificial-intelligence/zoom-launches-new-ai-companion-features-for-workplace-platform</w:t>
        </w:r>
      </w:hyperlink>
      <w:r>
        <w:t xml:space="preserve"> - Mentions the custom add-on feature for AI Companion, allowing businesses to customize the AI with proprietary databases and glossaries.</w:t>
      </w:r>
      <w:r/>
    </w:p>
    <w:p>
      <w:pPr>
        <w:pStyle w:val="ListNumber"/>
        <w:spacing w:line="240" w:lineRule="auto"/>
        <w:ind w:left="720"/>
      </w:pPr>
      <w:r/>
      <w:hyperlink r:id="rId11">
        <w:r>
          <w:rPr>
            <w:color w:val="0000EE"/>
            <w:u w:val="single"/>
          </w:rPr>
          <w:t>https://www.phonearena.com/news/zoom-update-ai-companion-2.0_id163583</w:t>
        </w:r>
      </w:hyperlink>
      <w:r>
        <w:t xml:space="preserve"> - Details the custom add-on for AI Companion, which extends data access beyond Microsoft and Google services to include other company data sources.</w:t>
      </w:r>
      <w:r/>
    </w:p>
    <w:p>
      <w:pPr>
        <w:pStyle w:val="ListNumber"/>
        <w:spacing w:line="240" w:lineRule="auto"/>
        <w:ind w:left="720"/>
      </w:pPr>
      <w:r/>
      <w:hyperlink r:id="rId12">
        <w:r>
          <w:rPr>
            <w:color w:val="0000EE"/>
            <w:u w:val="single"/>
          </w:rPr>
          <w:t>https://www.digitaltrends.com/computing/zoom-personalizable-ai-companion-2-workplace/</w:t>
        </w:r>
      </w:hyperlink>
      <w:r>
        <w:t xml:space="preserve"> - Explains the customization options for AI Companion, including access to third-party apps and the creation of custom dictionaries and knowledge collections.</w:t>
      </w:r>
      <w:r/>
    </w:p>
    <w:p>
      <w:pPr>
        <w:pStyle w:val="ListNumber"/>
        <w:spacing w:line="240" w:lineRule="auto"/>
        <w:ind w:left="720"/>
      </w:pPr>
      <w:r/>
      <w:hyperlink r:id="rId13">
        <w:r>
          <w:rPr>
            <w:color w:val="0000EE"/>
            <w:u w:val="single"/>
          </w:rPr>
          <w:t>https://www.uctoday.com/collaboration/zoomtopia-zoom-announces-next-generation-ai-companion-2-0/</w:t>
        </w:r>
      </w:hyperlink>
      <w:r>
        <w:t xml:space="preserve"> - Supports the introduction of Zoom Tasks, which uses AI to detect, recommend, and complete tasks based on conversations and projects.</w:t>
      </w:r>
      <w:r/>
    </w:p>
    <w:p>
      <w:pPr>
        <w:pStyle w:val="ListNumber"/>
        <w:spacing w:line="240" w:lineRule="auto"/>
        <w:ind w:left="720"/>
      </w:pPr>
      <w:r/>
      <w:hyperlink r:id="rId14">
        <w:r>
          <w:rPr>
            <w:color w:val="0000EE"/>
            <w:u w:val="single"/>
          </w:rPr>
          <w:t>https://www.maginative.com/article/zooms-ai-companion-2-0-introduces-personalized-avatars-and-advanced-workplace-ai/</w:t>
        </w:r>
      </w:hyperlink>
      <w:r>
        <w:t xml:space="preserve"> - Describes the AI Companion's role in meeting management, including generating meeting agendas and post-meeting action items.</w:t>
      </w:r>
      <w:r/>
    </w:p>
    <w:p>
      <w:pPr>
        <w:pStyle w:val="ListNumber"/>
        <w:spacing w:line="240" w:lineRule="auto"/>
        <w:ind w:left="720"/>
      </w:pPr>
      <w:r/>
      <w:hyperlink r:id="rId10">
        <w:r>
          <w:rPr>
            <w:color w:val="0000EE"/>
            <w:u w:val="single"/>
          </w:rPr>
          <w:t>https://www.itpro.com/technology/artificial-intelligence/zoom-launches-new-ai-companion-features-for-workplace-platform</w:t>
        </w:r>
      </w:hyperlink>
      <w:r>
        <w:t xml:space="preserve"> - Mentions Zoom's commitment to privacy and security, as highlighted by CEO Eric Yuan, in the context of the new AI features.</w:t>
      </w:r>
      <w:r/>
    </w:p>
    <w:p>
      <w:pPr>
        <w:pStyle w:val="ListNumber"/>
        <w:spacing w:line="240" w:lineRule="auto"/>
        <w:ind w:left="720"/>
      </w:pPr>
      <w:r/>
      <w:hyperlink r:id="rId11">
        <w:r>
          <w:rPr>
            <w:color w:val="0000EE"/>
            <w:u w:val="single"/>
          </w:rPr>
          <w:t>https://www.phonearena.com/news/zoom-update-ai-companion-2.0_id163583</w:t>
        </w:r>
      </w:hyperlink>
      <w:r>
        <w:t xml:space="preserve"> - Please view link - unable to able to access data</w:t>
      </w:r>
      <w:r/>
    </w:p>
    <w:p>
      <w:pPr>
        <w:pStyle w:val="ListNumber"/>
        <w:spacing w:line="240" w:lineRule="auto"/>
        <w:ind w:left="720"/>
      </w:pPr>
      <w:r/>
      <w:hyperlink r:id="rId15">
        <w:r>
          <w:rPr>
            <w:color w:val="0000EE"/>
            <w:u w:val="single"/>
          </w:rPr>
          <w:t>https://www.ravepubs.com/zoomtopia-2024-tired-of-hearing-about-ai-companion/</w:t>
        </w:r>
      </w:hyperlink>
      <w:r>
        <w:t xml:space="preserve"> - Please view link - unable to able to access data</w:t>
      </w:r>
      <w:r/>
    </w:p>
    <w:p>
      <w:pPr>
        <w:pStyle w:val="ListNumber"/>
        <w:spacing w:line="240" w:lineRule="auto"/>
        <w:ind w:left="720"/>
      </w:pPr>
      <w:r/>
      <w:hyperlink r:id="rId16">
        <w:r>
          <w:rPr>
            <w:color w:val="0000EE"/>
            <w:u w:val="single"/>
          </w:rPr>
          <w:t>https://www.engadget.com/big-tech/zooms-latest-feature-update-focuses-heavily-on-its-ai-assistant-170013512.html?src=rss</w:t>
        </w:r>
      </w:hyperlink>
      <w:r>
        <w:t xml:space="preserve"> - Please view link - unable to able to access data</w:t>
      </w:r>
      <w:r/>
    </w:p>
    <w:p>
      <w:pPr>
        <w:pStyle w:val="ListNumber"/>
        <w:spacing w:line="240" w:lineRule="auto"/>
        <w:ind w:left="720"/>
      </w:pPr>
      <w:r/>
      <w:hyperlink r:id="rId12">
        <w:r>
          <w:rPr>
            <w:color w:val="0000EE"/>
            <w:u w:val="single"/>
          </w:rPr>
          <w:t>https://www.digitaltrends.com/computing/zoom-personalizable-ai-companion-2-workplace/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tpro.com/technology/artificial-intelligence/zoom-launches-new-ai-companion-features-for-workplace-platform" TargetMode="External"/><Relationship Id="rId11" Type="http://schemas.openxmlformats.org/officeDocument/2006/relationships/hyperlink" Target="https://www.phonearena.com/news/zoom-update-ai-companion-2.0_id163583" TargetMode="External"/><Relationship Id="rId12" Type="http://schemas.openxmlformats.org/officeDocument/2006/relationships/hyperlink" Target="https://www.digitaltrends.com/computing/zoom-personalizable-ai-companion-2-workplace/" TargetMode="External"/><Relationship Id="rId13" Type="http://schemas.openxmlformats.org/officeDocument/2006/relationships/hyperlink" Target="https://www.uctoday.com/collaboration/zoomtopia-zoom-announces-next-generation-ai-companion-2-0/" TargetMode="External"/><Relationship Id="rId14" Type="http://schemas.openxmlformats.org/officeDocument/2006/relationships/hyperlink" Target="https://www.maginative.com/article/zooms-ai-companion-2-0-introduces-personalized-avatars-and-advanced-workplace-ai/" TargetMode="External"/><Relationship Id="rId15" Type="http://schemas.openxmlformats.org/officeDocument/2006/relationships/hyperlink" Target="https://www.ravepubs.com/zoomtopia-2024-tired-of-hearing-about-ai-companion/" TargetMode="External"/><Relationship Id="rId16" Type="http://schemas.openxmlformats.org/officeDocument/2006/relationships/hyperlink" Target="https://www.engadget.com/big-tech/zooms-latest-feature-update-focuses-heavily-on-its-ai-assistant-170013512.html?src=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