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and Samsung unveil innovative features for enhanced user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technological developments, both Apple and Samsung are pioneering significant changes in the way users interact with smartphones, with each company focusing on distinct yet pivotal enhancements aimed at improving user experience and security.</w:t>
      </w:r>
      <w:r/>
    </w:p>
    <w:p>
      <w:r/>
      <w:r>
        <w:t>Apple, one of the leading companies in the smartphone industry, has filed a new patent that suggests the potential introduction of a "guest mode" for iPhones. This innovation would provide users with the ability to allow others to use their device without compromising on privacy or security. Currently, iPhones do not feature a guest mode, requiring users to either risk full access or manually hide sensitive applications, a process both time-consuming and cumbersome.</w:t>
      </w:r>
      <w:r/>
    </w:p>
    <w:p>
      <w:r/>
      <w:r>
        <w:t>According to the patent, the proposed guest mode would enable iPhone owners to establish limited access to apps and files, tailored according to the owner's preferences. This controlled access could significantly mitigate concerns about privacy when handing over the device to friends, family, or acquaintances. The patent also highlights the potential for guest access control via remote settings, using another iOS device such as an iPhone or iPad. This added layer would foster a more secure sharing environment, considering the user has authenticated access securely.</w:t>
      </w:r>
      <w:r/>
    </w:p>
    <w:p>
      <w:r/>
      <w:r>
        <w:t>iOS 18's recent introduction of features like hidden and locked apps reflects Apple's shift towards bolstering privacy and user control, although the guest mode hasn't been officially released yet. The guest mode concept aligns with practices seen in macOS, where guest accounts have long been a standard feature, allowing Mac users to create separate access for temporary users.</w:t>
      </w:r>
      <w:r/>
    </w:p>
    <w:p>
      <w:r/>
      <w:r>
        <w:t>On a parallel front, rival tech giant Samsung is considering a radical transformation for its future Galaxy smartphones, notably the anticipated Samsung Galaxy S24 FE. The company envisions a future where its flagship devices come without a traditional Settings menu, driven instead by artificial intelligence (AI) capabilities. A report from ETNews indicates that Samsung’s AI innovations aim to predict user needs, potentially negating the necessity for manual settings adjustments.</w:t>
      </w:r>
      <w:r/>
    </w:p>
    <w:p>
      <w:r/>
      <w:r>
        <w:t>Samsung's approach reflects a deeper integration of AI across device functionality, focusing primarily on the camera and keyboard. The AI would potentially adjust camera settings automatically, such as switching to night mode, and customise typing predictions based on individual user habits rather than relying on generic algorithms. Samsung's ambition is to personalise and automate the user experience, reducing the need for users to engage with conventional settings.</w:t>
      </w:r>
      <w:r/>
    </w:p>
    <w:p>
      <w:r/>
      <w:r>
        <w:t>While the timeline for these changes remains uncertain, they are expected to debut alongside Samsung's next major software update, set to coincide with the launch of Android 15-based One UI 7 for their Galaxy S series. However, questions remain over how Samsung plans to implement these AI systems, especially regarding data privacy and usage.</w:t>
      </w:r>
      <w:r/>
    </w:p>
    <w:p>
      <w:r/>
      <w:r>
        <w:t>Both companies' potential innovations display a compelling shift towards enhancing user experience through improved security measures and advanced personalisation features, marking a notable step in the evolution of smartphone technology. Each approach underscores the industry's broader trend towards creating a more seamless and intuitive user experience, though the practical implementation and user acceptance of these changes remain to be seen.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https://www.pocket-lint.com/iphone-could-add-guest-mode/</w:t>
        </w:r>
      </w:hyperlink>
      <w:r>
        <w:t xml:space="preserve"> - Corroborates the potential introduction of a 'guest mode' for iPhones, allowing limited access to apps and files, and remote control of guest mode settings.</w:t>
      </w:r>
      <w:r/>
    </w:p>
    <w:p>
      <w:pPr>
        <w:pStyle w:val="ListNumber"/>
        <w:spacing w:line="240" w:lineRule="auto"/>
        <w:ind w:left="720"/>
      </w:pPr>
      <w:r/>
      <w:hyperlink r:id="rId11">
        <w:r>
          <w:rPr>
            <w:color w:val="0000EE"/>
            <w:u w:val="single"/>
          </w:rPr>
          <w:t>https://www.macobserver.com/news/iphone-guest-mode-could-support-multiple-apps-apple-patent-suggets/</w:t>
        </w:r>
      </w:hyperlink>
      <w:r>
        <w:t xml:space="preserve"> - Supports the details of the patent, including the ability to limit access to multiple apps and features, and manage permissions remotely.</w:t>
      </w:r>
      <w:r/>
    </w:p>
    <w:p>
      <w:pPr>
        <w:pStyle w:val="ListNumber"/>
        <w:spacing w:line="240" w:lineRule="auto"/>
        <w:ind w:left="720"/>
      </w:pPr>
      <w:r/>
      <w:hyperlink r:id="rId12">
        <w:r>
          <w:rPr>
            <w:color w:val="0000EE"/>
            <w:u w:val="single"/>
          </w:rPr>
          <w:t>https://bgr.com/tech/vision-pros-best-feature-could-be-coming-to-your-iphone/</w:t>
        </w:r>
      </w:hyperlink>
      <w:r>
        <w:t xml:space="preserve"> - Confirms the guest mode feature would allow iPhone owners to choose which apps and features are accessible and manage these settings remotely.</w:t>
      </w:r>
      <w:r/>
    </w:p>
    <w:p>
      <w:pPr>
        <w:pStyle w:val="ListNumber"/>
        <w:spacing w:line="240" w:lineRule="auto"/>
        <w:ind w:left="720"/>
      </w:pPr>
      <w:r/>
      <w:hyperlink r:id="rId10">
        <w:r>
          <w:rPr>
            <w:color w:val="0000EE"/>
            <w:u w:val="single"/>
          </w:rPr>
          <w:t>https://www.pocket-lint.com/iphone-could-add-guest-mode/</w:t>
        </w:r>
      </w:hyperlink>
      <w:r>
        <w:t xml:space="preserve"> - Explains how the guest mode aligns with practices seen in macOS, where guest accounts are a standard feature.</w:t>
      </w:r>
      <w:r/>
    </w:p>
    <w:p>
      <w:pPr>
        <w:pStyle w:val="ListNumber"/>
        <w:spacing w:line="240" w:lineRule="auto"/>
        <w:ind w:left="720"/>
      </w:pPr>
      <w:r/>
      <w:hyperlink r:id="rId11">
        <w:r>
          <w:rPr>
            <w:color w:val="0000EE"/>
            <w:u w:val="single"/>
          </w:rPr>
          <w:t>https://www.macobserver.com/news/iphone-guest-mode-could-support-multiple-apps-apple-patent-suggets/</w:t>
        </w:r>
      </w:hyperlink>
      <w:r>
        <w:t xml:space="preserve"> - Highlights the difference between the proposed guest mode and the existing Guided Access feature, which only allows access to one app at a time.</w:t>
      </w:r>
      <w:r/>
    </w:p>
    <w:p>
      <w:pPr>
        <w:pStyle w:val="ListNumber"/>
        <w:spacing w:line="240" w:lineRule="auto"/>
        <w:ind w:left="720"/>
      </w:pPr>
      <w:r/>
      <w:hyperlink r:id="rId12">
        <w:r>
          <w:rPr>
            <w:color w:val="0000EE"/>
            <w:u w:val="single"/>
          </w:rPr>
          <w:t>https://bgr.com/tech/vision-pros-best-feature-could-be-coming-to-your-iphone/</w:t>
        </w:r>
      </w:hyperlink>
      <w:r>
        <w:t xml:space="preserve"> - Mentions the potential benefits of the guest mode, such as its usefulness for parents, office presentations, and more.</w:t>
      </w:r>
      <w:r/>
    </w:p>
    <w:p>
      <w:pPr>
        <w:pStyle w:val="ListNumber"/>
        <w:spacing w:line="240" w:lineRule="auto"/>
        <w:ind w:left="720"/>
      </w:pPr>
      <w:r/>
      <w:hyperlink r:id="rId13">
        <w:r>
          <w:rPr>
            <w:color w:val="0000EE"/>
            <w:u w:val="single"/>
          </w:rPr>
          <w:t>https://www.reddit.com/r/apple/comments/1fvbpha/apple_may_bring_a_guest_mode_to_your_iphone/</w:t>
        </w:r>
      </w:hyperlink>
      <w:r>
        <w:t xml:space="preserve"> - Discusses user reactions and comparisons to existing features like Guided Access and the need for multi-user support on iPads.</w:t>
      </w:r>
      <w:r/>
    </w:p>
    <w:p>
      <w:pPr>
        <w:pStyle w:val="ListNumber"/>
        <w:spacing w:line="240" w:lineRule="auto"/>
        <w:ind w:left="720"/>
      </w:pPr>
      <w:r/>
      <w:hyperlink r:id="rId14">
        <w:r>
          <w:rPr>
            <w:color w:val="0000EE"/>
            <w:u w:val="single"/>
          </w:rPr>
          <w:t>https://www.androbranch.in/network/general-discussion/apple-has-patented-a-guest-mode-for-the-iphone?srsltid=AfmBOopdkswZZUinF_T8WuaPVWqMSstlvzIeJ9NUYnuv6OF_Tqdu3Xy2</w:t>
        </w:r>
      </w:hyperlink>
      <w:r>
        <w:t xml:space="preserve"> - Provides additional confirmation of Apple's patent for a guest mode on iPhones, emphasizing user control over app and file access.</w:t>
      </w:r>
      <w:r/>
    </w:p>
    <w:p>
      <w:pPr>
        <w:pStyle w:val="ListNumber"/>
        <w:spacing w:line="240" w:lineRule="auto"/>
        <w:ind w:left="720"/>
      </w:pPr>
      <w:r/>
      <w:hyperlink r:id="rId10">
        <w:r>
          <w:rPr>
            <w:color w:val="0000EE"/>
            <w:u w:val="single"/>
          </w:rPr>
          <w:t>https://www.pocket-lint.com/iphone-could-add-guest-mode/</w:t>
        </w:r>
      </w:hyperlink>
      <w:r>
        <w:t xml:space="preserve"> - Explains how the guest mode would be particularly useful for parents to manage child access to the iPhone without compromising on privacy.</w:t>
      </w:r>
      <w:r/>
    </w:p>
    <w:p>
      <w:pPr>
        <w:pStyle w:val="ListNumber"/>
        <w:spacing w:line="240" w:lineRule="auto"/>
        <w:ind w:left="720"/>
      </w:pPr>
      <w:r/>
      <w:hyperlink r:id="rId11">
        <w:r>
          <w:rPr>
            <w:color w:val="0000EE"/>
            <w:u w:val="single"/>
          </w:rPr>
          <w:t>https://www.macobserver.com/news/iphone-guest-mode-could-support-multiple-apps-apple-patent-suggets/</w:t>
        </w:r>
      </w:hyperlink>
      <w:r>
        <w:t xml:space="preserve"> - Clarifies that the guest mode is still in the patent phase and there is no official release date yet.</w:t>
      </w:r>
      <w:r/>
    </w:p>
    <w:p>
      <w:pPr>
        <w:pStyle w:val="ListNumber"/>
        <w:spacing w:line="240" w:lineRule="auto"/>
        <w:ind w:left="720"/>
      </w:pPr>
      <w:r/>
      <w:hyperlink r:id="rId12">
        <w:r>
          <w:rPr>
            <w:color w:val="0000EE"/>
            <w:u w:val="single"/>
          </w:rPr>
          <w:t>https://bgr.com/tech/vision-pros-best-feature-could-be-coming-to-your-iphone/</w:t>
        </w:r>
      </w:hyperlink>
      <w:r>
        <w:t xml:space="preserve"> - Compares the proposed iPhone guest mode to the guest mode feature already available on the Apple Vision Pro.</w:t>
      </w:r>
      <w:r/>
    </w:p>
    <w:p>
      <w:pPr>
        <w:pStyle w:val="ListNumber"/>
        <w:spacing w:line="240" w:lineRule="auto"/>
        <w:ind w:left="720"/>
      </w:pPr>
      <w:r/>
      <w:hyperlink r:id="rId15">
        <w:r>
          <w:rPr>
            <w:color w:val="0000EE"/>
            <w:u w:val="single"/>
          </w:rPr>
          <w:t>https://www.techadvisor.com/article/2488832/the-iphone-might-finally-get-one-of-its-most-requested-features.html</w:t>
        </w:r>
      </w:hyperlink>
      <w:r>
        <w:t xml:space="preserve"> - Please view link - unable to able to access data</w:t>
      </w:r>
      <w:r/>
    </w:p>
    <w:p>
      <w:pPr>
        <w:pStyle w:val="ListNumber"/>
        <w:spacing w:line="240" w:lineRule="auto"/>
        <w:ind w:left="720"/>
      </w:pPr>
      <w:r/>
      <w:hyperlink r:id="rId16">
        <w:r>
          <w:rPr>
            <w:color w:val="0000EE"/>
            <w:u w:val="single"/>
          </w:rPr>
          <w:t>https://www.techradar.com/computing/artificial-intelligence/samsung-galaxy-smartphones-may-replace-the-settings-menu-with-ai-report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ocket-lint.com/iphone-could-add-guest-mode/" TargetMode="External"/><Relationship Id="rId11" Type="http://schemas.openxmlformats.org/officeDocument/2006/relationships/hyperlink" Target="https://www.macobserver.com/news/iphone-guest-mode-could-support-multiple-apps-apple-patent-suggets/" TargetMode="External"/><Relationship Id="rId12" Type="http://schemas.openxmlformats.org/officeDocument/2006/relationships/hyperlink" Target="https://bgr.com/tech/vision-pros-best-feature-could-be-coming-to-your-iphone/" TargetMode="External"/><Relationship Id="rId13" Type="http://schemas.openxmlformats.org/officeDocument/2006/relationships/hyperlink" Target="https://www.reddit.com/r/apple/comments/1fvbpha/apple_may_bring_a_guest_mode_to_your_iphone/" TargetMode="External"/><Relationship Id="rId14" Type="http://schemas.openxmlformats.org/officeDocument/2006/relationships/hyperlink" Target="https://www.androbranch.in/network/general-discussion/apple-has-patented-a-guest-mode-for-the-iphone?srsltid=AfmBOopdkswZZUinF_T8WuaPVWqMSstlvzIeJ9NUYnuv6OF_Tqdu3Xy2" TargetMode="External"/><Relationship Id="rId15" Type="http://schemas.openxmlformats.org/officeDocument/2006/relationships/hyperlink" Target="https://www.techadvisor.com/article/2488832/the-iphone-might-finally-get-one-of-its-most-requested-features.html" TargetMode="External"/><Relationship Id="rId16" Type="http://schemas.openxmlformats.org/officeDocument/2006/relationships/hyperlink" Target="https://www.techradar.com/computing/artificial-intelligence/samsung-galaxy-smartphones-may-replace-the-settings-menu-with-ai-re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