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researchers question the reasoning abilities of AI models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paper published by a team of researchers from Apple has sparked significant discussion around the true capabilities of contemporary artificial intelligence (AI) systems, particularly regarding their reasoning abilities. The researchers argue that leading large language models (LLMs) – such as ChatGPT – may not be as advanced as some might believe, contending that these systems exhibit sophisticated pattern matching rather than genuine logical reasoning.</w:t>
      </w:r>
      <w:r/>
    </w:p>
    <w:p>
      <w:r/>
      <w:r>
        <w:t>In their study, Apple’s AI researchers introduced a new benchmark test, GSM-Symbolic, designed to challenge the reasoning abilities of current LLMs. The findings were revealing: many leading AI models struggled significantly with basic grade-school level mathematics problems. This challenge became more pronounced as the complexity of the questions increased, suggesting an inherent limitation in the models' capacity for logical reasoning.</w:t>
      </w:r>
      <w:r/>
    </w:p>
    <w:p>
      <w:r/>
      <w:r>
        <w:t>One key observation made in the study was the impact of including irrelevant information within problem statements. The researchers noted that LLMs' performance dropped by up to 65% when innocuous but extraneous details were added to logic-based questions, such as those involving basic arithmetic. This indicates that despite the apparent intelligence of these AI models, they are easily confused by extraneous details and often fail to apply reasoning the way a human might.</w:t>
      </w:r>
      <w:r/>
    </w:p>
    <w:p>
      <w:r/>
      <w:r>
        <w:t>This sentiment echoes the views of Sam Altman, CEO of OpenAI, the organisation behind ChatGPT. Altman has referred to current AI technologies as being "incredibly dumb," highlighting the significant gap that remains between present capabilities and the true logical reasoning required for artificial general intelligence.</w:t>
      </w:r>
      <w:r/>
    </w:p>
    <w:p>
      <w:r/>
      <w:r>
        <w:t>The implications of Apple's study are substantial, suggesting a necessary shift in the focus of AI research. Instead of merely aiming to develop smarter AI, there is an increasing emphasis on building safer and more reliable models. This involves moving beyond mere pattern recognition to foster more robust and adaptable problem-solving skills in AI systems.</w:t>
      </w:r>
      <w:r/>
    </w:p>
    <w:p>
      <w:r/>
      <w:r>
        <w:t>Despite the limitations identified in their reasoning abilities, LLMs like ChatGPT remain powerful tools, albeit with a potential risk. Their proficiency in mimicking human language and patterns, while not indicative of true intelligence, has led to misuse, particularly by those seeking to deceive or manipulate. This weekend, well-known technology YouTuber Marques Brownlee reported that his voice had been replicated using AI in an advertisement for a product with which he had no affiliation. The imitation was startlingly accurate, illustrating the potential for AI to be exploited in creating misleading content.</w:t>
      </w:r>
      <w:r/>
    </w:p>
    <w:p>
      <w:r/>
      <w:r>
        <w:t>Such incidents are becoming increasingly common, with notable figures including Taylor Swift and Scarlett Johansson similarly claiming that their voices have been copied without permission. These occurrences underscore a growing concern in the AI space regarding ethical implications and the necessity for clear guidelines and repercussions for misuse.</w:t>
      </w:r>
      <w:r/>
    </w:p>
    <w:p>
      <w:r/>
      <w:r>
        <w:t>For the average consumer, these controversies might seem distant from everyday concerns, but they highlight crucial aspects of the AI industry. While AI developments offer valuable tools for productivity and convenience, the risks associated with misuse for deception and scams present serious challenges to both developers and users. As AI continues to evolve, understanding and addressing these risks is paramount to ensuring the safe and beneficial deployment of this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https://mashable.com/article/apple-study-reveals-major-ai-flaw-openai-google-meta-llms</w:t>
        </w:r>
      </w:hyperlink>
      <w:r>
        <w:t xml:space="preserve"> - This article discusses the Apple study that found large language models rely on advanced pattern recognition rather than genuine logical reasoning, and how the introduction of irrelevant information affects their performance.</w:t>
      </w:r>
      <w:r/>
    </w:p>
    <w:p>
      <w:pPr>
        <w:pStyle w:val="ListNumber"/>
        <w:spacing w:line="240" w:lineRule="auto"/>
        <w:ind w:left="720"/>
      </w:pPr>
      <w:r/>
      <w:hyperlink r:id="rId11">
        <w:r>
          <w:rPr>
            <w:color w:val="0000EE"/>
            <w:u w:val="single"/>
          </w:rPr>
          <w:t>https://www.macrumors.com/2024/10/14/apple-study-reveals-flaws-in-ai-reasoning/</w:t>
        </w:r>
      </w:hyperlink>
      <w:r>
        <w:t xml:space="preserve"> - This article details Apple's study on the weaknesses in the reasoning abilities of large language models, including how slight changes in question phrasing impact model performance.</w:t>
      </w:r>
      <w:r/>
    </w:p>
    <w:p>
      <w:pPr>
        <w:pStyle w:val="ListNumber"/>
        <w:spacing w:line="240" w:lineRule="auto"/>
        <w:ind w:left="720"/>
      </w:pPr>
      <w:r/>
      <w:hyperlink r:id="rId12">
        <w:r>
          <w:rPr>
            <w:color w:val="0000EE"/>
            <w:u w:val="single"/>
          </w:rPr>
          <w:t>https://www.reddit.com/r/apple/comments/1g25pkw/apples_study_proves_that_llmbased_ai_models_are/</w:t>
        </w:r>
      </w:hyperlink>
      <w:r>
        <w:t xml:space="preserve"> - This discussion on Reddit summarizes the key findings of Apple's study, highlighting that LLMs are more accurately described as pattern matchers rather than reasoning models.</w:t>
      </w:r>
      <w:r/>
    </w:p>
    <w:p>
      <w:pPr>
        <w:pStyle w:val="ListNumber"/>
        <w:spacing w:line="240" w:lineRule="auto"/>
        <w:ind w:left="720"/>
      </w:pPr>
      <w:r/>
      <w:hyperlink r:id="rId13">
        <w:r>
          <w:rPr>
            <w:color w:val="0000EE"/>
            <w:u w:val="single"/>
          </w:rPr>
          <w:t>https://machinelearning.apple.com/research/gsm-symbolic</w:t>
        </w:r>
      </w:hyperlink>
      <w:r>
        <w:t xml:space="preserve"> - This page from Apple's machine learning research describes the GSM-Symbolic benchmark introduced to evaluate the reasoning capabilities of LLMs and the findings that show significant performance drops with minor changes in questions.</w:t>
      </w:r>
      <w:r/>
    </w:p>
    <w:p>
      <w:pPr>
        <w:pStyle w:val="ListNumber"/>
        <w:spacing w:line="240" w:lineRule="auto"/>
        <w:ind w:left="720"/>
      </w:pPr>
      <w:r/>
      <w:hyperlink r:id="rId14">
        <w:r>
          <w:rPr>
            <w:color w:val="0000EE"/>
            <w:u w:val="single"/>
          </w:rPr>
          <w:t>https://apple.slashdot.org/story/24/10/13/2145256/study-done-by-apple-ai-scientists-proves-llms-have-no-ability-to-reason</w:t>
        </w:r>
      </w:hyperlink>
      <w:r>
        <w:t xml:space="preserve"> - This article on Slashdot reports on Apple's study, emphasizing the lack of formal reasoning in LLMs and the impact of adding irrelevant information on their performance.</w:t>
      </w:r>
      <w:r/>
    </w:p>
    <w:p>
      <w:pPr>
        <w:pStyle w:val="ListNumber"/>
        <w:spacing w:line="240" w:lineRule="auto"/>
        <w:ind w:left="720"/>
      </w:pPr>
      <w:r/>
      <w:hyperlink r:id="rId10">
        <w:r>
          <w:rPr>
            <w:color w:val="0000EE"/>
            <w:u w:val="single"/>
          </w:rPr>
          <w:t>https://mashable.com/article/apple-study-reveals-major-ai-flaw-openai-google-meta-llms</w:t>
        </w:r>
      </w:hyperlink>
      <w:r>
        <w:t xml:space="preserve"> - This article mentions the specific example of a kiwi problem where adding irrelevant details about the size of kiwis led to significant errors in LLMs' calculations.</w:t>
      </w:r>
      <w:r/>
    </w:p>
    <w:p>
      <w:pPr>
        <w:pStyle w:val="ListNumber"/>
        <w:spacing w:line="240" w:lineRule="auto"/>
        <w:ind w:left="720"/>
      </w:pPr>
      <w:r/>
      <w:hyperlink r:id="rId11">
        <w:r>
          <w:rPr>
            <w:color w:val="0000EE"/>
            <w:u w:val="single"/>
          </w:rPr>
          <w:t>https://www.macrumors.com/2024/10/14/apple-study-reveals-flaws-in-ai-reasoning/</w:t>
        </w:r>
      </w:hyperlink>
      <w:r>
        <w:t xml:space="preserve"> - This article discusses the need for a shift in AI research focus towards building safer and more reliable models that go beyond pattern recognition.</w:t>
      </w:r>
      <w:r/>
    </w:p>
    <w:p>
      <w:pPr>
        <w:pStyle w:val="ListNumber"/>
        <w:spacing w:line="240" w:lineRule="auto"/>
        <w:ind w:left="720"/>
      </w:pPr>
      <w:r/>
      <w:hyperlink r:id="rId13">
        <w:r>
          <w:rPr>
            <w:color w:val="0000EE"/>
            <w:u w:val="single"/>
          </w:rPr>
          <w:t>https://machinelearning.apple.com/research/gsm-symbolic</w:t>
        </w:r>
      </w:hyperlink>
      <w:r>
        <w:t xml:space="preserve"> - This page explains the methodology and findings of the GSM-Symbolic benchmark, which highlights the fragility of LLMs' mathematical reasoning when faced with varying question formats.</w:t>
      </w:r>
      <w:r/>
    </w:p>
    <w:p>
      <w:pPr>
        <w:pStyle w:val="ListNumber"/>
        <w:spacing w:line="240" w:lineRule="auto"/>
        <w:ind w:left="720"/>
      </w:pPr>
      <w:r/>
      <w:hyperlink r:id="rId12">
        <w:r>
          <w:rPr>
            <w:color w:val="0000EE"/>
            <w:u w:val="single"/>
          </w:rPr>
          <w:t>https://www.reddit.com/r/apple/comments/1g25pkw/apples_study_proves_that_llmbased_ai_models_are/</w:t>
        </w:r>
      </w:hyperlink>
      <w:r>
        <w:t xml:space="preserve"> - This discussion touches on the ethical implications and the potential for misuse of LLMs, such as voice replication without permission.</w:t>
      </w:r>
      <w:r/>
    </w:p>
    <w:p>
      <w:pPr>
        <w:pStyle w:val="ListNumber"/>
        <w:spacing w:line="240" w:lineRule="auto"/>
        <w:ind w:left="720"/>
      </w:pPr>
      <w:r/>
      <w:hyperlink r:id="rId14">
        <w:r>
          <w:rPr>
            <w:color w:val="0000EE"/>
            <w:u w:val="single"/>
          </w:rPr>
          <w:t>https://apple.slashdot.org/story/24/10/13/2145256/study-done-by-apple-ai-scientists-proves-llms-have-no-ability-to-reason</w:t>
        </w:r>
      </w:hyperlink>
      <w:r>
        <w:t xml:space="preserve"> - This article underscores the importance of addressing the risks associated with AI misuse and the need for clear guidelines and repercussions.</w:t>
      </w:r>
      <w:r/>
    </w:p>
    <w:p>
      <w:pPr>
        <w:pStyle w:val="ListNumber"/>
        <w:spacing w:line="240" w:lineRule="auto"/>
        <w:ind w:left="720"/>
      </w:pPr>
      <w:r/>
      <w:hyperlink r:id="rId10">
        <w:r>
          <w:rPr>
            <w:color w:val="0000EE"/>
            <w:u w:val="single"/>
          </w:rPr>
          <w:t>https://mashable.com/article/apple-study-reveals-major-ai-flaw-openai-google-meta-llms</w:t>
        </w:r>
      </w:hyperlink>
      <w:r>
        <w:t xml:space="preserve"> - This article mentions the broader implications for AI development, including the need to combine neural networks with traditional symbol-based reasoning for more accurate decision-making.</w:t>
      </w:r>
      <w:r/>
    </w:p>
    <w:p>
      <w:pPr>
        <w:pStyle w:val="ListNumber"/>
        <w:spacing w:line="240" w:lineRule="auto"/>
        <w:ind w:left="720"/>
      </w:pPr>
      <w:r/>
      <w:hyperlink r:id="rId15">
        <w:r>
          <w:rPr>
            <w:color w:val="0000EE"/>
            <w:u w:val="single"/>
          </w:rPr>
          <w:t>https://www.laptopmag.com/ai/apple-agrees-with-sam-altman-ai-is-incredibly-dumb</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ashable.com/article/apple-study-reveals-major-ai-flaw-openai-google-meta-llms" TargetMode="External"/><Relationship Id="rId11" Type="http://schemas.openxmlformats.org/officeDocument/2006/relationships/hyperlink" Target="https://www.macrumors.com/2024/10/14/apple-study-reveals-flaws-in-ai-reasoning/" TargetMode="External"/><Relationship Id="rId12" Type="http://schemas.openxmlformats.org/officeDocument/2006/relationships/hyperlink" Target="https://www.reddit.com/r/apple/comments/1g25pkw/apples_study_proves_that_llmbased_ai_models_are/" TargetMode="External"/><Relationship Id="rId13" Type="http://schemas.openxmlformats.org/officeDocument/2006/relationships/hyperlink" Target="https://machinelearning.apple.com/research/gsm-symbolic" TargetMode="External"/><Relationship Id="rId14" Type="http://schemas.openxmlformats.org/officeDocument/2006/relationships/hyperlink" Target="https://apple.slashdot.org/story/24/10/13/2145256/study-done-by-apple-ai-scientists-proves-llms-have-no-ability-to-reason" TargetMode="External"/><Relationship Id="rId15" Type="http://schemas.openxmlformats.org/officeDocument/2006/relationships/hyperlink" Target="https://www.laptopmag.com/ai/apple-agrees-with-sam-altman-ai-is-incredibly-dum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