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reshaping the drinks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progressively transforming the drinks industry, embedding itself at various stages throughout the chain of production and delivery. This technological evolution is redefining how the industry operates, from procurement to the development of new beverages designed to satisfy the ever-changing consumer demands.</w:t>
      </w:r>
      <w:r/>
    </w:p>
    <w:p>
      <w:r/>
      <w:r>
        <w:t>Several companies are leading the charge in implementing AI solutions within the drinks sector. Firms such as AVEVA, Black Swan Data, Blue Yonder, and C3.ai, among others, have been identified as trailblazers, offering cutting-edge products and services aimed at optimising efficiency throughout the industry. These companies provide an array of AI applications tailored for the drinks market, facilitating everything from supply chain management to product innovation, all of which are highlighted in detailed industry guides.</w:t>
      </w:r>
      <w:r/>
    </w:p>
    <w:p>
      <w:r/>
      <w:r>
        <w:t>AI's role in the drinks industry is multi-faceted. Through data collected via sensors, warehouses, and marketing touchpoints, AI can aid businesses in managing this influx of information, thereby reducing waste, cutting costs, and decreasing the likelihood of human error. The technology enables companies to extract valuable insights by analysing historical data through sophisticated algorithms. This analysis is integral to predicting sales patterns, understanding consumer behaviour, managing supply chains, and even designing product packaging. Such insights can lead to the creation of highly personalised products and services, thereby fostering stronger consumer connections and loyalty.</w:t>
      </w:r>
      <w:r/>
    </w:p>
    <w:p>
      <w:r/>
      <w:r>
        <w:t>As the industry continues to embrace technological advancements, coupled with shifting regulations and consumer behaviours, AI has become a facilitator of smooth transitions and operational efficiency. The ability of AI to sift through consumer feedback is a game-changer, offering real-time insights into consumer preferences and demands. This capability eliminates potential biases and errors found in human-led research, swiftly generating superior-quality data.</w:t>
      </w:r>
      <w:r/>
    </w:p>
    <w:p>
      <w:r/>
      <w:r>
        <w:t>Looking ahead, the vast quantities of consumer data present an untapped opportunity for drinks companies willing to leverage AI effectively. By deploying digital tasting systems, companies can engage in virtual market research, crafting refined products aligned with consumer interests. Moreover, the utilisation of AI helps ensure data privacy and safety, limiting human interaction with sensitive information and thereby solidifying consumer trust.</w:t>
      </w:r>
      <w:r/>
    </w:p>
    <w:p>
      <w:r/>
      <w:r>
        <w:t>The future of the drinks industry is set to be increasingly data-driven, with AI at its forefront, providing unprecedented opportunities for innovation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https://www.supplysidefbj.com/food-beverage-operations/4-ways-beverage-producers-can-transform-the-industry-through-ai</w:t>
        </w:r>
      </w:hyperlink>
      <w:r>
        <w:t xml:space="preserve"> - This article explains how AI is transforming the beverage industry by enhancing data management, improving compliance and risk management, providing customer insights, and optimizing logistics and supply chain management.</w:t>
      </w:r>
      <w:r/>
    </w:p>
    <w:p>
      <w:pPr>
        <w:pStyle w:val="ListNumber"/>
        <w:spacing w:line="240" w:lineRule="auto"/>
        <w:ind w:left="720"/>
      </w:pPr>
      <w:r/>
      <w:hyperlink r:id="rId11">
        <w:r>
          <w:rPr>
            <w:color w:val="0000EE"/>
            <w:u w:val="single"/>
          </w:rPr>
          <w:t>https://www.bevindustry.com/articles/96609-artificial-intelligence-set-to-transform-beverage-industry</w:t>
        </w:r>
      </w:hyperlink>
      <w:r>
        <w:t xml:space="preserve"> - This article highlights AI's role in the beverage industry, including its use in consumer insights, supply chain optimization, product development, and quality control, as well as its impact on marketing and regulatory compliance.</w:t>
      </w:r>
      <w:r/>
    </w:p>
    <w:p>
      <w:pPr>
        <w:pStyle w:val="ListNumber"/>
        <w:spacing w:line="240" w:lineRule="auto"/>
        <w:ind w:left="720"/>
      </w:pPr>
      <w:r/>
      <w:hyperlink r:id="rId12">
        <w:r>
          <w:rPr>
            <w:color w:val="0000EE"/>
            <w:u w:val="single"/>
          </w:rPr>
          <w:t>https://simpsonsbeverages.com/insights/blog/how-artificial-intelligence-is-revolutionising-the-beverage-industry/</w:t>
        </w:r>
      </w:hyperlink>
      <w:r>
        <w:t xml:space="preserve"> - This article discusses how AI is revolutionizing the beverage industry by analyzing consumer trends, personalizing customer experiences, automating regulatory processes, and optimizing logistics and marketing strategies.</w:t>
      </w:r>
      <w:r/>
    </w:p>
    <w:p>
      <w:pPr>
        <w:pStyle w:val="ListNumber"/>
        <w:spacing w:line="240" w:lineRule="auto"/>
        <w:ind w:left="720"/>
      </w:pPr>
      <w:r/>
      <w:hyperlink r:id="rId13">
        <w:r>
          <w:rPr>
            <w:color w:val="0000EE"/>
            <w:u w:val="single"/>
          </w:rPr>
          <w:t>https://pluto7.com/2023/05/15/ai-in-beverage-industry/</w:t>
        </w:r>
      </w:hyperlink>
      <w:r>
        <w:t xml:space="preserve"> - This article details how AI is used in the beverage industry for supply chain optimization, demand forecasting, quality control, predictive maintenance, and fraud detection, and how companies like Coca Cola and Pepsico are leveraging AI.</w:t>
      </w:r>
      <w:r/>
    </w:p>
    <w:p>
      <w:pPr>
        <w:pStyle w:val="ListNumber"/>
        <w:spacing w:line="240" w:lineRule="auto"/>
        <w:ind w:left="720"/>
      </w:pPr>
      <w:r/>
      <w:hyperlink r:id="rId11">
        <w:r>
          <w:rPr>
            <w:color w:val="0000EE"/>
            <w:u w:val="single"/>
          </w:rPr>
          <w:t>https://www.bevindustry.com/articles/96609-artificial-intelligence-set-to-transform-beverage-industry</w:t>
        </w:r>
      </w:hyperlink>
      <w:r>
        <w:t xml:space="preserve"> - This article explains how AI helps in managing consumer feedback, generating real-time insights into consumer preferences, and reducing biases and errors in human-led research.</w:t>
      </w:r>
      <w:r/>
    </w:p>
    <w:p>
      <w:pPr>
        <w:pStyle w:val="ListNumber"/>
        <w:spacing w:line="240" w:lineRule="auto"/>
        <w:ind w:left="720"/>
      </w:pPr>
      <w:r/>
      <w:hyperlink r:id="rId12">
        <w:r>
          <w:rPr>
            <w:color w:val="0000EE"/>
            <w:u w:val="single"/>
          </w:rPr>
          <w:t>https://simpsonsbeverages.com/insights/blog/how-artificial-intelligence-is-revolutionising-the-beverage-industry/</w:t>
        </w:r>
      </w:hyperlink>
      <w:r>
        <w:t xml:space="preserve"> - This article discusses the use of AI in virtual market research and digital tasting systems to craft products aligned with consumer interests and ensure data privacy and safety.</w:t>
      </w:r>
      <w:r/>
    </w:p>
    <w:p>
      <w:pPr>
        <w:pStyle w:val="ListNumber"/>
        <w:spacing w:line="240" w:lineRule="auto"/>
        <w:ind w:left="720"/>
      </w:pPr>
      <w:r/>
      <w:hyperlink r:id="rId10">
        <w:r>
          <w:rPr>
            <w:color w:val="0000EE"/>
            <w:u w:val="single"/>
          </w:rPr>
          <w:t>https://www.supplysidefbj.com/food-beverage-operations/4-ways-beverage-producers-can-transform-the-industry-through-ai</w:t>
        </w:r>
      </w:hyperlink>
      <w:r>
        <w:t xml:space="preserve"> - This article highlights how AI aids in predicting sales patterns, understanding consumer behavior, and managing supply chains, leading to the creation of personalized products and services.</w:t>
      </w:r>
      <w:r/>
    </w:p>
    <w:p>
      <w:pPr>
        <w:pStyle w:val="ListNumber"/>
        <w:spacing w:line="240" w:lineRule="auto"/>
        <w:ind w:left="720"/>
      </w:pPr>
      <w:r/>
      <w:hyperlink r:id="rId13">
        <w:r>
          <w:rPr>
            <w:color w:val="0000EE"/>
            <w:u w:val="single"/>
          </w:rPr>
          <w:t>https://pluto7.com/2023/05/15/ai-in-beverage-industry/</w:t>
        </w:r>
      </w:hyperlink>
      <w:r>
        <w:t xml:space="preserve"> - This article explains how AI helps in optimizing energy consumption, reducing waste, and improving resource efficiency in the beverage industry.</w:t>
      </w:r>
      <w:r/>
    </w:p>
    <w:p>
      <w:pPr>
        <w:pStyle w:val="ListNumber"/>
        <w:spacing w:line="240" w:lineRule="auto"/>
        <w:ind w:left="720"/>
      </w:pPr>
      <w:r/>
      <w:hyperlink r:id="rId11">
        <w:r>
          <w:rPr>
            <w:color w:val="0000EE"/>
            <w:u w:val="single"/>
          </w:rPr>
          <w:t>https://www.bevindustry.com/articles/96609-artificial-intelligence-set-to-transform-beverage-industry</w:t>
        </w:r>
      </w:hyperlink>
      <w:r>
        <w:t xml:space="preserve"> - This article mentions companies like Aionic and Black Swan Data, which are using AI to drive innovation, optimize processes, and enhance customer experiences in the beverage industry.</w:t>
      </w:r>
      <w:r/>
    </w:p>
    <w:p>
      <w:pPr>
        <w:pStyle w:val="ListNumber"/>
        <w:spacing w:line="240" w:lineRule="auto"/>
        <w:ind w:left="720"/>
      </w:pPr>
      <w:r/>
      <w:hyperlink r:id="rId12">
        <w:r>
          <w:rPr>
            <w:color w:val="0000EE"/>
            <w:u w:val="single"/>
          </w:rPr>
          <w:t>https://simpsonsbeverages.com/insights/blog/how-artificial-intelligence-is-revolutionising-the-beverage-industry/</w:t>
        </w:r>
      </w:hyperlink>
      <w:r>
        <w:t xml:space="preserve"> - This article discusses how AI is used in new product development, including generating recipe ideas, optimizing flavor combinations, and predicting ideal conditions for brewing or distillation.</w:t>
      </w:r>
      <w:r/>
    </w:p>
    <w:p>
      <w:pPr>
        <w:pStyle w:val="ListNumber"/>
        <w:spacing w:line="240" w:lineRule="auto"/>
        <w:ind w:left="720"/>
      </w:pPr>
      <w:r/>
      <w:hyperlink r:id="rId13">
        <w:r>
          <w:rPr>
            <w:color w:val="0000EE"/>
            <w:u w:val="single"/>
          </w:rPr>
          <w:t>https://pluto7.com/2023/05/15/ai-in-beverage-industry/</w:t>
        </w:r>
      </w:hyperlink>
      <w:r>
        <w:t xml:space="preserve"> - This article outlines the future of the drinks industry as increasingly data-driven, with AI at its forefront, providing opportunities for innovation and efficiency.</w:t>
      </w:r>
      <w:r/>
    </w:p>
    <w:p>
      <w:pPr>
        <w:pStyle w:val="ListNumber"/>
        <w:spacing w:line="240" w:lineRule="auto"/>
        <w:ind w:left="720"/>
      </w:pPr>
      <w:r/>
      <w:hyperlink r:id="rId14">
        <w:r>
          <w:rPr>
            <w:color w:val="0000EE"/>
            <w:u w:val="single"/>
          </w:rPr>
          <w:t>https://www.just-drinks.com/buyers-guide/artificial-intelligence-companies-drinks/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pplysidefbj.com/food-beverage-operations/4-ways-beverage-producers-can-transform-the-industry-through-ai" TargetMode="External"/><Relationship Id="rId11" Type="http://schemas.openxmlformats.org/officeDocument/2006/relationships/hyperlink" Target="https://www.bevindustry.com/articles/96609-artificial-intelligence-set-to-transform-beverage-industry" TargetMode="External"/><Relationship Id="rId12" Type="http://schemas.openxmlformats.org/officeDocument/2006/relationships/hyperlink" Target="https://simpsonsbeverages.com/insights/blog/how-artificial-intelligence-is-revolutionising-the-beverage-industry/" TargetMode="External"/><Relationship Id="rId13" Type="http://schemas.openxmlformats.org/officeDocument/2006/relationships/hyperlink" Target="https://pluto7.com/2023/05/15/ai-in-beverage-industry/" TargetMode="External"/><Relationship Id="rId14" Type="http://schemas.openxmlformats.org/officeDocument/2006/relationships/hyperlink" Target="https://www.just-drinks.com/buyers-guide/artificial-intelligence-companies-drin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