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summit in London highlights Labour government's economic ambitions despite Musk's absence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recently convened business summit in London, characterised as a significant milestone for the UK under the leadership of the new Labour Party government, was somewhat overshadowed by the conspicuous absence of tech magnate Elon Musk. The event took place at the historic Guildhall, attended by approximately 300 executives from various sectors, including banking, pharmaceuticals, and technology, representing a concerted effort by Prime Minister Keir Starmer to invigorate the British economy through substantial investments in artificial intelligence, life sciences, and infrastructure.</w:t>
      </w:r>
      <w:r/>
    </w:p>
    <w:p>
      <w:r/>
      <w:r>
        <w:t>Prime Minister Starmer addressed the attendees, emphasising the Labour government's commitment to establishing the UK as a stable investment environment post the Conservative-led period described as rife with "economic and political turmoil." He assured the business community that while enhancing workers' rights remains a priority, this initiative would not be at the detriment of business interests. Starmer announced plans to dismantle existing bureaucratic barriers that hinder investment, pledging a "hard-headed" industrial strategy aimed at catalysing growth without slashing standards of health, safety, and the environment.</w:t>
      </w:r>
      <w:r/>
    </w:p>
    <w:p>
      <w:r/>
      <w:r>
        <w:t>However, this ambitious economic narrative is not without its challenges. Tensions surfaced when Transport Secretary Louise Haigh called for a boycott of P&amp;O Ferries over their 2022 decision to replace 800 seafarers with cheaper labour, a move that prompted its parent company, DP World, to threaten withdrawal from the summit. In response, Starmer moved swiftly to mitigate potential fallout, clarifying that Haigh’s views did not represent the government's stance, and DP World subsequently recommitted with a £1 billion expansion investment at London Gateway.</w:t>
      </w:r>
      <w:r/>
    </w:p>
    <w:p>
      <w:r/>
      <w:r>
        <w:t>In the spotlight for not attending was Elon Musk, who has been a vocal critic of various UK policies on his platform, X (formerly known as Twitter). Musk’s remarks included inflammatory suggestions about an impending civil war in Britain, a narrative that surfaced amid riots during the summer which were partly fuelled by misinformation spread on social media. Musk's absence and critical posts followed an earlier BBC report confirming he wouldn't attend the summit, and a subsequent statement from him decrying the UK's policy on early release for overcrowded prisons, although these did not pertain to sex offenders.</w:t>
      </w:r>
      <w:r/>
    </w:p>
    <w:p>
      <w:r/>
      <w:r>
        <w:t>Technology Secretary Peter Kyle, addressing speculation, noted that Musk's absence wasn't politically motivated, pointing out that Musk traditionally does not attend such events, even under previous government leadership. Kyle expressed openness to future dialogues with Musk regarding any prospective global investments.</w:t>
      </w:r>
      <w:r/>
    </w:p>
    <w:p>
      <w:r/>
      <w:r>
        <w:t>Simultaneously, Josh Simons, an MP for Makerfield and influential voice within Labour, highlighted concerns about the potential bias in X’s algorithm under Musk’s leadership, suggesting that British political discourse is subject to manipulation that may not serve democratic interests. These comments coincide with a broader scepticism within Labour circles about X’s efficacy and role in public discourse, especially given the rapid spread of misinformation and the resulting violent incidents during the summer.</w:t>
      </w:r>
      <w:r/>
    </w:p>
    <w:p>
      <w:r/>
      <w:r>
        <w:t>The summit, while marked by these undercurrents of tension and notable absences, concluded with a reception at St. Paul’s Cathedral attended by King Charles III, highlighting the UK government’s commitment to its agenda of economic expansion and international cooperation amidst a complex and rapidly evolving political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https://www.theguardian.com/politics/2024/oct/14/elon-musk-was-not-barred-from-uk-investment-summit-says-cabinet-minister</w:t>
        </w:r>
      </w:hyperlink>
      <w:r>
        <w:t xml:space="preserve"> - Corroborates the absence of Elon Musk from the UK investment summit and clarifies that his absence was not due to political reasons.</w:t>
      </w:r>
      <w:r/>
    </w:p>
    <w:p>
      <w:pPr>
        <w:pStyle w:val="ListNumber"/>
        <w:spacing w:line="240" w:lineRule="auto"/>
        <w:ind w:left="720"/>
      </w:pPr>
      <w:r/>
      <w:hyperlink r:id="rId11">
        <w:r>
          <w:rPr>
            <w:color w:val="0000EE"/>
            <w:u w:val="single"/>
          </w:rPr>
          <w:t>https://www.mywabashvalley.com/business/ap-business/ap-britain-hosts-an-international-investment-summit-and-denies-snubbing-elon-musk/</w:t>
        </w:r>
      </w:hyperlink>
      <w:r>
        <w:t xml:space="preserve"> - Supports the statement that Elon Musk has never attended past investment summits and was not snubbed for political reasons.</w:t>
      </w:r>
      <w:r/>
    </w:p>
    <w:p>
      <w:pPr>
        <w:pStyle w:val="ListNumber"/>
        <w:spacing w:line="240" w:lineRule="auto"/>
        <w:ind w:left="720"/>
      </w:pPr>
      <w:r/>
      <w:hyperlink r:id="rId12">
        <w:r>
          <w:rPr>
            <w:color w:val="0000EE"/>
            <w:u w:val="single"/>
          </w:rPr>
          <w:t>https://www.the-independent.com/news/uk/politics/elon-musk-investment-summit-starmer-b2628716.html</w:t>
        </w:r>
      </w:hyperlink>
      <w:r>
        <w:t xml:space="preserve"> - Provides details on Elon Musk's criticism of UK policies and his absence from the summit, along with Peter Kyle's stance on engaging with Musk.</w:t>
      </w:r>
      <w:r/>
    </w:p>
    <w:p>
      <w:pPr>
        <w:pStyle w:val="ListNumber"/>
        <w:spacing w:line="240" w:lineRule="auto"/>
        <w:ind w:left="720"/>
      </w:pPr>
      <w:r/>
      <w:hyperlink r:id="rId13">
        <w:r>
          <w:rPr>
            <w:color w:val="0000EE"/>
            <w:u w:val="single"/>
          </w:rPr>
          <w:t>https://www.nwahomepage.com/news/business-news/ap-britain-hosts-an-international-investment-summit-and-denies-snubbing-elon-musk/</w:t>
        </w:r>
      </w:hyperlink>
      <w:r>
        <w:t xml:space="preserve"> - Reiterates that Elon Musk was not invited due to his lack of participation in such events and not for political reasons.</w:t>
      </w:r>
      <w:r/>
    </w:p>
    <w:p>
      <w:pPr>
        <w:pStyle w:val="ListNumber"/>
        <w:spacing w:line="240" w:lineRule="auto"/>
        <w:ind w:left="720"/>
      </w:pPr>
      <w:r/>
      <w:hyperlink r:id="rId14">
        <w:r>
          <w:rPr>
            <w:color w:val="0000EE"/>
            <w:u w:val="single"/>
          </w:rPr>
          <w:t>https://abcnews.go.com/International/wireStory/britain-hosts-international-investment-summit-denies-snubbing-elon-114772891</w:t>
        </w:r>
      </w:hyperlink>
      <w:r>
        <w:t xml:space="preserve"> - Details the investment summit, Prime Minister Keir Starmer's address, and the absence of Elon Musk, along with the reasons provided by Peter Kyle.</w:t>
      </w:r>
      <w:r/>
    </w:p>
    <w:p>
      <w:pPr>
        <w:pStyle w:val="ListNumber"/>
        <w:spacing w:line="240" w:lineRule="auto"/>
        <w:ind w:left="720"/>
      </w:pPr>
      <w:r/>
      <w:hyperlink r:id="rId10">
        <w:r>
          <w:rPr>
            <w:color w:val="0000EE"/>
            <w:u w:val="single"/>
          </w:rPr>
          <w:t>https://www.theguardian.com/politics/2024/oct/14/elon-musk-was-not-barred-from-uk-investment-summit-says-cabinet-minister</w:t>
        </w:r>
      </w:hyperlink>
      <w:r>
        <w:t xml:space="preserve"> - Explains Prime Minister Starmer's commitment to creating a stable investment environment and reducing bureaucratic hurdles.</w:t>
      </w:r>
      <w:r/>
    </w:p>
    <w:p>
      <w:pPr>
        <w:pStyle w:val="ListNumber"/>
        <w:spacing w:line="240" w:lineRule="auto"/>
        <w:ind w:left="720"/>
      </w:pPr>
      <w:r/>
      <w:hyperlink r:id="rId12">
        <w:r>
          <w:rPr>
            <w:color w:val="0000EE"/>
            <w:u w:val="single"/>
          </w:rPr>
          <w:t>https://www.the-independent.com/news/uk/politics/elon-musk-investment-summit-starmer-b2628716.html</w:t>
        </w:r>
      </w:hyperlink>
      <w:r>
        <w:t xml:space="preserve"> - Describes the tensions surrounding Transport Secretary Louise Haigh's call for a boycott of P&amp;O Ferries and the subsequent response from Starmer.</w:t>
      </w:r>
      <w:r/>
    </w:p>
    <w:p>
      <w:pPr>
        <w:pStyle w:val="ListNumber"/>
        <w:spacing w:line="240" w:lineRule="auto"/>
        <w:ind w:left="720"/>
      </w:pPr>
      <w:r/>
      <w:hyperlink r:id="rId14">
        <w:r>
          <w:rPr>
            <w:color w:val="0000EE"/>
            <w:u w:val="single"/>
          </w:rPr>
          <w:t>https://abcnews.go.com/International/wireStory/britain-hosts-international-investment-summit-denies-snubbing-elon-114772891</w:t>
        </w:r>
      </w:hyperlink>
      <w:r>
        <w:t xml:space="preserve"> - Details DP World's threat to withdraw and their subsequent £1 billion investment commitment after Starmer's clarification.</w:t>
      </w:r>
      <w:r/>
    </w:p>
    <w:p>
      <w:pPr>
        <w:pStyle w:val="ListNumber"/>
        <w:spacing w:line="240" w:lineRule="auto"/>
        <w:ind w:left="720"/>
      </w:pPr>
      <w:r/>
      <w:hyperlink r:id="rId11">
        <w:r>
          <w:rPr>
            <w:color w:val="0000EE"/>
            <w:u w:val="single"/>
          </w:rPr>
          <w:t>https://www.mywabashvalley.com/business/ap-business/ap-britain-hosts-an-international-investment-summit-and-denies-snubbing-elon-musk/</w:t>
        </w:r>
      </w:hyperlink>
      <w:r>
        <w:t xml:space="preserve"> - Corroborates Elon Musk's critical posts about UK policies, including his remarks on civil war and prison policies.</w:t>
      </w:r>
      <w:r/>
    </w:p>
    <w:p>
      <w:pPr>
        <w:pStyle w:val="ListNumber"/>
        <w:spacing w:line="240" w:lineRule="auto"/>
        <w:ind w:left="720"/>
      </w:pPr>
      <w:r/>
      <w:hyperlink r:id="rId12">
        <w:r>
          <w:rPr>
            <w:color w:val="0000EE"/>
            <w:u w:val="single"/>
          </w:rPr>
          <w:t>https://www.the-independent.com/news/uk/politics/elon-musk-investment-summit-starmer-b2628716.html</w:t>
        </w:r>
      </w:hyperlink>
      <w:r>
        <w:t xml:space="preserve"> - Highlights Peter Kyle's openness to future dialogues with Elon Musk regarding potential global investments.</w:t>
      </w:r>
      <w:r/>
    </w:p>
    <w:p>
      <w:pPr>
        <w:pStyle w:val="ListNumber"/>
        <w:spacing w:line="240" w:lineRule="auto"/>
        <w:ind w:left="720"/>
      </w:pPr>
      <w:r/>
      <w:hyperlink r:id="rId14">
        <w:r>
          <w:rPr>
            <w:color w:val="0000EE"/>
            <w:u w:val="single"/>
          </w:rPr>
          <w:t>https://abcnews.go.com/International/wireStory/britain-hosts-international-investment-summit-denies-snubbing-elon-114772891</w:t>
        </w:r>
      </w:hyperlink>
      <w:r>
        <w:t xml:space="preserve"> - Mentions the reception at St. Paul’s Cathedral attended by King Charles III, underscoring the UK government’s commitment to economic expansion and international cooperation.</w:t>
      </w:r>
      <w:r/>
    </w:p>
    <w:p>
      <w:pPr>
        <w:pStyle w:val="ListNumber"/>
        <w:spacing w:line="240" w:lineRule="auto"/>
        <w:ind w:left="720"/>
      </w:pPr>
      <w:r/>
      <w:hyperlink r:id="rId15">
        <w:r>
          <w:rPr>
            <w:color w:val="0000EE"/>
            <w:u w:val="single"/>
          </w:rPr>
          <w:t>https://www.kob.com/news/business-money/britain-hosts-an-international-investment-summit-and-denies-snubbing-elon-musk/</w:t>
        </w:r>
      </w:hyperlink>
      <w:r>
        <w:t xml:space="preserve"> - Please view link - unable to able to access data</w:t>
      </w:r>
      <w:r/>
    </w:p>
    <w:p>
      <w:pPr>
        <w:pStyle w:val="ListNumber"/>
        <w:spacing w:line="240" w:lineRule="auto"/>
        <w:ind w:left="720"/>
      </w:pPr>
      <w:r/>
      <w:hyperlink r:id="rId16">
        <w:r>
          <w:rPr>
            <w:color w:val="0000EE"/>
            <w:u w:val="single"/>
          </w:rPr>
          <w:t>https://www.independent.co.uk/news/uk/politics/elon-musk-ap-britain-keir-starmer-peter-kyle-b2628829.html</w:t>
        </w:r>
      </w:hyperlink>
      <w:r>
        <w:t xml:space="preserve"> - Please view link - unable to able to access data</w:t>
      </w:r>
      <w:r/>
    </w:p>
    <w:p>
      <w:pPr>
        <w:pStyle w:val="ListNumber"/>
        <w:spacing w:line="240" w:lineRule="auto"/>
        <w:ind w:left="720"/>
      </w:pPr>
      <w:r/>
      <w:hyperlink r:id="rId17">
        <w:r>
          <w:rPr>
            <w:color w:val="0000EE"/>
            <w:u w:val="single"/>
          </w:rPr>
          <w:t>https://www.kaaltv.com/news/business-news/britain-hosts-an-international-investment-summit-and-denies-snubbing-elon-musk/</w:t>
        </w:r>
      </w:hyperlink>
      <w:r>
        <w:t xml:space="preserve"> - Please view link - unable to able to access data</w:t>
      </w:r>
      <w:r/>
    </w:p>
    <w:p>
      <w:pPr>
        <w:pStyle w:val="ListNumber"/>
        <w:spacing w:line="240" w:lineRule="auto"/>
        <w:ind w:left="720"/>
      </w:pPr>
      <w:r/>
      <w:hyperlink r:id="rId18">
        <w:r>
          <w:rPr>
            <w:color w:val="0000EE"/>
            <w:u w:val="single"/>
          </w:rPr>
          <w:t>https://wtop.com/world/2024/10/britain-hosts-an-international-investment-summit-and-denies-snubbing-elon-musk/</w:t>
        </w:r>
      </w:hyperlink>
      <w:r>
        <w:t xml:space="preserve"> - Please view link - unable to able to access data</w:t>
      </w:r>
      <w:r/>
    </w:p>
    <w:p>
      <w:pPr>
        <w:pStyle w:val="ListNumber"/>
        <w:spacing w:line="240" w:lineRule="auto"/>
        <w:ind w:left="720"/>
      </w:pPr>
      <w:r/>
      <w:hyperlink r:id="rId19">
        <w:r>
          <w:rPr>
            <w:color w:val="0000EE"/>
            <w:u w:val="single"/>
          </w:rPr>
          <w:t>https://www.theguardian.com/technology/2024/oct/14/westminster-elon-musk-x-labour-mp-josh-simons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politics/2024/oct/14/elon-musk-was-not-barred-from-uk-investment-summit-says-cabinet-minister" TargetMode="External"/><Relationship Id="rId11" Type="http://schemas.openxmlformats.org/officeDocument/2006/relationships/hyperlink" Target="https://www.mywabashvalley.com/business/ap-business/ap-britain-hosts-an-international-investment-summit-and-denies-snubbing-elon-musk/" TargetMode="External"/><Relationship Id="rId12" Type="http://schemas.openxmlformats.org/officeDocument/2006/relationships/hyperlink" Target="https://www.the-independent.com/news/uk/politics/elon-musk-investment-summit-starmer-b2628716.html" TargetMode="External"/><Relationship Id="rId13" Type="http://schemas.openxmlformats.org/officeDocument/2006/relationships/hyperlink" Target="https://www.nwahomepage.com/news/business-news/ap-britain-hosts-an-international-investment-summit-and-denies-snubbing-elon-musk/" TargetMode="External"/><Relationship Id="rId14" Type="http://schemas.openxmlformats.org/officeDocument/2006/relationships/hyperlink" Target="https://abcnews.go.com/International/wireStory/britain-hosts-international-investment-summit-denies-snubbing-elon-114772891" TargetMode="External"/><Relationship Id="rId15" Type="http://schemas.openxmlformats.org/officeDocument/2006/relationships/hyperlink" Target="https://www.kob.com/news/business-money/britain-hosts-an-international-investment-summit-and-denies-snubbing-elon-musk/" TargetMode="External"/><Relationship Id="rId16" Type="http://schemas.openxmlformats.org/officeDocument/2006/relationships/hyperlink" Target="https://www.independent.co.uk/news/uk/politics/elon-musk-ap-britain-keir-starmer-peter-kyle-b2628829.html" TargetMode="External"/><Relationship Id="rId17" Type="http://schemas.openxmlformats.org/officeDocument/2006/relationships/hyperlink" Target="https://www.kaaltv.com/news/business-news/britain-hosts-an-international-investment-summit-and-denies-snubbing-elon-musk/" TargetMode="External"/><Relationship Id="rId18" Type="http://schemas.openxmlformats.org/officeDocument/2006/relationships/hyperlink" Target="https://wtop.com/world/2024/10/britain-hosts-an-international-investment-summit-and-denies-snubbing-elon-musk/" TargetMode="External"/><Relationship Id="rId19" Type="http://schemas.openxmlformats.org/officeDocument/2006/relationships/hyperlink" Target="https://www.theguardian.com/technology/2024/oct/14/westminster-elon-musk-x-labour-mp-josh-sim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