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Canadians express concerns over AI's role in journalism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has revealed significant concerns among Canadian news consumers regarding the use of artificial intelligence (AI) in journalism. Conducted by researchers at Toronto Metropolitan University as part of the Global Journalism Innovation Lab, the study involved a representative sample of 1,042 Canadian news consumers, the majority of whom access news daily.</w:t>
      </w:r>
      <w:r/>
    </w:p>
    <w:p>
      <w:r/>
      <w:r>
        <w:t>Central to the findings is a call for transparency in the use of AI by news organisations. Approximately 85 percent of respondents expressed a desire for newsrooms to be upfront about AI's involvement in news production, and about 75 percent believe content generated by AI should be clearly labelled. Alarmingly, nearly 60 percent of participants indicated that their trust in a news outlet would diminish if they discovered that a story, which they presumed to be written by a human, was actually generated by AI.</w:t>
      </w:r>
      <w:r/>
    </w:p>
    <w:p>
      <w:r/>
      <w:r>
        <w:t>The study highlights a preference for human involvement in journalism, with more than 70 percent of respondents asserting that humans are better equipped to determine newsworthiness compared to AI. Furthermore, 86 percent of those surveyed felt it essential that humans remain integral to the journalistic process. Trust remains highest for content produced solely by humans, with confidence levels falling significantly as AI plays a greater role.</w:t>
      </w:r>
      <w:r/>
    </w:p>
    <w:p>
      <w:r/>
      <w:r>
        <w:t>In terms of regulatory oversight, about 70 percent of respondents support governmental regulation of AI in journalism, reflecting widespread apprehension about the implications of AI on story accuracy, potential job losses within the sector, and the risk of augmented misinformation. Seventy-eight percent of participants voiced concerns about the potential increase in misinformation disseminated by AI, which they recognise as a threat to democratic processes.</w:t>
      </w:r>
      <w:r/>
    </w:p>
    <w:p>
      <w:r/>
      <w:r>
        <w:t>The survey also illuminates public sentiment towards AI's role in journalism. Canadian news consumers are significantly more comfortable with AI handling non-editorial tasks, such as transcription and copy editing, than with the prospect of AI taking over editorial duties, like writing articles or deciding news stories.</w:t>
      </w:r>
      <w:r/>
    </w:p>
    <w:p>
      <w:r/>
      <w:r>
        <w:t>The research provides insight into news consumption habits across Canada, highlighting a diverse range of access points. Television remains a dominant source of news, used by over 80 percent of respondents, including half of those aged 18-24. For younger demographics, smart TVs are a prevalent medium, whereas traditional cable TV still holds sway among older viewers. Smartphones, too, are popular, with nearly 70 percent of users aged 34 and under accessing news via mobile devices.</w:t>
      </w:r>
      <w:r/>
    </w:p>
    <w:p>
      <w:r/>
      <w:r>
        <w:t>This study marks just the beginning of a broader analysis, with further research planned to explore demographic differences in attitudes towards AI's role in journalism. The ongoing research will also extend internationally, with surveys to be conducted in the United Kingdom and Australia to compare perceptions across these regions.</w:t>
      </w:r>
      <w:r/>
    </w:p>
    <w:p>
      <w:r/>
      <w:r>
        <w:t>The preliminary data underscores a critical need for clear policies and an emphasis on transparent communication by news organisations as they navigate the integration of AI within their processes. The findings suggest that maintaining audience trust in a rapidly evolving media environment will be fundamentally linked to how openly AI's role is presented and managed in journalistic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https://ca.news.yahoo.com/transparency-trust-news-consumers-canada-124233309.html</w:t>
        </w:r>
      </w:hyperlink>
      <w:r>
        <w:t xml:space="preserve"> - Corroborates the call for transparency in AI use by news organizations, the preference for human involvement in journalism, and concerns about accuracy and job losses.</w:t>
      </w:r>
      <w:r/>
    </w:p>
    <w:p>
      <w:pPr>
        <w:pStyle w:val="ListNumber"/>
        <w:spacing w:line="240" w:lineRule="auto"/>
        <w:ind w:left="720"/>
      </w:pPr>
      <w:r/>
      <w:hyperlink r:id="rId11">
        <w:r>
          <w:rPr>
            <w:color w:val="0000EE"/>
            <w:u w:val="single"/>
          </w:rPr>
          <w:t>https://theconversation.com/transparency-and-trust-how-news-consumers-in-canada-want-ai-to-be-used-in-journalism-240527</w:t>
        </w:r>
      </w:hyperlink>
      <w:r>
        <w:t xml:space="preserve"> - Supports the findings on transparency, labelling of AI-generated content, and the preference for human judgment over AI in determining newsworthiness.</w:t>
      </w:r>
      <w:r/>
    </w:p>
    <w:p>
      <w:pPr>
        <w:pStyle w:val="ListNumber"/>
        <w:spacing w:line="240" w:lineRule="auto"/>
        <w:ind w:left="720"/>
      </w:pPr>
      <w:r/>
      <w:hyperlink r:id="rId12">
        <w:r>
          <w:rPr>
            <w:color w:val="0000EE"/>
            <w:u w:val="single"/>
          </w:rPr>
          <w:t>https://www.newswire.ca/news-releases/canadians-want-transparent-media-ai-policy-poll-says-826909858.html</w:t>
        </w:r>
      </w:hyperlink>
      <w:r>
        <w:t xml:space="preserve"> - Confirms the public's desire for transparent AI policies in journalism and concerns about misinformation and accuracy.</w:t>
      </w:r>
      <w:r/>
    </w:p>
    <w:p>
      <w:pPr>
        <w:pStyle w:val="ListNumber"/>
        <w:spacing w:line="240" w:lineRule="auto"/>
        <w:ind w:left="720"/>
      </w:pPr>
      <w:r/>
      <w:hyperlink r:id="rId13">
        <w:r>
          <w:rPr>
            <w:color w:val="0000EE"/>
            <w:u w:val="single"/>
          </w:rPr>
          <w:t>https://j-source.ca/how-newsrooms-should-be-thinking-about-ai/</w:t>
        </w:r>
      </w:hyperlink>
      <w:r>
        <w:t xml:space="preserve"> - Highlights concerns about AI in newsrooms, including the need for transparency and the risks of misinformation and biased sources.</w:t>
      </w:r>
      <w:r/>
    </w:p>
    <w:p>
      <w:pPr>
        <w:pStyle w:val="ListNumber"/>
        <w:spacing w:line="240" w:lineRule="auto"/>
        <w:ind w:left="720"/>
      </w:pPr>
      <w:r/>
      <w:hyperlink r:id="rId10">
        <w:r>
          <w:rPr>
            <w:color w:val="0000EE"/>
            <w:u w:val="single"/>
          </w:rPr>
          <w:t>https://ca.news.yahoo.com/transparency-trust-news-consumers-canada-124233309.html</w:t>
        </w:r>
      </w:hyperlink>
      <w:r>
        <w:t xml:space="preserve"> - Details the survey's findings on the importance of human involvement in the journalistic process and the impact of AI on trust in news outlets.</w:t>
      </w:r>
      <w:r/>
    </w:p>
    <w:p>
      <w:pPr>
        <w:pStyle w:val="ListNumber"/>
        <w:spacing w:line="240" w:lineRule="auto"/>
        <w:ind w:left="720"/>
      </w:pPr>
      <w:r/>
      <w:hyperlink r:id="rId11">
        <w:r>
          <w:rPr>
            <w:color w:val="0000EE"/>
            <w:u w:val="single"/>
          </w:rPr>
          <w:t>https://theconversation.com/transparency-and-trust-how-news-consumers-in-canada-want-ai-to-be-used-in-journalism-240527</w:t>
        </w:r>
      </w:hyperlink>
      <w:r>
        <w:t xml:space="preserve"> - Supports the preference for human oversight and the discomfort with AI replacing journalists or performing editorial functions.</w:t>
      </w:r>
      <w:r/>
    </w:p>
    <w:p>
      <w:pPr>
        <w:pStyle w:val="ListNumber"/>
        <w:spacing w:line="240" w:lineRule="auto"/>
        <w:ind w:left="720"/>
      </w:pPr>
      <w:r/>
      <w:hyperlink r:id="rId12">
        <w:r>
          <w:rPr>
            <w:color w:val="0000EE"/>
            <w:u w:val="single"/>
          </w:rPr>
          <w:t>https://www.newswire.ca/news-releases/canadians-want-transparent-media-ai-policy-poll-says-826909858.html</w:t>
        </w:r>
      </w:hyperlink>
      <w:r>
        <w:t xml:space="preserve"> - Reiterates the public's support for governmental regulation of AI in journalism due to concerns about accuracy and misinformation.</w:t>
      </w:r>
      <w:r/>
    </w:p>
    <w:p>
      <w:pPr>
        <w:pStyle w:val="ListNumber"/>
        <w:spacing w:line="240" w:lineRule="auto"/>
        <w:ind w:left="720"/>
      </w:pPr>
      <w:r/>
      <w:hyperlink r:id="rId10">
        <w:r>
          <w:rPr>
            <w:color w:val="0000EE"/>
            <w:u w:val="single"/>
          </w:rPr>
          <w:t>https://ca.news.yahoo.com/transparency-trust-news-consumers-canada-124233309.html</w:t>
        </w:r>
      </w:hyperlink>
      <w:r>
        <w:t xml:space="preserve"> - Provides insights into the comfort levels of Canadians with AI handling non-editorial tasks versus editorial duties.</w:t>
      </w:r>
      <w:r/>
    </w:p>
    <w:p>
      <w:pPr>
        <w:pStyle w:val="ListNumber"/>
        <w:spacing w:line="240" w:lineRule="auto"/>
        <w:ind w:left="720"/>
      </w:pPr>
      <w:r/>
      <w:hyperlink r:id="rId11">
        <w:r>
          <w:rPr>
            <w:color w:val="0000EE"/>
            <w:u w:val="single"/>
          </w:rPr>
          <w:t>https://theconversation.com/transparency-and-trust-how-news-consumers-in-canada-want-ai-to-be-used-in-journalism-240527</w:t>
        </w:r>
      </w:hyperlink>
      <w:r>
        <w:t xml:space="preserve"> - Corroborates the concern about the spread of misinformation and the need for clear policies and transparent communication by news organizations.</w:t>
      </w:r>
      <w:r/>
    </w:p>
    <w:p>
      <w:pPr>
        <w:pStyle w:val="ListNumber"/>
        <w:spacing w:line="240" w:lineRule="auto"/>
        <w:ind w:left="720"/>
      </w:pPr>
      <w:r/>
      <w:hyperlink r:id="rId13">
        <w:r>
          <w:rPr>
            <w:color w:val="0000EE"/>
            <w:u w:val="single"/>
          </w:rPr>
          <w:t>https://j-source.ca/how-newsrooms-should-be-thinking-about-ai/</w:t>
        </w:r>
      </w:hyperlink>
      <w:r>
        <w:t xml:space="preserve"> - Discusses the importance of AI literacy and experimentation in newsrooms to maintain ethical standards.</w:t>
      </w:r>
      <w:r/>
    </w:p>
    <w:p>
      <w:pPr>
        <w:pStyle w:val="ListNumber"/>
        <w:spacing w:line="240" w:lineRule="auto"/>
        <w:ind w:left="720"/>
      </w:pPr>
      <w:r/>
      <w:hyperlink r:id="rId10">
        <w:r>
          <w:rPr>
            <w:color w:val="0000EE"/>
            <w:u w:val="single"/>
          </w:rPr>
          <w:t>https://ca.news.yahoo.com/transparency-trust-news-consumers-canada-124233309.html</w:t>
        </w:r>
      </w:hyperlink>
      <w:r>
        <w:t xml:space="preserve"> - Highlights the ongoing research and future plans to explore demographic differences and international comparisons in attitudes towards AI in journalism.</w:t>
      </w:r>
      <w:r/>
    </w:p>
    <w:p>
      <w:pPr>
        <w:pStyle w:val="ListNumber"/>
        <w:spacing w:line="240" w:lineRule="auto"/>
        <w:ind w:left="720"/>
      </w:pPr>
      <w:r/>
      <w:hyperlink r:id="rId14">
        <w:r>
          <w:rPr>
            <w:color w:val="0000EE"/>
            <w:u w:val="single"/>
          </w:rPr>
          <w:t>https://phys.org/news/2024-10-transparency-news-consumers-canada-ai.html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news.yahoo.com/transparency-trust-news-consumers-canada-124233309.html" TargetMode="External"/><Relationship Id="rId11" Type="http://schemas.openxmlformats.org/officeDocument/2006/relationships/hyperlink" Target="https://theconversation.com/transparency-and-trust-how-news-consumers-in-canada-want-ai-to-be-used-in-journalism-240527" TargetMode="External"/><Relationship Id="rId12" Type="http://schemas.openxmlformats.org/officeDocument/2006/relationships/hyperlink" Target="https://www.newswire.ca/news-releases/canadians-want-transparent-media-ai-policy-poll-says-826909858.html" TargetMode="External"/><Relationship Id="rId13" Type="http://schemas.openxmlformats.org/officeDocument/2006/relationships/hyperlink" Target="https://j-source.ca/how-newsrooms-should-be-thinking-about-ai/" TargetMode="External"/><Relationship Id="rId14" Type="http://schemas.openxmlformats.org/officeDocument/2006/relationships/hyperlink" Target="https://phys.org/news/2024-10-transparency-news-consumers-canada-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