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Celebrating the unique spirit of North Dakota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North Dakotans have long celebrated the unique characteristics and cultural hallmarks of their state, which set it apart from other parts of the United States. Known as the Peace Garden State, North Dakota is characterised by its sprawling prairies, breath-taking landscapes, and a strong sense of community.</w:t>
      </w:r>
      <w:r/>
    </w:p>
    <w:p>
      <w:r/>
      <w:r>
        <w:t>One of the key elements cherished by North Dakotans is the wide-open spaces that dominate the state's geography. This vast expanse of land offers a tranquility often absent from more urbanised regions, allowing residents to enjoy the peace that comes with unending skies and untouched prairies. The state's natural beauty is a constant backdrop for its residents, who frequently indulge in witnessing stunning sunsets that paint the horizon with vibrant hues.</w:t>
      </w:r>
      <w:r/>
    </w:p>
    <w:p>
      <w:r/>
      <w:r>
        <w:t>The community bonds in North Dakota are worth noting as well. Residents are known for their neighbourly spirit and strong community ties, creating an atmosphere of support and belonging. Such bonds make living in North Dakota akin to being part of a large extended family.</w:t>
      </w:r>
      <w:r/>
    </w:p>
    <w:p>
      <w:r/>
      <w:r>
        <w:t>The state enjoys four distinct seasons, each with its own appeal. From the lush, verdant springs to the warm, golden autumns, North Dakotans fully embrace the changes in climate and the activities they inspire. Winter, although harsh with its long and cold stretches, transforms the state into a winter wonderland, offering activities like ice fishing and snowmobiling.</w:t>
      </w:r>
      <w:r/>
    </w:p>
    <w:p>
      <w:r/>
      <w:r>
        <w:t>Outdoor adventures are a significant part of life in North Dakota, with an abundance of opportunities for hiking, fishing, hunting, and camping. With vast natural landscapes, the state provides a playground for those who relish exploration and the great outdoors. Fargo, one of its iconic cities, encapsulates much of what residents hold dear. Known for its vibrant arts scene and friendly locals, Fargo serves as a cultural and social hub within the state.</w:t>
      </w:r>
      <w:r/>
    </w:p>
    <w:p>
      <w:r/>
      <w:r>
        <w:t>The state's Nordic heritage is another aspect deeply engrained in its identity. Celebrations of Scandinavian roots through festivals and cuisine offer residents a way to keep these cultural connections alive and thriving. Alongside this, the peace and tranquillity of the countryside offer a respite from the noise typically associated with more densely populated areas.</w:t>
      </w:r>
      <w:r/>
    </w:p>
    <w:p>
      <w:r/>
      <w:r>
        <w:t>Agriculture remains the backbone of North Dakota's economy and culture. The state has a long-standing tradition of farming, with county fairs and local farmers’ markets being regular and important features of local life. The strong work ethic of its residents is reflective of a culture that values perseverance, dedication, and self-sufficiency.</w:t>
      </w:r>
      <w:r/>
    </w:p>
    <w:p>
      <w:r/>
      <w:r>
        <w:t>Lastly, the state's scenic beauty makes it an ideal location for road trips. From the majestic vistas of Theodore Roosevelt National Park to the quaint charm of its small towns, North Dakotans enjoy exploring these hidden gems. The Enchanted Highway, renowned for its impressive collection of giant scrap metal sculptures, provides one such memorable driving experience.</w:t>
      </w:r>
      <w:r/>
    </w:p>
    <w:p>
      <w:r/>
      <w:r>
        <w:t>These elements underscore the unique lifestyle and values of North Dakotans, who take immense pride in their state's rich heritage and natural beauty. The details here illustrate not only what sets North Dakota apart but also what holds its community together.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https://kids.britannica.com/students/article/North-Dakota/276125</w:t>
        </w:r>
      </w:hyperlink>
      <w:r>
        <w:t xml:space="preserve"> - Corroborates the state's geography, natural beauty, and outdoor activities such as fishing, hunting, and camping.</w:t>
      </w:r>
      <w:r/>
    </w:p>
    <w:p>
      <w:pPr>
        <w:pStyle w:val="ListNumber"/>
        <w:spacing w:line="240" w:lineRule="auto"/>
        <w:ind w:left="720"/>
      </w:pPr>
      <w:r/>
      <w:hyperlink r:id="rId11">
        <w:r>
          <w:rPr>
            <w:color w:val="0000EE"/>
            <w:u w:val="single"/>
          </w:rPr>
          <w:t>https://en.wikipedia.org/wiki/North_Dakota</w:t>
        </w:r>
      </w:hyperlink>
      <w:r>
        <w:t xml:space="preserve"> - Supports the description of North Dakota's natural beauty, including its prairies, badlands, and distinct seasons.</w:t>
      </w:r>
      <w:r/>
    </w:p>
    <w:p>
      <w:pPr>
        <w:pStyle w:val="ListNumber"/>
        <w:spacing w:line="240" w:lineRule="auto"/>
        <w:ind w:left="720"/>
      </w:pPr>
      <w:r/>
      <w:hyperlink r:id="rId12">
        <w:r>
          <w:rPr>
            <w:color w:val="0000EE"/>
            <w:u w:val="single"/>
          </w:rPr>
          <w:t>https://www.iexplore.com/articles/travel-guides/north-america/united-states/north-dakota/history-and-culture</w:t>
        </w:r>
      </w:hyperlink>
      <w:r>
        <w:t xml:space="preserve"> - Details the state's natural beauty, outdoor recreation, and the significance of its landscapes.</w:t>
      </w:r>
      <w:r/>
    </w:p>
    <w:p>
      <w:pPr>
        <w:pStyle w:val="ListNumber"/>
        <w:spacing w:line="240" w:lineRule="auto"/>
        <w:ind w:left="720"/>
      </w:pPr>
      <w:r/>
      <w:hyperlink r:id="rId10">
        <w:r>
          <w:rPr>
            <w:color w:val="0000EE"/>
            <w:u w:val="single"/>
          </w:rPr>
          <w:t>https://kids.britannica.com/students/article/North-Dakota/276125</w:t>
        </w:r>
      </w:hyperlink>
      <w:r>
        <w:t xml:space="preserve"> - Highlights the strong community bonds and neighborly spirit of North Dakotans.</w:t>
      </w:r>
      <w:r/>
    </w:p>
    <w:p>
      <w:pPr>
        <w:pStyle w:val="ListNumber"/>
        <w:spacing w:line="240" w:lineRule="auto"/>
        <w:ind w:left="720"/>
      </w:pPr>
      <w:r/>
      <w:hyperlink r:id="rId12">
        <w:r>
          <w:rPr>
            <w:color w:val="0000EE"/>
            <w:u w:val="single"/>
          </w:rPr>
          <w:t>https://www.iexplore.com/articles/travel-guides/north-america/united-states/north-dakota/history-and-culture</w:t>
        </w:r>
      </w:hyperlink>
      <w:r>
        <w:t xml:space="preserve"> - Describes the community's self-sufficiency and friendly nature, reflecting the strong community ties.</w:t>
      </w:r>
      <w:r/>
    </w:p>
    <w:p>
      <w:pPr>
        <w:pStyle w:val="ListNumber"/>
        <w:spacing w:line="240" w:lineRule="auto"/>
        <w:ind w:left="720"/>
      </w:pPr>
      <w:r/>
      <w:hyperlink r:id="rId11">
        <w:r>
          <w:rPr>
            <w:color w:val="0000EE"/>
            <w:u w:val="single"/>
          </w:rPr>
          <w:t>https://en.wikipedia.org/wiki/North_Dakota</w:t>
        </w:r>
      </w:hyperlink>
      <w:r>
        <w:t xml:space="preserve"> - Explains the state's four distinct seasons and the activities associated with each.</w:t>
      </w:r>
      <w:r/>
    </w:p>
    <w:p>
      <w:pPr>
        <w:pStyle w:val="ListNumber"/>
        <w:spacing w:line="240" w:lineRule="auto"/>
        <w:ind w:left="720"/>
      </w:pPr>
      <w:r/>
      <w:hyperlink r:id="rId10">
        <w:r>
          <w:rPr>
            <w:color w:val="0000EE"/>
            <w:u w:val="single"/>
          </w:rPr>
          <w:t>https://kids.britannica.com/students/article/North-Dakota/276125</w:t>
        </w:r>
      </w:hyperlink>
      <w:r>
        <w:t xml:space="preserve"> - Details outdoor adventures such as hiking, fishing, hunting, and camping, as well as winter activities like ice fishing and snowmobiling.</w:t>
      </w:r>
      <w:r/>
    </w:p>
    <w:p>
      <w:pPr>
        <w:pStyle w:val="ListNumber"/>
        <w:spacing w:line="240" w:lineRule="auto"/>
        <w:ind w:left="720"/>
      </w:pPr>
      <w:r/>
      <w:hyperlink r:id="rId11">
        <w:r>
          <w:rPr>
            <w:color w:val="0000EE"/>
            <w:u w:val="single"/>
          </w:rPr>
          <w:t>https://en.wikipedia.org/wiki/North_Dakota</w:t>
        </w:r>
      </w:hyperlink>
      <w:r>
        <w:t xml:space="preserve"> - Discusses the Nordic heritage and celebrations of Scandinavian roots through festivals and cuisine.</w:t>
      </w:r>
      <w:r/>
    </w:p>
    <w:p>
      <w:pPr>
        <w:pStyle w:val="ListNumber"/>
        <w:spacing w:line="240" w:lineRule="auto"/>
        <w:ind w:left="720"/>
      </w:pPr>
      <w:r/>
      <w:hyperlink r:id="rId12">
        <w:r>
          <w:rPr>
            <w:color w:val="0000EE"/>
            <w:u w:val="single"/>
          </w:rPr>
          <w:t>https://www.iexplore.com/articles/travel-guides/north-america/united-states/north-dakota/history-and-culture</w:t>
        </w:r>
      </w:hyperlink>
      <w:r>
        <w:t xml:space="preserve"> - Highlights the importance of agriculture in North Dakota's economy and culture, including county fairs and local farmers’ markets.</w:t>
      </w:r>
      <w:r/>
    </w:p>
    <w:p>
      <w:pPr>
        <w:pStyle w:val="ListNumber"/>
        <w:spacing w:line="240" w:lineRule="auto"/>
        <w:ind w:left="720"/>
      </w:pPr>
      <w:r/>
      <w:hyperlink r:id="rId13">
        <w:r>
          <w:rPr>
            <w:color w:val="0000EE"/>
            <w:u w:val="single"/>
          </w:rPr>
          <w:t>https://statemuseum.nd.gov/exhibits/inspiration-gallery/culture</w:t>
        </w:r>
      </w:hyperlink>
      <w:r>
        <w:t xml:space="preserve"> - Supports the strong work ethic and values of perseverance, dedication, and self-sufficiency among North Dakotans.</w:t>
      </w:r>
      <w:r/>
    </w:p>
    <w:p>
      <w:pPr>
        <w:pStyle w:val="ListNumber"/>
        <w:spacing w:line="240" w:lineRule="auto"/>
        <w:ind w:left="720"/>
      </w:pPr>
      <w:r/>
      <w:hyperlink r:id="rId12">
        <w:r>
          <w:rPr>
            <w:color w:val="0000EE"/>
            <w:u w:val="single"/>
          </w:rPr>
          <w:t>https://www.iexplore.com/articles/travel-guides/north-america/united-states/north-dakota/history-and-culture</w:t>
        </w:r>
      </w:hyperlink>
      <w:r>
        <w:t xml:space="preserve"> - Describes the scenic beauty of the state, including Theodore Roosevelt National Park and the Enchanted Highway, ideal for road trips.</w:t>
      </w:r>
      <w:r/>
    </w:p>
    <w:p>
      <w:pPr>
        <w:pStyle w:val="ListNumber"/>
        <w:spacing w:line="240" w:lineRule="auto"/>
        <w:ind w:left="720"/>
      </w:pPr>
      <w:r/>
      <w:hyperlink r:id="rId14">
        <w:r>
          <w:rPr>
            <w:color w:val="0000EE"/>
            <w:u w:val="single"/>
          </w:rPr>
          <w:t>https://supertalk1270.com/ixp/1140/p/12-things-north-dakotans-love-more-than-people-in-other-states/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ids.britannica.com/students/article/North-Dakota/276125" TargetMode="External"/><Relationship Id="rId11" Type="http://schemas.openxmlformats.org/officeDocument/2006/relationships/hyperlink" Target="https://en.wikipedia.org/wiki/North_Dakota" TargetMode="External"/><Relationship Id="rId12" Type="http://schemas.openxmlformats.org/officeDocument/2006/relationships/hyperlink" Target="https://www.iexplore.com/articles/travel-guides/north-america/united-states/north-dakota/history-and-culture" TargetMode="External"/><Relationship Id="rId13" Type="http://schemas.openxmlformats.org/officeDocument/2006/relationships/hyperlink" Target="https://statemuseum.nd.gov/exhibits/inspiration-gallery/culture" TargetMode="External"/><Relationship Id="rId14" Type="http://schemas.openxmlformats.org/officeDocument/2006/relationships/hyperlink" Target="https://supertalk1270.com/ixp/1140/p/12-things-north-dakotans-love-more-than-people-in-other-sta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