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CS Disco launches Cecilia AI Platform in the EU and UK to revolutionise legal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CS Disco, Inc., a prominent figure in AI-enhanced legal technology, has officially introduced its innovative Cecilia AI Platform to the European Union and the United Kingdom. This launch, announced on 15 October 2024, marks a significant expansion for DISCO, whose AI-driven solutions are designed to revolutionise the legal sector by aiding professionals in tackling the ever-growing volume of litigation data efficiently.</w:t>
      </w:r>
      <w:r/>
    </w:p>
    <w:p>
      <w:r/>
      <w:r>
        <w:t>The Cecilia AI Platform is equipped with a suite of sophisticated generative AI features that include Cecilia Q&amp;A, Cecilia single document Q&amp;A, and Cecilia document summaries. These tools are tailored to expedite the ediscovery process - a critical stage in litigation that involves the collection and analysis of data pertinent to legal cases. Traditionally, this process can be laborious and time-consuming, often taking days or weeks. Cecilia AI transforms these tasks, enabling legal professionals to complete them in mere hours.</w:t>
      </w:r>
      <w:r/>
    </w:p>
    <w:p>
      <w:r/>
      <w:r>
        <w:t>Richard Crum, DISCO's Chief Product Officer, highlighted the transformative nature of such AI technologies in the legal industry. He emphasised that as the legal landscape evolves with the advent of generative AI, DISCO remains committed to developing scalable solutions that empower attorneys to prioritise strategic, high-value tasks. The feedback from early adopters in the European market, echoing sentiments from users in the United States, underscores Cecilia's effectiveness, noting the tools as both swift and reliable.</w:t>
      </w:r>
      <w:r/>
    </w:p>
    <w:p>
      <w:r/>
      <w:r>
        <w:t>Cecilia's introduction brings several key functionalities to attorneys across Europe. The Cecilia Q&amp;A tool is embedded within a user's DISCO Ediscovery database, acting as an AI fact expert. It allows users to pose questions related to facts or patterns within their cases' documentation, providing responses complete with citations from the user's own database without sourcing information externally. This specificity ensures that answers are tailored to a client's unique dataset, thus enhancing accuracy and relevance.</w:t>
      </w:r>
      <w:r/>
    </w:p>
    <w:p>
      <w:r/>
      <w:r>
        <w:t>Additionally, the platform includes a single-document Q&amp;A feature, which enables legal professionals to delve into individual documents by posing natural language questions. This capability is particularly beneficial for handling documents in various languages, ensuring that lawyers can efficiently extract relevant information from non-native texts. The Cecilia document summaries feature complements this by offering concise overviews of lengthy or complex documents, an asset for busy legal teams needing to focus on critical details without wading through voluminous data.</w:t>
      </w:r>
      <w:r/>
    </w:p>
    <w:p>
      <w:r/>
      <w:r>
        <w:t>In a broader context, DISCO has been on a trajectory of developing generative AI solutions over the past 18 months, having launched five AI products in this period. The company has announced further plans to introduce additional Cecilia AI tools to the European market in 2025, signifying its commitment to expanding and refining its offerings to meet the growing demands of the legal profession. This ongoing innovation reflects DISCO's strategic vision to remain at the forefront of technological advancements within the legal sector, providing tools that dramatically improve efficiency and case outcomes for legal professionals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https://www.businesswire.com/news/home/20241015661201/en/DISCO-Officially-Launches-its-Cecilia-AI-Platform-in-Europe</w:t>
        </w:r>
      </w:hyperlink>
      <w:r>
        <w:t xml:space="preserve"> - Corroborates the official launch of DISCO's Cecilia AI Platform in the European Union and the United Kingdom, and details the features and benefits of the platform.</w:t>
      </w:r>
      <w:r/>
    </w:p>
    <w:p>
      <w:pPr>
        <w:pStyle w:val="ListNumber"/>
        <w:spacing w:line="240" w:lineRule="auto"/>
        <w:ind w:left="720"/>
      </w:pPr>
      <w:r/>
      <w:hyperlink r:id="rId11">
        <w:r>
          <w:rPr>
            <w:color w:val="0000EE"/>
            <w:u w:val="single"/>
          </w:rPr>
          <w:t>https://www.stocktitan.net/news/LAW/disco-officially-launches-its-cecilia-ai-platform-in-6agrn4bxpvv9.html</w:t>
        </w:r>
      </w:hyperlink>
      <w:r>
        <w:t xml:space="preserve"> - Supports the launch of the Cecilia AI Platform and its generative AI-driven features, including Cecilia Q&amp;A, single doc Q&amp;A, and document summaries.</w:t>
      </w:r>
      <w:r/>
    </w:p>
    <w:p>
      <w:pPr>
        <w:pStyle w:val="ListNumber"/>
        <w:spacing w:line="240" w:lineRule="auto"/>
        <w:ind w:left="720"/>
      </w:pPr>
      <w:r/>
      <w:hyperlink r:id="rId12">
        <w:r>
          <w:rPr>
            <w:color w:val="0000EE"/>
            <w:u w:val="single"/>
          </w:rPr>
          <w:t>https://csdisco.com/offerings/cecilia</w:t>
        </w:r>
      </w:hyperlink>
      <w:r>
        <w:t xml:space="preserve"> - Provides detailed information on the Cecilia AI platform's features such as Cecilia Q&amp;A, single doc Q&amp;A, and document summaries, and how they enhance the ediscovery process.</w:t>
      </w:r>
      <w:r/>
    </w:p>
    <w:p>
      <w:pPr>
        <w:pStyle w:val="ListNumber"/>
        <w:spacing w:line="240" w:lineRule="auto"/>
        <w:ind w:left="720"/>
      </w:pPr>
      <w:r/>
      <w:hyperlink r:id="rId13">
        <w:r>
          <w:rPr>
            <w:color w:val="0000EE"/>
            <w:u w:val="single"/>
          </w:rPr>
          <w:t>https://complexdiscovery.com/meet-disco-cecilia-your-ai-partner-for-efficient-legal-discovery/</w:t>
        </w:r>
      </w:hyperlink>
      <w:r>
        <w:t xml:space="preserve"> - Explains how DISCO Cecilia uses generative AI to streamline the ediscovery process, including natural language questioning and evidence citations, and highlights its integration into client databases.</w:t>
      </w:r>
      <w:r/>
    </w:p>
    <w:p>
      <w:pPr>
        <w:pStyle w:val="ListNumber"/>
        <w:spacing w:line="240" w:lineRule="auto"/>
        <w:ind w:left="720"/>
      </w:pPr>
      <w:r/>
      <w:hyperlink r:id="rId14">
        <w:r>
          <w:rPr>
            <w:color w:val="0000EE"/>
            <w:u w:val="single"/>
          </w:rPr>
          <w:t>https://csdisco.com/offerings/ediscovery/features-ai</w:t>
        </w:r>
      </w:hyperlink>
      <w:r>
        <w:t xml:space="preserve"> - Details the AI and analytics capabilities of DISCO Ediscovery, including the Cecilia AI chatbot and its role in prioritizing and guiding document review.</w:t>
      </w:r>
      <w:r/>
    </w:p>
    <w:p>
      <w:pPr>
        <w:pStyle w:val="ListNumber"/>
        <w:spacing w:line="240" w:lineRule="auto"/>
        <w:ind w:left="720"/>
      </w:pPr>
      <w:r/>
      <w:hyperlink r:id="rId10">
        <w:r>
          <w:rPr>
            <w:color w:val="0000EE"/>
            <w:u w:val="single"/>
          </w:rPr>
          <w:t>https://www.businesswire.com/news/home/20241015661201/en/DISCO-Officially-Launches-its-Cecilia-AI-Platform-in-Europe</w:t>
        </w:r>
      </w:hyperlink>
      <w:r>
        <w:t xml:space="preserve"> - Quotes Richard Crum, DISCO's Chief Product Officer, on the transformative impact of generative AI in the legal industry and the feedback from early adopters.</w:t>
      </w:r>
      <w:r/>
    </w:p>
    <w:p>
      <w:pPr>
        <w:pStyle w:val="ListNumber"/>
        <w:spacing w:line="240" w:lineRule="auto"/>
        <w:ind w:left="720"/>
      </w:pPr>
      <w:r/>
      <w:hyperlink r:id="rId11">
        <w:r>
          <w:rPr>
            <w:color w:val="0000EE"/>
            <w:u w:val="single"/>
          </w:rPr>
          <w:t>https://www.stocktitan.net/news/LAW/disco-officially-launches-its-cecilia-ai-platform-in-6agrn4bxpvv9.html</w:t>
        </w:r>
      </w:hyperlink>
      <w:r>
        <w:t xml:space="preserve"> - Mentions DISCO's plans to introduce additional Cecilia AI tools and capabilities to the European market in 2025.</w:t>
      </w:r>
      <w:r/>
    </w:p>
    <w:p>
      <w:pPr>
        <w:pStyle w:val="ListNumber"/>
        <w:spacing w:line="240" w:lineRule="auto"/>
        <w:ind w:left="720"/>
      </w:pPr>
      <w:r/>
      <w:hyperlink r:id="rId12">
        <w:r>
          <w:rPr>
            <w:color w:val="0000EE"/>
            <w:u w:val="single"/>
          </w:rPr>
          <w:t>https://csdisco.com/offerings/cecilia</w:t>
        </w:r>
      </w:hyperlink>
      <w:r>
        <w:t xml:space="preserve"> - Describes the single-document Q&amp;A feature and its ability to handle documents in various languages, as well as the document summaries feature.</w:t>
      </w:r>
      <w:r/>
    </w:p>
    <w:p>
      <w:pPr>
        <w:pStyle w:val="ListNumber"/>
        <w:spacing w:line="240" w:lineRule="auto"/>
        <w:ind w:left="720"/>
      </w:pPr>
      <w:r/>
      <w:hyperlink r:id="rId13">
        <w:r>
          <w:rPr>
            <w:color w:val="0000EE"/>
            <w:u w:val="single"/>
          </w:rPr>
          <w:t>https://complexdiscovery.com/meet-disco-cecilia-your-ai-partner-for-efficient-legal-discovery/</w:t>
        </w:r>
      </w:hyperlink>
      <w:r>
        <w:t xml:space="preserve"> - Highlights DISCO's commitment to keeping client data private and secure, and the use of proprietary technology to achieve this.</w:t>
      </w:r>
      <w:r/>
    </w:p>
    <w:p>
      <w:pPr>
        <w:pStyle w:val="ListNumber"/>
        <w:spacing w:line="240" w:lineRule="auto"/>
        <w:ind w:left="720"/>
      </w:pPr>
      <w:r/>
      <w:hyperlink r:id="rId14">
        <w:r>
          <w:rPr>
            <w:color w:val="0000EE"/>
            <w:u w:val="single"/>
          </w:rPr>
          <w:t>https://csdisco.com/offerings/ediscovery/features-ai</w:t>
        </w:r>
      </w:hyperlink>
      <w:r>
        <w:t xml:space="preserve"> - Explains how Cecilia Q&amp;A provides evidence-based answers with citations from the user's own database, ensuring accuracy and relevance.</w:t>
      </w:r>
      <w:r/>
    </w:p>
    <w:p>
      <w:pPr>
        <w:pStyle w:val="ListNumber"/>
        <w:spacing w:line="240" w:lineRule="auto"/>
        <w:ind w:left="720"/>
      </w:pPr>
      <w:r/>
      <w:hyperlink r:id="rId10">
        <w:r>
          <w:rPr>
            <w:color w:val="0000EE"/>
            <w:u w:val="single"/>
          </w:rPr>
          <w:t>https://www.businesswire.com/news/home/20241015661201/en/DISCO-Officially-Launches-its-Cecilia-AI-Platform-in-Europe</w:t>
        </w:r>
      </w:hyperlink>
      <w:r>
        <w:t xml:space="preserve"> - Discusses DISCO's broader strategy and innovation in developing generative AI solutions over the past 18 months.</w:t>
      </w:r>
      <w:r/>
    </w:p>
    <w:p>
      <w:pPr>
        <w:pStyle w:val="ListNumber"/>
        <w:spacing w:line="240" w:lineRule="auto"/>
        <w:ind w:left="720"/>
      </w:pPr>
      <w:r/>
      <w:hyperlink r:id="rId15">
        <w:r>
          <w:rPr>
            <w:color w:val="0000EE"/>
            <w:u w:val="single"/>
          </w:rPr>
          <w:t>https://www.legalitprofessionals.com/global-news/13947-disco-officially-launches-its-cecilia-ai-platform-in-europe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wire.com/news/home/20241015661201/en/DISCO-Officially-Launches-its-Cecilia-AI-Platform-in-Europe" TargetMode="External"/><Relationship Id="rId11" Type="http://schemas.openxmlformats.org/officeDocument/2006/relationships/hyperlink" Target="https://www.stocktitan.net/news/LAW/disco-officially-launches-its-cecilia-ai-platform-in-6agrn4bxpvv9.html" TargetMode="External"/><Relationship Id="rId12" Type="http://schemas.openxmlformats.org/officeDocument/2006/relationships/hyperlink" Target="https://csdisco.com/offerings/cecilia" TargetMode="External"/><Relationship Id="rId13" Type="http://schemas.openxmlformats.org/officeDocument/2006/relationships/hyperlink" Target="https://complexdiscovery.com/meet-disco-cecilia-your-ai-partner-for-efficient-legal-discovery/" TargetMode="External"/><Relationship Id="rId14" Type="http://schemas.openxmlformats.org/officeDocument/2006/relationships/hyperlink" Target="https://csdisco.com/offerings/ediscovery/features-ai" TargetMode="External"/><Relationship Id="rId15" Type="http://schemas.openxmlformats.org/officeDocument/2006/relationships/hyperlink" Target="https://www.legalitprofessionals.com/global-news/13947-disco-officially-launches-its-cecilia-ai-platform-in-europ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