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transformative impact of artificial intelligence on logistics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discussion on the Logistics Business Conversations podcast, industry experts delved into the transformative impact of artificial intelligence (AI) on the transport and logistics sectors. The episode, hosted by Peter Macleod, featured insights from Manog Tseung, Senior Vice President of Product Strategy, and Martin Parker, Director of Transportation Solutions, both from the technology company Aptean.</w:t>
      </w:r>
      <w:r/>
    </w:p>
    <w:p>
      <w:r/>
      <w:r>
        <w:t>The discussion highlighted several key areas where AI is significantly altering traditional logistics and transport practices. Among the topics covered was the application of AI in advanced route optimisation, which allows companies to determine the most efficient paths for delivery vehicles. This optimisation not only helps reduce fuel consumption and operational costs but also contributes to reducing carbon footprints, aligning with global sustainability goals.</w:t>
      </w:r>
      <w:r/>
    </w:p>
    <w:p>
      <w:r/>
      <w:r>
        <w:t>Another significant aspect explored was predictive maintenance. By utilising AI, businesses can anticipate potential equipment failures before they occur. This proactive approach to maintenance reduces downtime and extends the life of critical machinery, thus ensuring a more seamless operation and cost savings in the long term.</w:t>
      </w:r>
      <w:r/>
    </w:p>
    <w:p>
      <w:r/>
      <w:r>
        <w:t>Warehouse automation also came under the spotlight, with the podcast emphasising how AI-driven technologies are revolutionising inventory management and operations. Automated systems are capable of handling tasks that were traditionally labour-intensive, such as sorting and packing, with higher precision and efficiency. This not only speeds up processing times but also helps in maintaining accurate inventory levels, ultimately leading to better customer satisfaction.</w:t>
      </w:r>
      <w:r/>
    </w:p>
    <w:p>
      <w:r/>
      <w:r>
        <w:t>Additionally, the conversation addressed the importance of enhancing supply chain visibility. AI technologies provide enhanced data analytics, offering real-time insights into the entire supply chain process. This improved visibility allows businesses to respond more swiftly to disruptions, manage risks more effectively, and maintain robust supply chains in an increasingly complex global market.</w:t>
      </w:r>
      <w:r/>
    </w:p>
    <w:p>
      <w:r/>
      <w:r>
        <w:t>As organisations aim to stay competitive in a rapidly evolving industry landscape, the integration of AI into logistics operations is not merely recommended but increasingly essential. The podcast provided a comprehensive overview of how these innovations can be operationalised to provide actionable advantages for businesses.</w:t>
      </w:r>
      <w:r/>
    </w:p>
    <w:p>
      <w:r/>
      <w:r>
        <w:t>For those involved in logistics or simply curious about the advancements shaping the future of transport, the episode offered practical insights into the dynamic changes brought about by AI. The experts' perspectives underscored the potential for AI to not only streamline operations but also drive substantial improvements in efficiency, cost-effectiveness, and overall sustainability within the logistics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https://www2.deloitte.com/us/en/blog/business-operations-room-blog/2024/generative-ai-in-transportation-management.html</w:t>
        </w:r>
      </w:hyperlink>
      <w:r>
        <w:t xml:space="preserve"> - This article supports the claim that AI can optimize route planning and reduce operational costs, and it also discusses the broader impact of Generative AI on transportation management.</w:t>
      </w:r>
      <w:r/>
    </w:p>
    <w:p>
      <w:pPr>
        <w:pStyle w:val="ListNumber"/>
        <w:spacing w:line="240" w:lineRule="auto"/>
        <w:ind w:left="720"/>
      </w:pPr>
      <w:r/>
      <w:hyperlink r:id="rId11">
        <w:r>
          <w:rPr>
            <w:color w:val="0000EE"/>
            <w:u w:val="single"/>
          </w:rPr>
          <w:t>https://kellerlogistics.com/blog/ai-in-the-logistics-industry/</w:t>
        </w:r>
      </w:hyperlink>
      <w:r>
        <w:t xml:space="preserve"> - This source corroborates the use of AI in route optimization, predictive maintenance, and warehouse automation, highlighting how these technologies improve efficiency and reduce costs in logistics.</w:t>
      </w:r>
      <w:r/>
    </w:p>
    <w:p>
      <w:pPr>
        <w:pStyle w:val="ListNumber"/>
        <w:spacing w:line="240" w:lineRule="auto"/>
        <w:ind w:left="720"/>
      </w:pPr>
      <w:r/>
      <w:hyperlink r:id="rId12">
        <w:r>
          <w:rPr>
            <w:color w:val="0000EE"/>
            <w:u w:val="single"/>
          </w:rPr>
          <w:t>https://flatirons.com/blog/ai-in-transportation-industries/</w:t>
        </w:r>
      </w:hyperlink>
      <w:r>
        <w:t xml:space="preserve"> - This article explains how AI optimizes routing, reduces carbon emissions, and enhances supply chain management, aligning with the discussion on sustainability and efficiency.</w:t>
      </w:r>
      <w:r/>
    </w:p>
    <w:p>
      <w:pPr>
        <w:pStyle w:val="ListNumber"/>
        <w:spacing w:line="240" w:lineRule="auto"/>
        <w:ind w:left="720"/>
      </w:pPr>
      <w:r/>
      <w:hyperlink r:id="rId13">
        <w:r>
          <w:rPr>
            <w:color w:val="0000EE"/>
            <w:u w:val="single"/>
          </w:rPr>
          <w:t>https://www.sdcexec.com/transportation/fleet-management/article/22917631/eroad-how-ai-is-reshaping-transportation-and-logistics-and-why-its-good</w:t>
        </w:r>
      </w:hyperlink>
      <w:r>
        <w:t xml:space="preserve"> - This source details the role of AI in predictive maintenance, route optimization, and enhancing supply chain visibility, which are key points discussed in the podcast.</w:t>
      </w:r>
      <w:r/>
    </w:p>
    <w:p>
      <w:pPr>
        <w:pStyle w:val="ListNumber"/>
        <w:spacing w:line="240" w:lineRule="auto"/>
        <w:ind w:left="720"/>
      </w:pPr>
      <w:r/>
      <w:hyperlink r:id="rId14">
        <w:r>
          <w:rPr>
            <w:color w:val="0000EE"/>
            <w:u w:val="single"/>
          </w:rPr>
          <w:t>https://tcitransportation.com/blog/the-impact-of-artificial-intelligence-ai-on-transportation-logistics/</w:t>
        </w:r>
      </w:hyperlink>
      <w:r>
        <w:t xml:space="preserve"> - This article supports the claims about AI-driven route optimization, predictive maintenance, and the overall impact of AI on logistics operations and supply chain visibility.</w:t>
      </w:r>
      <w:r/>
    </w:p>
    <w:p>
      <w:pPr>
        <w:pStyle w:val="ListNumber"/>
        <w:spacing w:line="240" w:lineRule="auto"/>
        <w:ind w:left="720"/>
      </w:pPr>
      <w:r/>
      <w:hyperlink r:id="rId11">
        <w:r>
          <w:rPr>
            <w:color w:val="0000EE"/>
            <w:u w:val="single"/>
          </w:rPr>
          <w:t>https://kellerlogistics.com/blog/ai-in-the-logistics-industry/</w:t>
        </w:r>
      </w:hyperlink>
      <w:r>
        <w:t xml:space="preserve"> - This source provides insights into how AI is used in warehouse automation, including tasks such as sorting and packing, and how it improves inventory management.</w:t>
      </w:r>
      <w:r/>
    </w:p>
    <w:p>
      <w:pPr>
        <w:pStyle w:val="ListNumber"/>
        <w:spacing w:line="240" w:lineRule="auto"/>
        <w:ind w:left="720"/>
      </w:pPr>
      <w:r/>
      <w:hyperlink r:id="rId12">
        <w:r>
          <w:rPr>
            <w:color w:val="0000EE"/>
            <w:u w:val="single"/>
          </w:rPr>
          <w:t>https://flatirons.com/blog/ai-in-transportation-industries/</w:t>
        </w:r>
      </w:hyperlink>
      <w:r>
        <w:t xml:space="preserve"> - This article discusses the integration of AI in logistics, including its role in enhancing supply chain visibility and managing risks more effectively.</w:t>
      </w:r>
      <w:r/>
    </w:p>
    <w:p>
      <w:pPr>
        <w:pStyle w:val="ListNumber"/>
        <w:spacing w:line="240" w:lineRule="auto"/>
        <w:ind w:left="720"/>
      </w:pPr>
      <w:r/>
      <w:hyperlink r:id="rId13">
        <w:r>
          <w:rPr>
            <w:color w:val="0000EE"/>
            <w:u w:val="single"/>
          </w:rPr>
          <w:t>https://www.sdcexec.com/transportation/fleet-management/article/22917631/eroad-how-ai-is-reshaping-transportation-and-logistics-and-why-its-good</w:t>
        </w:r>
      </w:hyperlink>
      <w:r>
        <w:t xml:space="preserve"> - This source highlights the importance of AI in providing real-time insights and enhancing data analytics for better supply chain management.</w:t>
      </w:r>
      <w:r/>
    </w:p>
    <w:p>
      <w:pPr>
        <w:pStyle w:val="ListNumber"/>
        <w:spacing w:line="240" w:lineRule="auto"/>
        <w:ind w:left="720"/>
      </w:pPr>
      <w:r/>
      <w:hyperlink r:id="rId14">
        <w:r>
          <w:rPr>
            <w:color w:val="0000EE"/>
            <w:u w:val="single"/>
          </w:rPr>
          <w:t>https://tcitransportation.com/blog/the-impact-of-artificial-intelligence-ai-on-transportation-logistics/</w:t>
        </w:r>
      </w:hyperlink>
      <w:r>
        <w:t xml:space="preserve"> - This article emphasizes the role of AI in improving efficiency, cost-effectiveness, and sustainability within the logistics sector, aligning with the podcast's key points.</w:t>
      </w:r>
      <w:r/>
    </w:p>
    <w:p>
      <w:pPr>
        <w:pStyle w:val="ListNumber"/>
        <w:spacing w:line="240" w:lineRule="auto"/>
        <w:ind w:left="720"/>
      </w:pPr>
      <w:r/>
      <w:hyperlink r:id="rId11">
        <w:r>
          <w:rPr>
            <w:color w:val="0000EE"/>
            <w:u w:val="single"/>
          </w:rPr>
          <w:t>https://kellerlogistics.com/blog/ai-in-the-logistics-industry/</w:t>
        </w:r>
      </w:hyperlink>
      <w:r>
        <w:t xml:space="preserve"> - This source discusses how AI technologies, such as chatbots and automated navigation systems, streamline communication and operational tasks in logistics.</w:t>
      </w:r>
      <w:r/>
    </w:p>
    <w:p>
      <w:pPr>
        <w:pStyle w:val="ListNumber"/>
        <w:spacing w:line="240" w:lineRule="auto"/>
        <w:ind w:left="720"/>
      </w:pPr>
      <w:r/>
      <w:hyperlink r:id="rId12">
        <w:r>
          <w:rPr>
            <w:color w:val="0000EE"/>
            <w:u w:val="single"/>
          </w:rPr>
          <w:t>https://flatirons.com/blog/ai-in-transportation-industries/</w:t>
        </w:r>
      </w:hyperlink>
      <w:r>
        <w:t xml:space="preserve"> - This article explains how AI is crucial for optimizing public transportation systems, reducing traffic congestion, and improving overall operational efficiency.</w:t>
      </w:r>
      <w:r/>
    </w:p>
    <w:p>
      <w:pPr>
        <w:pStyle w:val="ListNumber"/>
        <w:spacing w:line="240" w:lineRule="auto"/>
        <w:ind w:left="720"/>
      </w:pPr>
      <w:r/>
      <w:hyperlink r:id="rId15">
        <w:r>
          <w:rPr>
            <w:color w:val="0000EE"/>
            <w:u w:val="single"/>
          </w:rPr>
          <w:t>https://www.logisticsbusiness.com/uncategorised/podcast-how-ai-is-revolutionising-transport-logistics/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2.deloitte.com/us/en/blog/business-operations-room-blog/2024/generative-ai-in-transportation-management.html" TargetMode="External"/><Relationship Id="rId11" Type="http://schemas.openxmlformats.org/officeDocument/2006/relationships/hyperlink" Target="https://kellerlogistics.com/blog/ai-in-the-logistics-industry/" TargetMode="External"/><Relationship Id="rId12" Type="http://schemas.openxmlformats.org/officeDocument/2006/relationships/hyperlink" Target="https://flatirons.com/blog/ai-in-transportation-industries/" TargetMode="External"/><Relationship Id="rId13" Type="http://schemas.openxmlformats.org/officeDocument/2006/relationships/hyperlink" Target="https://www.sdcexec.com/transportation/fleet-management/article/22917631/eroad-how-ai-is-reshaping-transportation-and-logistics-and-why-its-good" TargetMode="External"/><Relationship Id="rId14" Type="http://schemas.openxmlformats.org/officeDocument/2006/relationships/hyperlink" Target="https://tcitransportation.com/blog/the-impact-of-artificial-intelligence-ai-on-transportation-logistics/" TargetMode="External"/><Relationship Id="rId15" Type="http://schemas.openxmlformats.org/officeDocument/2006/relationships/hyperlink" Target="https://www.logisticsbusiness.com/uncategorised/podcast-how-ai-is-revolutionising-transport-logistic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