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Futuri enhances TopLine platform to empower media sales teams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Futuri, a prominent player in the media technology sector known for its AI-powered solutions, has unveiled noteworthy improvements to its TopLine sales intelligence platform. The enhancements aim to revolutionise the way media sales teams operate by providing them with instant access to comprehensive insights and eliminating tedious search processes. These improvements were officially announced by the company today.</w:t>
      </w:r>
      <w:r/>
    </w:p>
    <w:p>
      <w:r/>
      <w:r>
        <w:t>TopLine's updated capabilities focus on delivering real-time, data-driven insights tailored towards improving sales pitches through solid, actionable analytics. This new function enables sales professionals to access and utilise competitive intelligence effectively, which is crucial in crafting personalised and impactful proposals to potential clients.</w:t>
      </w:r>
      <w:r/>
    </w:p>
    <w:p>
      <w:r/>
      <w:r>
        <w:t>A significant feature introduced is the centralised account management system. This system autonomously organises and provides access to client-specific data and industry reports, all consolidated in one streamlined platform. Such a centralised system not only saves valuable time for sales teams but also facilitates the development of deeper, more meaningful relationships with clients by offering them well-rounded insights into industry trends and client needs.</w:t>
      </w:r>
      <w:r/>
    </w:p>
    <w:p>
      <w:r/>
      <w:r>
        <w:t>Additionally, the platform's new dashboard offers a streamlined workflow that minimises time wasted searching for disparate sources of information. The dashboard's intuitive design ensures that everything required by sales professionals is easily accessible, allowing them to concentrate on high-impact activities rather than administrative tasks.</w:t>
      </w:r>
      <w:r/>
    </w:p>
    <w:p>
      <w:r/>
      <w:r>
        <w:t>One of the standout features of the upgraded TopLine is its ability to generate real-time content. This includes the creation of spec spots, client marketing briefs, and personalised client profiles. Such capabilities are designed to enhance client engagement significantly and expedite the deal-closing process, providing a competitive edge in the media sales landscape.</w:t>
      </w:r>
      <w:r/>
    </w:p>
    <w:p>
      <w:r/>
      <w:r>
        <w:t>Kathy Eagle, President of Futuri's TopLine, expressed enthusiasm over the new enhancements, stating that the all-new dashboard consolidates everything sales professionals need, thus simplifying their workflow and maximising efficiency. “TopLine also automates the generation of marketing briefs and insights in real-time,” Eagle noted, highlighting how this advanced feature allows sellers to maintain a competitive advantage without extensive manual effort. The core objective, she stated, is to "free up time for what matters most: closing business.”</w:t>
      </w:r>
      <w:r/>
    </w:p>
    <w:p>
      <w:r/>
      <w:r>
        <w:t>Further emphasizing the strategic importance of these enhancements, Daniel Anstandig, CEO of Futuri, highlighted the essential role that sales research plays in the arsenal of media sales executives. He underscored TopLine's commitment to supporting thousands of sales professionals, whether from major markets or smaller ones, as they strive to secure appointments and finalise deals.</w:t>
      </w:r>
      <w:r/>
    </w:p>
    <w:p>
      <w:r/>
      <w:r>
        <w:t>In conclusion, Futuri's enhancement of the TopLine platform represents a significant leap forward for media sales teams, equipping them with the tools needed to streamline their operations and enhance productivity. By integrating these sophisticated AI-powered features, Futuri continues to advance the capabilities of sales professionals in the media industry, ensuring they are equipped to meet the demands of the modern sales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https://futurimedia.com/industries/television/</w:t>
        </w:r>
      </w:hyperlink>
      <w:r>
        <w:t xml:space="preserve"> - This link corroborates the use of AI-powered solutions by Futuri to enhance media sales and operations, particularly in the television industry.</w:t>
      </w:r>
      <w:r/>
    </w:p>
    <w:p>
      <w:pPr>
        <w:pStyle w:val="ListNumber"/>
        <w:spacing w:line="240" w:lineRule="auto"/>
        <w:ind w:left="720"/>
      </w:pPr>
      <w:r/>
      <w:hyperlink r:id="rId11">
        <w:r>
          <w:rPr>
            <w:color w:val="0000EE"/>
            <w:u w:val="single"/>
          </w:rPr>
          <w:t>https://futurimedia.com</w:t>
        </w:r>
      </w:hyperlink>
      <w:r>
        <w:t xml:space="preserve"> - This link provides an overview of Futuri's innovative AI-driven solutions, including those for media sales and content creation.</w:t>
      </w:r>
      <w:r/>
    </w:p>
    <w:p>
      <w:pPr>
        <w:pStyle w:val="ListNumber"/>
        <w:spacing w:line="240" w:lineRule="auto"/>
        <w:ind w:left="720"/>
      </w:pPr>
      <w:r/>
      <w:hyperlink r:id="rId12">
        <w:r>
          <w:rPr>
            <w:color w:val="0000EE"/>
            <w:u w:val="single"/>
          </w:rPr>
          <w:t>https://futurimedia.com/about-futuri/</w:t>
        </w:r>
      </w:hyperlink>
      <w:r>
        <w:t xml:space="preserve"> - This link details Futuri's mission, leadership, and the scope of their AI-powered solutions, including those for sales intelligence and client engagement.</w:t>
      </w:r>
      <w:r/>
    </w:p>
    <w:p>
      <w:pPr>
        <w:pStyle w:val="ListNumber"/>
        <w:spacing w:line="240" w:lineRule="auto"/>
        <w:ind w:left="720"/>
      </w:pPr>
      <w:r/>
      <w:hyperlink r:id="rId13">
        <w:r>
          <w:rPr>
            <w:color w:val="0000EE"/>
            <w:u w:val="single"/>
          </w:rPr>
          <w:t>https://futurimedia.com/industries/radio/</w:t>
        </w:r>
      </w:hyperlink>
      <w:r>
        <w:t xml:space="preserve"> - This link explains how Futuri's AI solutions, such as TopLine and AudioAI, are used in the radio industry to improve sales and content creation.</w:t>
      </w:r>
      <w:r/>
    </w:p>
    <w:p>
      <w:pPr>
        <w:pStyle w:val="ListNumber"/>
        <w:spacing w:line="240" w:lineRule="auto"/>
        <w:ind w:left="720"/>
      </w:pPr>
      <w:r/>
      <w:hyperlink r:id="rId14">
        <w:r>
          <w:rPr>
            <w:color w:val="0000EE"/>
            <w:u w:val="single"/>
          </w:rPr>
          <w:t>https://www.prnewswire.com/news-releases/futuri-audioai-introduces-live-ai-powered-co-hosts-and-callerai-302113811.html</w:t>
        </w:r>
      </w:hyperlink>
      <w:r>
        <w:t xml:space="preserve"> - This link highlights Futuri's advancements in AI technology, including real-time interactions and automated content creation, which align with the enhanced capabilities of TopLine.</w:t>
      </w:r>
      <w:r/>
    </w:p>
    <w:p>
      <w:pPr>
        <w:pStyle w:val="ListNumber"/>
        <w:spacing w:line="240" w:lineRule="auto"/>
        <w:ind w:left="720"/>
      </w:pPr>
      <w:r/>
      <w:hyperlink r:id="rId11">
        <w:r>
          <w:rPr>
            <w:color w:val="0000EE"/>
            <w:u w:val="single"/>
          </w:rPr>
          <w:t>https://futurimedia.com</w:t>
        </w:r>
      </w:hyperlink>
      <w:r>
        <w:t xml:space="preserve"> - This link mentions TopLine® as a sales intelligence system designed to enhance local advertising sales and expedite the sales cycle, aligning with the article's description of TopLine's enhancements.</w:t>
      </w:r>
      <w:r/>
    </w:p>
    <w:p>
      <w:pPr>
        <w:pStyle w:val="ListNumber"/>
        <w:spacing w:line="240" w:lineRule="auto"/>
        <w:ind w:left="720"/>
      </w:pPr>
      <w:r/>
      <w:hyperlink r:id="rId10">
        <w:r>
          <w:rPr>
            <w:color w:val="0000EE"/>
            <w:u w:val="single"/>
          </w:rPr>
          <w:t>https://futurimedia.com/industries/television/</w:t>
        </w:r>
      </w:hyperlink>
      <w:r>
        <w:t xml:space="preserve"> - This link discusses how Futuri's AI solutions help TV networks and sales managers by providing real-time insights and automating tasks, similar to the enhanced features of TopLine.</w:t>
      </w:r>
      <w:r/>
    </w:p>
    <w:p>
      <w:pPr>
        <w:pStyle w:val="ListNumber"/>
        <w:spacing w:line="240" w:lineRule="auto"/>
        <w:ind w:left="720"/>
      </w:pPr>
      <w:r/>
      <w:hyperlink r:id="rId12">
        <w:r>
          <w:rPr>
            <w:color w:val="0000EE"/>
            <w:u w:val="single"/>
          </w:rPr>
          <w:t>https://futurimedia.com/about-futuri/</w:t>
        </w:r>
      </w:hyperlink>
      <w:r>
        <w:t xml:space="preserve"> - This link mentions the leadership and their focus on innovating AI solutions for media companies, which includes the development of streamlined sales tools like TopLine.</w:t>
      </w:r>
      <w:r/>
    </w:p>
    <w:p>
      <w:pPr>
        <w:pStyle w:val="ListNumber"/>
        <w:spacing w:line="240" w:lineRule="auto"/>
        <w:ind w:left="720"/>
      </w:pPr>
      <w:r/>
      <w:hyperlink r:id="rId13">
        <w:r>
          <w:rPr>
            <w:color w:val="0000EE"/>
            <w:u w:val="single"/>
          </w:rPr>
          <w:t>https://futurimedia.com/industries/radio/</w:t>
        </w:r>
      </w:hyperlink>
      <w:r>
        <w:t xml:space="preserve"> - This link details the use of AI in generating real-time content, such as spec spots and client profiles, which is a key feature of the enhanced TopLine platform.</w:t>
      </w:r>
      <w:r/>
    </w:p>
    <w:p>
      <w:pPr>
        <w:pStyle w:val="ListNumber"/>
        <w:spacing w:line="240" w:lineRule="auto"/>
        <w:ind w:left="720"/>
      </w:pPr>
      <w:r/>
      <w:hyperlink r:id="rId14">
        <w:r>
          <w:rPr>
            <w:color w:val="0000EE"/>
            <w:u w:val="single"/>
          </w:rPr>
          <w:t>https://www.prnewswire.com/news-releases/futuri-audioai-introduces-live-ai-powered-co-hosts-and-callerai-302113811.html</w:t>
        </w:r>
      </w:hyperlink>
      <w:r>
        <w:t xml:space="preserve"> - This link emphasizes Futuri's commitment to advancing AI technology to support media professionals, aligning with the strategic importance of TopLine's enhancements.</w:t>
      </w:r>
      <w:r/>
    </w:p>
    <w:p>
      <w:pPr>
        <w:pStyle w:val="ListNumber"/>
        <w:spacing w:line="240" w:lineRule="auto"/>
        <w:ind w:left="720"/>
      </w:pPr>
      <w:r/>
      <w:hyperlink r:id="rId11">
        <w:r>
          <w:rPr>
            <w:color w:val="0000EE"/>
            <w:u w:val="single"/>
          </w:rPr>
          <w:t>https://futurimedia.com</w:t>
        </w:r>
      </w:hyperlink>
      <w:r>
        <w:t xml:space="preserve"> - This link highlights Futuri's goal of helping media companies grow their audience and revenue through innovative AI solutions, including the enhanced TopLine platform.</w:t>
      </w:r>
      <w:r/>
    </w:p>
    <w:p>
      <w:pPr>
        <w:pStyle w:val="ListNumber"/>
        <w:spacing w:line="240" w:lineRule="auto"/>
        <w:ind w:left="720"/>
      </w:pPr>
      <w:r/>
      <w:hyperlink r:id="rId15">
        <w:r>
          <w:rPr>
            <w:color w:val="0000EE"/>
            <w:u w:val="single"/>
          </w:rPr>
          <w:t>https://tvnewscheck.com/business/article/futuri-debuts-enhancements-to-ai-powered-topline-sales-intelligence-platform/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media.com/industries/television/" TargetMode="External"/><Relationship Id="rId11" Type="http://schemas.openxmlformats.org/officeDocument/2006/relationships/hyperlink" Target="https://futurimedia.com" TargetMode="External"/><Relationship Id="rId12" Type="http://schemas.openxmlformats.org/officeDocument/2006/relationships/hyperlink" Target="https://futurimedia.com/about-futuri/" TargetMode="External"/><Relationship Id="rId13" Type="http://schemas.openxmlformats.org/officeDocument/2006/relationships/hyperlink" Target="https://futurimedia.com/industries/radio/" TargetMode="External"/><Relationship Id="rId14" Type="http://schemas.openxmlformats.org/officeDocument/2006/relationships/hyperlink" Target="https://www.prnewswire.com/news-releases/futuri-audioai-introduces-live-ai-powered-co-hosts-and-callerai-302113811.html" TargetMode="External"/><Relationship Id="rId15" Type="http://schemas.openxmlformats.org/officeDocument/2006/relationships/hyperlink" Target="https://tvnewscheck.com/business/article/futuri-debuts-enhancements-to-ai-powered-topline-sales-intelligence-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