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Shopping experience with AI-driven updates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a suite of dynamic updates to its Shopping experience, integrating advanced artificial intelligence (AI) to provide users with a more personalised and insightful online purchasing process. The enhancements, revealed on Tuesday, incorporate AI-generated summaries, a refreshed homepage, and tailored deal pages, marking a significant upgrade to how users interact with Google Shopping.</w:t>
      </w:r>
      <w:r/>
    </w:p>
    <w:p>
      <w:r/>
      <w:r>
        <w:t>One of the pivotal elements of this update is the introduction of AI-generated briefs. These briefs are designed to furnish users with comprehensive insights on products that align with their specific needs. For instance, typing "Men's winter jacket for Seattle" into the search bar now prompts an AI-generated brief detailing pertinent considerations such as the necessity for water resistance or waterproofing in Seattle's rainy climate, or the appropriate insulation materials conducive to the region's typical weather conditions. These briefs aim to streamline the decision-making process by highlighting why certain products are deemed suitable, making shopping more efficient for users seeking products tailored to precise requirements.</w:t>
      </w:r>
      <w:r/>
    </w:p>
    <w:p>
      <w:r/>
      <w:r>
        <w:t>In addition to AI briefs, Google Shopping now showcases a revamped homepage featuring a personalised feed. This feed, accessible by clicking the Google Shopping logo or visiting the designated webpage, offers shoppable products and engaging video content that resonate with individual user preferences. The feed draws inspiration from social media platforms known for their interactive and visual content, deploying a scrollable design reminiscent of TikTok's service. It provides suggestions on various items such as Chelsea boots and hiking jackets, complete with popular brand offerings and YouTube Shorts discussing crucial purchasing factors.</w:t>
      </w:r>
      <w:r/>
    </w:p>
    <w:p>
      <w:r/>
      <w:r>
        <w:t xml:space="preserve">The updated Google Shopping interface also includes a new "Deals" tab, unveiling a page replete with personalised offers. This feature gives users quick access to curated deals, aiding bargain hunters in navigating through a broad spectrum of discounts tailored to their shopping habits and preferences. </w:t>
      </w:r>
      <w:r/>
    </w:p>
    <w:p>
      <w:r/>
      <w:r>
        <w:t>Furthermore, dynamic filters are now embedded within the platform, enabling users to apply specific search criteria more effectively. This allows users to refine their searches with factors such as size or the availability of products in nearby locations, offering a seamless shopping experience that prioritises convenience and accessibility.</w:t>
      </w:r>
      <w:r/>
    </w:p>
    <w:p>
      <w:r/>
      <w:r>
        <w:t>The rollout, which begins in the United States, promises a transformation in consumer interaction with Google Shopping. Google is cautious, labelling the AI briefs as "experimental" due to their AI-generated nature, acknowledging there may be occasional lapses in accuracy. Despite this, the tech giant encourages user feedback, illustrating its commitment to refining these tools to enhance user satisfaction continuously.</w:t>
      </w:r>
      <w:r/>
    </w:p>
    <w:p>
      <w:r/>
      <w:r>
        <w:t>These advancements follow Google's application of generative AI to its Search function earlier in 2023, reflecting its broader strategy to leverage AI technology across its platforms. The updates are also part of Google's efforts to maintain its competitive edge in the face of growing competition from other platforms, such as TikTok, which has gained traction in online shopping through features like TikTok Shop.</w:t>
      </w:r>
      <w:r/>
    </w:p>
    <w:p>
      <w:r/>
      <w:r>
        <w:t>Overall, the integration of AI into Google Shopping marks a notable evolution in the way consumers can explore and purchase products online, adapting the process to be more intuitive and tailored to individual consumer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https://www.businessinsider.com/google-shopping-ai-features-2024-10</w:t>
        </w:r>
      </w:hyperlink>
      <w:r>
        <w:t xml:space="preserve"> - Corroborates the introduction of AI-generated briefs, personalized recommendations, and the new deals page in Google Shopping.</w:t>
      </w:r>
      <w:r/>
    </w:p>
    <w:p>
      <w:pPr>
        <w:pStyle w:val="ListNumber"/>
        <w:spacing w:line="240" w:lineRule="auto"/>
        <w:ind w:left="720"/>
      </w:pPr>
      <w:r/>
      <w:hyperlink r:id="rId11">
        <w:r>
          <w:rPr>
            <w:color w:val="0000EE"/>
            <w:u w:val="single"/>
          </w:rPr>
          <w:t>https://finance.yahoo.com/news/google-shopping-is-getting-an-ai-upgrade-as-alphabet-looks-to-monetize-investments-130047201.html</w:t>
        </w:r>
      </w:hyperlink>
      <w:r>
        <w:t xml:space="preserve"> - Supports the details about AI-powered summaries, personalized deals pages, and the use of Gemini AI models in Google Shopping.</w:t>
      </w:r>
      <w:r/>
    </w:p>
    <w:p>
      <w:pPr>
        <w:pStyle w:val="ListNumber"/>
        <w:spacing w:line="240" w:lineRule="auto"/>
        <w:ind w:left="720"/>
      </w:pPr>
      <w:r/>
      <w:hyperlink r:id="rId12">
        <w:r>
          <w:rPr>
            <w:color w:val="0000EE"/>
            <w:u w:val="single"/>
          </w:rPr>
          <w:t>https://blog.google/products/shopping/google-shopping-ai-update-october-2024/</w:t>
        </w:r>
      </w:hyperlink>
      <w:r>
        <w:t xml:space="preserve"> - Provides information on the AI-generated briefs, personalized shopping home, and the integration of virtual try-on and dynamic filters in Google Shopping.</w:t>
      </w:r>
      <w:r/>
    </w:p>
    <w:p>
      <w:pPr>
        <w:pStyle w:val="ListNumber"/>
        <w:spacing w:line="240" w:lineRule="auto"/>
        <w:ind w:left="720"/>
      </w:pPr>
      <w:r/>
      <w:hyperlink r:id="rId13">
        <w:r>
          <w:rPr>
            <w:color w:val="0000EE"/>
            <w:u w:val="single"/>
          </w:rPr>
          <w:t>https://www.zdnet.com/article/google-shopping-gets-a-facelift-featuring-ai-heres-how-to-access/</w:t>
        </w:r>
      </w:hyperlink>
      <w:r>
        <w:t xml:space="preserve"> - Details the AI-generated briefs, personalized feed, and the new deals page, along with the experimental nature of AI briefs and the call for user feedback.</w:t>
      </w:r>
      <w:r/>
    </w:p>
    <w:p>
      <w:pPr>
        <w:pStyle w:val="ListNumber"/>
        <w:spacing w:line="240" w:lineRule="auto"/>
        <w:ind w:left="720"/>
      </w:pPr>
      <w:r/>
      <w:hyperlink r:id="rId14">
        <w:r>
          <w:rPr>
            <w:color w:val="0000EE"/>
            <w:u w:val="single"/>
          </w:rPr>
          <w:t>https://searchengineland.com/google-unveils-ai-powered-google-shopping-overhaul-447493</w:t>
        </w:r>
      </w:hyperlink>
      <w:r>
        <w:t xml:space="preserve"> - Corroborates the AI-enhanced product searches, dynamic filters, virtual try-ons, and the personalized home feed and deals page in the updated Google Shopping.</w:t>
      </w:r>
      <w:r/>
    </w:p>
    <w:p>
      <w:pPr>
        <w:pStyle w:val="ListNumber"/>
        <w:spacing w:line="240" w:lineRule="auto"/>
        <w:ind w:left="720"/>
      </w:pPr>
      <w:r/>
      <w:hyperlink r:id="rId10">
        <w:r>
          <w:rPr>
            <w:color w:val="0000EE"/>
            <w:u w:val="single"/>
          </w:rPr>
          <w:t>https://www.businessinsider.com/google-shopping-ai-features-2024-10</w:t>
        </w:r>
      </w:hyperlink>
      <w:r>
        <w:t xml:space="preserve"> - Explains the personalized feed and its similarity to social media platforms, as well as the ability to pick up where users left off in their shopping session.</w:t>
      </w:r>
      <w:r/>
    </w:p>
    <w:p>
      <w:pPr>
        <w:pStyle w:val="ListNumber"/>
        <w:spacing w:line="240" w:lineRule="auto"/>
        <w:ind w:left="720"/>
      </w:pPr>
      <w:r/>
      <w:hyperlink r:id="rId11">
        <w:r>
          <w:rPr>
            <w:color w:val="0000EE"/>
            <w:u w:val="single"/>
          </w:rPr>
          <w:t>https://finance.yahoo.com/news/google-shopping-is-getting-an-ai-upgrade-as-alphabet-looks-to-monetize-investments-130047201.html</w:t>
        </w:r>
      </w:hyperlink>
      <w:r>
        <w:t xml:space="preserve"> - Discusses the rollout in the U.S. and Google's caution with labeling AI briefs as 'experimental' due to potential inaccuracies.</w:t>
      </w:r>
      <w:r/>
    </w:p>
    <w:p>
      <w:pPr>
        <w:pStyle w:val="ListNumber"/>
        <w:spacing w:line="240" w:lineRule="auto"/>
        <w:ind w:left="720"/>
      </w:pPr>
      <w:r/>
      <w:hyperlink r:id="rId12">
        <w:r>
          <w:rPr>
            <w:color w:val="0000EE"/>
            <w:u w:val="single"/>
          </w:rPr>
          <w:t>https://blog.google/products/shopping/google-shopping-ai-update-october-2024/</w:t>
        </w:r>
      </w:hyperlink>
      <w:r>
        <w:t xml:space="preserve"> - Details the integration of AI into Google Shopping as part of Google's broader strategy to leverage AI across its platforms.</w:t>
      </w:r>
      <w:r/>
    </w:p>
    <w:p>
      <w:pPr>
        <w:pStyle w:val="ListNumber"/>
        <w:spacing w:line="240" w:lineRule="auto"/>
        <w:ind w:left="720"/>
      </w:pPr>
      <w:r/>
      <w:hyperlink r:id="rId13">
        <w:r>
          <w:rPr>
            <w:color w:val="0000EE"/>
            <w:u w:val="single"/>
          </w:rPr>
          <w:t>https://www.zdnet.com/article/google-shopping-gets-a-facelift-featuring-ai-heres-how-to-access/</w:t>
        </w:r>
      </w:hyperlink>
      <w:r>
        <w:t xml:space="preserve"> - Supports the use of dynamic filters to refine searches based on factors like size or product availability.</w:t>
      </w:r>
      <w:r/>
    </w:p>
    <w:p>
      <w:pPr>
        <w:pStyle w:val="ListNumber"/>
        <w:spacing w:line="240" w:lineRule="auto"/>
        <w:ind w:left="720"/>
      </w:pPr>
      <w:r/>
      <w:hyperlink r:id="rId14">
        <w:r>
          <w:rPr>
            <w:color w:val="0000EE"/>
            <w:u w:val="single"/>
          </w:rPr>
          <w:t>https://searchengineland.com/google-unveils-ai-powered-google-shopping-overhaul-447493</w:t>
        </w:r>
      </w:hyperlink>
      <w:r>
        <w:t xml:space="preserve"> - Highlights the importance of the update for enhanced targeting opportunities and a more personalized shopping experience.</w:t>
      </w:r>
      <w:r/>
    </w:p>
    <w:p>
      <w:pPr>
        <w:pStyle w:val="ListNumber"/>
        <w:spacing w:line="240" w:lineRule="auto"/>
        <w:ind w:left="720"/>
      </w:pPr>
      <w:r/>
      <w:hyperlink r:id="rId11">
        <w:r>
          <w:rPr>
            <w:color w:val="0000EE"/>
            <w:u w:val="single"/>
          </w:rPr>
          <w:t>https://finance.yahoo.com/news/google-shopping-is-getting-an-ai-upgrade-as-alphabet-looks-to-monetize-investments-130047201.html</w:t>
        </w:r>
      </w:hyperlink>
      <w:r>
        <w:t xml:space="preserve"> - Mentions Google's competitive efforts in the face of growing competition from other platforms like TikTok.</w:t>
      </w:r>
      <w:r/>
    </w:p>
    <w:p>
      <w:pPr>
        <w:pStyle w:val="ListNumber"/>
        <w:spacing w:line="240" w:lineRule="auto"/>
        <w:ind w:left="720"/>
      </w:pPr>
      <w:r/>
      <w:hyperlink r:id="rId15">
        <w:r>
          <w:rPr>
            <w:color w:val="0000EE"/>
            <w:u w:val="single"/>
          </w:rPr>
          <w:t>https://www.zdnet.com/article/google-shopping-gets-a-facelift-featuring-ai-heres-how-to-access/#ftag=RSSbaffb68</w:t>
        </w:r>
      </w:hyperlink>
      <w:r>
        <w:t xml:space="preserve"> - Please view link - unable to able to access data</w:t>
      </w:r>
      <w:r/>
    </w:p>
    <w:p>
      <w:pPr>
        <w:pStyle w:val="ListNumber"/>
        <w:spacing w:line="240" w:lineRule="auto"/>
        <w:ind w:left="720"/>
      </w:pPr>
      <w:r/>
      <w:hyperlink r:id="rId16">
        <w:r>
          <w:rPr>
            <w:color w:val="0000EE"/>
            <w:u w:val="single"/>
          </w:rPr>
          <w:t>https://techcrunch.com/2024/10/15/google-supercharges-shopping-tab-with-ai-and-personalized-recommendation-feed/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google-shopping-ai-features-2024-10" TargetMode="External"/><Relationship Id="rId11" Type="http://schemas.openxmlformats.org/officeDocument/2006/relationships/hyperlink" Target="https://finance.yahoo.com/news/google-shopping-is-getting-an-ai-upgrade-as-alphabet-looks-to-monetize-investments-130047201.html" TargetMode="External"/><Relationship Id="rId12" Type="http://schemas.openxmlformats.org/officeDocument/2006/relationships/hyperlink" Target="https://blog.google/products/shopping/google-shopping-ai-update-october-2024/" TargetMode="External"/><Relationship Id="rId13" Type="http://schemas.openxmlformats.org/officeDocument/2006/relationships/hyperlink" Target="https://www.zdnet.com/article/google-shopping-gets-a-facelift-featuring-ai-heres-how-to-access/" TargetMode="External"/><Relationship Id="rId14" Type="http://schemas.openxmlformats.org/officeDocument/2006/relationships/hyperlink" Target="https://searchengineland.com/google-unveils-ai-powered-google-shopping-overhaul-447493" TargetMode="External"/><Relationship Id="rId15" Type="http://schemas.openxmlformats.org/officeDocument/2006/relationships/hyperlink" Target="https://www.zdnet.com/article/google-shopping-gets-a-facelift-featuring-ai-heres-how-to-access/#ftag=RSSbaffb68" TargetMode="External"/><Relationship Id="rId16" Type="http://schemas.openxmlformats.org/officeDocument/2006/relationships/hyperlink" Target="https://techcrunch.com/2024/10/15/google-supercharges-shopping-tab-with-ai-and-personalized-recommendation-f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