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Hingham High School family files lawsuit over AI usage in student assignment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legal case that could potentially influence educational policies across Massachusetts, the family of a Hingham High School student has filed a lawsuit against the school. The dispute arose after the student was penalised for utilising artificial intelligence (AI) in the completion of a history paper, an action the school deemed to be cheating. </w:t>
      </w:r>
      <w:r/>
    </w:p>
    <w:p>
      <w:r/>
      <w:r>
        <w:t>The parents, Jennifer and Dale Harris, argue that their son was unfairly punished due to the absence of clear guidelines on AI usage at the time he submitted his assignment. According to the Harrises, the school's handbook made no mention of AI, and policies concerning AI were only incorporated after the incident with their son occurred. This, they claim, led to punitive measures being enforced based on a non-existent rule.</w:t>
      </w:r>
      <w:r/>
    </w:p>
    <w:p>
      <w:r/>
      <w:r>
        <w:t>Jennifer Harris, a writer, and her husband Dale, a school teacher, assert that their son employed AI merely as a research aid rather than for writing the paper. Despite this, the school's administration took a contrary stance, choosing to impose a detention on the student and reducing his grades. This disciplinary action has had broader implications for the student, affecting his eligibility for the National Honour Society and potentially jeopardising his applications to prestigious universities such as Stanford and MIT. He has already missed the chance to apply through rolling admissions.</w:t>
      </w:r>
      <w:r/>
    </w:p>
    <w:p>
      <w:r/>
      <w:r>
        <w:t>Dale Harris remarked, "In my lay opinion, they violated his civil rights. They treated him and punished him more severely than other students." Jennifer added that their son achieved a perfect score on his ACTs and expressed concern over the impact this could have on his academic future.</w:t>
      </w:r>
      <w:r/>
    </w:p>
    <w:p>
      <w:r/>
      <w:r>
        <w:t>The family is represented by attorney Peter Farrell, who emphasises that their case highlights the urgency of establishing well-defined AI policies within educational environments. "There's a wide gulf of information out there that says AI isn't plagiarism," Farrell noted, pointing out the need for clarity and uniformity in policy.</w:t>
      </w:r>
      <w:r/>
    </w:p>
    <w:p>
      <w:r/>
      <w:r>
        <w:t>The Harrises are calling for the school to revise its AI policies, seeking guidelines that are coherent and easily communicated to both teachers and students. Jennifer Harris stated, "I'd also like them to put in place an AI policy that makes sense, that the teachers understand and can then articulate to the students."</w:t>
      </w:r>
      <w:r/>
    </w:p>
    <w:p>
      <w:r/>
      <w:r>
        <w:t>While some of the consequences faced by their son, such as the order to redo the paper and the detention, cannot be reversed, Dale Harris believes corrective actions are still possible. "You can't undo some of these punishments, but there are some things that you can fix right now," he said.</w:t>
      </w:r>
      <w:r/>
    </w:p>
    <w:p>
      <w:r/>
      <w:r>
        <w:t>The legal proceedings on this case are set to be heard in federal court, and the outcome could prompt broader discussions about AI use in academic settings. The school maintains that it has spoken to students regarding the acceptable use of AI and claims to have policies regulating it. However, the resolution of this case could steer how educational institutions refine their approach to rapidly evolving technological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https://www.latintimes.com/student-was-punished-using-ai-write-paper-now-his-parents-are-suing-school-they-violated-562180</w:t>
        </w:r>
      </w:hyperlink>
      <w:r>
        <w:t xml:space="preserve"> - This article corroborates the claim that the parents, Jennifer and Dale Harris, are suing Hingham High School because their son was punished for using AI to help complete a history paper.</w:t>
      </w:r>
      <w:r/>
    </w:p>
    <w:p>
      <w:pPr>
        <w:pStyle w:val="ListNumber"/>
        <w:spacing w:line="240" w:lineRule="auto"/>
        <w:ind w:left="720"/>
      </w:pPr>
      <w:r/>
      <w:hyperlink r:id="rId11">
        <w:r>
          <w:rPr>
            <w:color w:val="0000EE"/>
            <w:u w:val="single"/>
          </w:rPr>
          <w:t>https://www.wickedlocal.com/story/news/2024/10/14/ai-lawsuit-hingham-high-public-schools-discipline-civil-rights-education-harris/75591420007/</w:t>
        </w:r>
      </w:hyperlink>
      <w:r>
        <w:t xml:space="preserve"> - This article supports the details of the lawsuit, including the parents' argument that the school lacked clear guidelines on AI usage and the punitive measures taken against their son.</w:t>
      </w:r>
      <w:r/>
    </w:p>
    <w:p>
      <w:pPr>
        <w:pStyle w:val="ListNumber"/>
        <w:spacing w:line="240" w:lineRule="auto"/>
        <w:ind w:left="720"/>
      </w:pPr>
      <w:r/>
      <w:hyperlink r:id="rId12">
        <w:r>
          <w:rPr>
            <w:color w:val="0000EE"/>
            <w:u w:val="single"/>
          </w:rPr>
          <w:t>https://twitter.com/PatriotLedger/status/1845751482210976148</w:t>
        </w:r>
      </w:hyperlink>
      <w:r>
        <w:t xml:space="preserve"> - This tweet confirms that the parents of a Hingham High School student are suing the school after their son was penalized for using AI on a research project.</w:t>
      </w:r>
      <w:r/>
    </w:p>
    <w:p>
      <w:pPr>
        <w:pStyle w:val="ListNumber"/>
        <w:spacing w:line="240" w:lineRule="auto"/>
        <w:ind w:left="720"/>
      </w:pPr>
      <w:r/>
      <w:hyperlink r:id="rId10">
        <w:r>
          <w:rPr>
            <w:color w:val="0000EE"/>
            <w:u w:val="single"/>
          </w:rPr>
          <w:t>https://www.latintimes.com/student-was-punished-using-ai-write-paper-now-his-parents-are-suing-school-they-violated-562180</w:t>
        </w:r>
      </w:hyperlink>
      <w:r>
        <w:t xml:space="preserve"> - This article explains that the school's handbook did not mention AI at the time of the incident, and policies concerning AI were only incorporated after the incident.</w:t>
      </w:r>
      <w:r/>
    </w:p>
    <w:p>
      <w:pPr>
        <w:pStyle w:val="ListNumber"/>
        <w:spacing w:line="240" w:lineRule="auto"/>
        <w:ind w:left="720"/>
      </w:pPr>
      <w:r/>
      <w:hyperlink r:id="rId11">
        <w:r>
          <w:rPr>
            <w:color w:val="0000EE"/>
            <w:u w:val="single"/>
          </w:rPr>
          <w:t>https://www.wickedlocal.com/story/news/2024/10/14/ai-lawsuit-hingham-high-public-schools-discipline-civil-rights-education-harris/75591420007/</w:t>
        </w:r>
      </w:hyperlink>
      <w:r>
        <w:t xml:space="preserve"> - This article details the disciplinary actions taken by the school, including detention and reduced grades, and their broader implications for the student's academic future.</w:t>
      </w:r>
      <w:r/>
    </w:p>
    <w:p>
      <w:pPr>
        <w:pStyle w:val="ListNumber"/>
        <w:spacing w:line="240" w:lineRule="auto"/>
        <w:ind w:left="720"/>
      </w:pPr>
      <w:r/>
      <w:hyperlink r:id="rId10">
        <w:r>
          <w:rPr>
            <w:color w:val="0000EE"/>
            <w:u w:val="single"/>
          </w:rPr>
          <w:t>https://www.latintimes.com/student-was-punished-using-ai-write-paper-now-his-parents-are-suing-school-they-violated-562180</w:t>
        </w:r>
      </w:hyperlink>
      <w:r>
        <w:t xml:space="preserve"> - This article quotes Dale Harris stating that the school violated his son's civil rights and treated him more severely than other students.</w:t>
      </w:r>
      <w:r/>
    </w:p>
    <w:p>
      <w:pPr>
        <w:pStyle w:val="ListNumber"/>
        <w:spacing w:line="240" w:lineRule="auto"/>
        <w:ind w:left="720"/>
      </w:pPr>
      <w:r/>
      <w:hyperlink r:id="rId11">
        <w:r>
          <w:rPr>
            <w:color w:val="0000EE"/>
            <w:u w:val="single"/>
          </w:rPr>
          <w:t>https://www.wickedlocal.com/story/news/2024/10/14/ai-lawsuit-hingham-high-public-schools-discipline-civil-rights-education-harris/75591420007/</w:t>
        </w:r>
      </w:hyperlink>
      <w:r>
        <w:t xml:space="preserve"> - This article mentions Jennifer Harris's concern about the impact of the disciplinary action on her son's academic future, including his eligibility for prestigious universities.</w:t>
      </w:r>
      <w:r/>
    </w:p>
    <w:p>
      <w:pPr>
        <w:pStyle w:val="ListNumber"/>
        <w:spacing w:line="240" w:lineRule="auto"/>
        <w:ind w:left="720"/>
      </w:pPr>
      <w:r/>
      <w:hyperlink r:id="rId10">
        <w:r>
          <w:rPr>
            <w:color w:val="0000EE"/>
            <w:u w:val="single"/>
          </w:rPr>
          <w:t>https://www.latintimes.com/student-was-punished-using-ai-write-paper-now-his-parents-are-suing-school-they-violated-562180</w:t>
        </w:r>
      </w:hyperlink>
      <w:r>
        <w:t xml:space="preserve"> - This article highlights attorney Peter Farrell's emphasis on the need for well-defined AI policies in educational environments.</w:t>
      </w:r>
      <w:r/>
    </w:p>
    <w:p>
      <w:pPr>
        <w:pStyle w:val="ListNumber"/>
        <w:spacing w:line="240" w:lineRule="auto"/>
        <w:ind w:left="720"/>
      </w:pPr>
      <w:r/>
      <w:hyperlink r:id="rId11">
        <w:r>
          <w:rPr>
            <w:color w:val="0000EE"/>
            <w:u w:val="single"/>
          </w:rPr>
          <w:t>https://www.wickedlocal.com/story/news/2024/10/14/ai-lawsuit-hingham-high-public-schools-discipline-civil-rights-education-harris/75591420007/</w:t>
        </w:r>
      </w:hyperlink>
      <w:r>
        <w:t xml:space="preserve"> - This article explains the Harrises' call for the school to revise its AI policies to make them coherent and easily communicated to both teachers and students.</w:t>
      </w:r>
      <w:r/>
    </w:p>
    <w:p>
      <w:pPr>
        <w:pStyle w:val="ListNumber"/>
        <w:spacing w:line="240" w:lineRule="auto"/>
        <w:ind w:left="720"/>
      </w:pPr>
      <w:r/>
      <w:hyperlink r:id="rId10">
        <w:r>
          <w:rPr>
            <w:color w:val="0000EE"/>
            <w:u w:val="single"/>
          </w:rPr>
          <w:t>https://www.latintimes.com/student-was-punished-using-ai-write-paper-now-his-parents-are-suing-school-they-violated-562180</w:t>
        </w:r>
      </w:hyperlink>
      <w:r>
        <w:t xml:space="preserve"> - This article mentions Dale Harris's belief that while some punishments cannot be reversed, corrective actions are still possible.</w:t>
      </w:r>
      <w:r/>
    </w:p>
    <w:p>
      <w:pPr>
        <w:pStyle w:val="ListNumber"/>
        <w:spacing w:line="240" w:lineRule="auto"/>
        <w:ind w:left="720"/>
      </w:pPr>
      <w:r/>
      <w:hyperlink r:id="rId11">
        <w:r>
          <w:rPr>
            <w:color w:val="0000EE"/>
            <w:u w:val="single"/>
          </w:rPr>
          <w:t>https://www.wickedlocal.com/story/news/2024/10/14/ai-lawsuit-hingham-high-public-schools-discipline-civil-rights-education-harris/75591420007/</w:t>
        </w:r>
      </w:hyperlink>
      <w:r>
        <w:t xml:space="preserve"> - This article notes that the legal proceedings are set to be heard in federal court and could influence broader discussions about AI use in academic settings.</w:t>
      </w:r>
      <w:r/>
    </w:p>
    <w:p>
      <w:pPr>
        <w:pStyle w:val="ListNumber"/>
        <w:spacing w:line="240" w:lineRule="auto"/>
        <w:ind w:left="720"/>
      </w:pPr>
      <w:r/>
      <w:hyperlink r:id="rId13">
        <w:r>
          <w:rPr>
            <w:color w:val="0000EE"/>
            <w:u w:val="single"/>
          </w:rPr>
          <w:t>https://www.wcvb.com/article/hingham-high-school-ai-lawsuit/62602947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ntimes.com/student-was-punished-using-ai-write-paper-now-his-parents-are-suing-school-they-violated-562180" TargetMode="External"/><Relationship Id="rId11" Type="http://schemas.openxmlformats.org/officeDocument/2006/relationships/hyperlink" Target="https://www.wickedlocal.com/story/news/2024/10/14/ai-lawsuit-hingham-high-public-schools-discipline-civil-rights-education-harris/75591420007/" TargetMode="External"/><Relationship Id="rId12" Type="http://schemas.openxmlformats.org/officeDocument/2006/relationships/hyperlink" Target="https://twitter.com/PatriotLedger/status/1845751482210976148" TargetMode="External"/><Relationship Id="rId13" Type="http://schemas.openxmlformats.org/officeDocument/2006/relationships/hyperlink" Target="https://www.wcvb.com/article/hingham-high-school-ai-lawsuit/626029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